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West Island Pride events in Pointe-Claire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groups, performers and families are set to gather at Edgewater Park in Pointe-Claire on Saturday, 12 September, for West Island Pride. Running from 11am to 5pm, the free outdoor programme blends storytelling, conversation, live entertainment and local stalls, offering a welcoming way to celebrate 2SLGBTQIA+ community life by the lakeshore.</w:t>
      </w:r>
      <w:r/>
    </w:p>
    <w:p>
      <w:pPr>
        <w:pStyle w:val="Heading2"/>
      </w:pPr>
      <w:r>
        <w:t>Essential takeaways</w:t>
      </w:r>
      <w:r/>
      <w:r/>
    </w:p>
    <w:p>
      <w:pPr>
        <w:pStyle w:val="ListBullet"/>
        <w:spacing w:line="240" w:lineRule="auto"/>
        <w:ind w:left="720"/>
      </w:pPr>
      <w:r/>
      <w:r>
        <w:rPr>
          <w:b/>
        </w:rPr>
        <w:t>When:</w:t>
      </w:r>
      <w:r>
        <w:t xml:space="preserve"> Saturday, 12 September 2026, from 11am to 5pm.</w:t>
      </w:r>
      <w:r/>
    </w:p>
    <w:p>
      <w:pPr>
        <w:pStyle w:val="ListBullet"/>
        <w:spacing w:line="240" w:lineRule="auto"/>
        <w:ind w:left="720"/>
      </w:pPr>
      <w:r/>
      <w:r>
        <w:rPr>
          <w:b/>
        </w:rPr>
        <w:t>Where:</w:t>
      </w:r>
      <w:r>
        <w:t xml:space="preserve"> Edgewater Park on chemin du Bord-du-Lac-Lakeshore in Pointe-Claire.</w:t>
      </w:r>
      <w:r/>
    </w:p>
    <w:p>
      <w:pPr>
        <w:pStyle w:val="ListBullet"/>
        <w:spacing w:line="240" w:lineRule="auto"/>
        <w:ind w:left="720"/>
      </w:pPr>
      <w:r/>
      <w:r>
        <w:rPr>
          <w:b/>
        </w:rPr>
        <w:t>Key moments:</w:t>
      </w:r>
      <w:r>
        <w:t xml:space="preserve"> The schedule includes Rainbow Story Time, a community panel, a variety show and an awards ceremony.</w:t>
      </w:r>
      <w:r/>
    </w:p>
    <w:p>
      <w:pPr>
        <w:pStyle w:val="ListBullet"/>
        <w:spacing w:line="240" w:lineRule="auto"/>
        <w:ind w:left="720"/>
      </w:pPr>
      <w:r/>
      <w:r>
        <w:rPr>
          <w:b/>
        </w:rPr>
        <w:t>What else to expect:</w:t>
      </w:r>
      <w:r>
        <w:t xml:space="preserve"> Local organisations, vendors and artisans are due to add a browseable, neighbourhood feel.</w:t>
      </w:r>
      <w:r/>
    </w:p>
    <w:p>
      <w:pPr>
        <w:pStyle w:val="ListBullet"/>
        <w:spacing w:line="240" w:lineRule="auto"/>
        <w:ind w:left="720"/>
      </w:pPr>
      <w:r/>
      <w:r>
        <w:rPr>
          <w:b/>
        </w:rPr>
        <w:t>Before travelling:</w:t>
      </w:r>
      <w:r>
        <w:t xml:space="preserve"> Outdoor plans can change, so check the organiser's latest update first.</w:t>
      </w:r>
      <w:r/>
      <w:r/>
    </w:p>
    <w:p>
      <w:pPr>
        <w:pStyle w:val="Heading2"/>
      </w:pPr>
      <w:r>
        <w:t>West Island Pride brings a full day to the lakeshore</w:t>
      </w:r>
      <w:r/>
    </w:p>
    <w:p>
      <w:r/>
      <w:r>
        <w:t>A colourful afternoon is planned for Edgewater Park, where West Island Pride will turn a stretch of Pointe-Claire's waterfront into a meeting place for celebration and conversation. The event is being organised with the West Island LGBTQ2+ Centre, and its open-air setting should make it easy for visitors to dip in and out.</w:t>
      </w:r>
      <w:r/>
    </w:p>
    <w:p>
      <w:r/>
      <w:r>
        <w:t>The programme begins at 11am, with the formal opening ceremony scheduled for 11.30am. That gives visitors a little time to arrive, find the event area and browse community stalls before the main activities get under way.</w:t>
      </w:r>
      <w:r/>
    </w:p>
    <w:p>
      <w:r/>
      <w:r>
        <w:t xml:space="preserve">Pointe-Claire's municipal events listings are a useful place to check for wider local programming and any last-minute changes. It never hurts to confirm the details before setting off, particularly when the forecast is doing its usual Canadian dance. According to the City of Pointe-Claire events page, municipal listings can help visitors plan around local activities. </w:t>
      </w:r>
      <w:hyperlink r:id="rId9">
        <w:r>
          <w:rPr>
            <w:color w:val="0000EE"/>
            <w:u w:val="single"/>
          </w:rPr>
          <w:t>[4]</w:t>
        </w:r>
      </w:hyperlink>
      <w:r/>
    </w:p>
    <w:p>
      <w:pPr>
        <w:pStyle w:val="Heading2"/>
      </w:pPr>
      <w:r>
        <w:t>Story time and conversation take centre stage</w:t>
      </w:r>
      <w:r/>
    </w:p>
    <w:p>
      <w:r/>
      <w:r>
        <w:t>Rainbow Story Time is scheduled for noon, offering a gentler start to the afternoon's programme. Story-led events can be especially inviting for families, while still giving adults a relaxed way to join the celebration.</w:t>
      </w:r>
      <w:r/>
    </w:p>
    <w:p>
      <w:r/>
      <w:r>
        <w:t>At 1pm, a panel discussion will focus on 2SLGBTQIA+ community and resilience. That combination of personal experience and wider discussion gives the day some substance beyond the stage performances, creating room to reflect on how communities support one another.</w:t>
      </w:r>
      <w:r/>
    </w:p>
    <w:p>
      <w:r/>
      <w:r>
        <w:t xml:space="preserve">The West Island's Pride story has developed over several years, with local coverage highlighting the event's growing place in community life. The Pointe-Claire Record has previously looked at Pride in the West Island through that local lens. </w:t>
      </w:r>
      <w:hyperlink r:id="rId10">
        <w:r>
          <w:rPr>
            <w:color w:val="0000EE"/>
            <w:u w:val="single"/>
          </w:rPr>
          <w:t>[2]</w:t>
        </w:r>
      </w:hyperlink>
      <w:r/>
    </w:p>
    <w:p>
      <w:pPr>
        <w:pStyle w:val="Heading2"/>
      </w:pPr>
      <w:r>
        <w:t>A variety show adds some afternoon sparkle</w:t>
      </w:r>
      <w:r/>
    </w:p>
    <w:p>
      <w:r/>
      <w:r>
        <w:t>Live entertainment takes over at 2.15pm, when the variety show is due to begin. Expect a livelier change of pace after the panel, with the kind of programme that rewards arriving early and staying curious.</w:t>
      </w:r>
      <w:r/>
    </w:p>
    <w:p>
      <w:r/>
      <w:r>
        <w:t>The award ceremony follows at 3.45pm, before closing remarks and music bring the official schedule towards its finish. For visitors who prefer a clear anchor point, the ceremony may be the afternoon's most memorable moment, while the music offers an easy way to linger.</w:t>
      </w:r>
      <w:r/>
    </w:p>
    <w:p>
      <w:r/>
      <w:r>
        <w:t xml:space="preserve">Other events taking place on the same date across different cities show how Pride programming often mixes performances, community activities and informal gatherings rather than relying on a single headline attraction. That broader pattern makes West Island Pride feel less like a ticketed show and more like a shared neighbourhood day. </w:t>
      </w:r>
      <w:hyperlink r:id="rId11">
        <w:r>
          <w:rPr>
            <w:color w:val="0000EE"/>
            <w:u w:val="single"/>
          </w:rPr>
          <w:t>[5]</w:t>
        </w:r>
      </w:hyperlink>
      <w:r/>
    </w:p>
    <w:p>
      <w:pPr>
        <w:pStyle w:val="Heading2"/>
      </w:pPr>
      <w:r>
        <w:t>What visitors should know before they go</w:t>
      </w:r>
      <w:r/>
    </w:p>
    <w:p>
      <w:r/>
      <w:r>
        <w:t>Edgewater Park is located on chemin du Bord-du-Lac-Lakeshore in Pointe-Claire. Since the event is outdoors, comfortable shoes, water and a little weather planning are sensible additions to the day's packing list. A light layer could also prove useful once the afternoon breeze arrives off the water.</w:t>
      </w:r>
      <w:r/>
    </w:p>
    <w:p>
      <w:r/>
      <w:r>
        <w:t>Community groups, local vendors and artisans are expected to be present, so the event should offer plenty to browse between scheduled activities. It could be a good option for visitors who want a social afternoon without committing to every item on the timetable.</w:t>
      </w:r>
      <w:r/>
    </w:p>
    <w:p>
      <w:r/>
      <w:r>
        <w:t xml:space="preserve">The organiser advises checking the event page before travelling, as outdoor details can change. Other listings for 12 September also show how busy the local events calendar is, so confirming the venue and timing is especially worthwhile. </w:t>
      </w:r>
      <w:hyperlink r:id="rId12">
        <w:r>
          <w:rPr>
            <w:color w:val="0000EE"/>
            <w:u w:val="single"/>
          </w:rPr>
          <w:t>[3]</w:t>
        </w:r>
      </w:hyperlink>
      <w:r/>
    </w:p>
    <w:p>
      <w:pPr>
        <w:pStyle w:val="Heading2"/>
      </w:pPr>
      <w:r>
        <w:t>A welcoming day for the wider community</w:t>
      </w:r>
      <w:r/>
    </w:p>
    <w:p>
      <w:r/>
      <w:r>
        <w:t>The appeal of West Island Pride is its balance: there is a structured programme for those who want to follow the schedule, but enough stalls, music and open space for a more spontaneous visit. You can arrive for story time, stay for the panel, or simply drop by to support local groups.</w:t>
      </w:r>
      <w:r/>
    </w:p>
    <w:p>
      <w:r/>
      <w:r>
        <w:t>It is also a reminder that Pride events are shaped by their surroundings. At Edgewater Park, the waterfront setting should bring a breezier, less formal atmosphere, while the mix of conversation and performance keeps the day grounded in both celebration and connection.</w:t>
      </w:r>
      <w:r/>
    </w:p>
    <w:p>
      <w:r/>
      <w:r>
        <w:t xml:space="preserve">For the latest arrangements, visitors should rely on the West Island LGBTQ2+ Centre's event information before leaving home. </w:t>
      </w:r>
      <w:hyperlink r:id="rId9">
        <w:r>
          <w:rPr>
            <w:color w:val="0000EE"/>
            <w:u w:val="single"/>
          </w:rPr>
          <w:t>[4]</w:t>
        </w:r>
      </w:hyperlink>
      <w:r/>
    </w:p>
    <w:p>
      <w:r/>
      <w:r>
        <w:t>A relaxed lakeside setting, a varied programme and plenty of community spirit make this one to mark in the diary.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https://westislandblog.com/2026/09/10/west-island-pride-pointe-claire-september-12-2026/</w:t>
        </w:r>
      </w:hyperlink>
      <w:r>
        <w:t xml:space="preserve"> - Please view link - unable to able to access data</w:t>
      </w:r>
      <w:r/>
    </w:p>
    <w:p>
      <w:pPr>
        <w:pStyle w:val="ListNumber"/>
        <w:spacing w:line="240" w:lineRule="auto"/>
        <w:ind w:left="720"/>
      </w:pPr>
      <w:r/>
      <w:hyperlink r:id="rId10">
        <w:r>
          <w:rPr>
            <w:color w:val="0000EE"/>
            <w:u w:val="single"/>
          </w:rPr>
          <w:t>https://www.pcrecord.ca/2026-issues/august-2026-articles/pride-and-joy-three-years-of-pride-in-the-west-island</w:t>
        </w:r>
      </w:hyperlink>
      <w:r>
        <w:t xml:space="preserve"> - The Pointe-Claire Record article discusses the third annual West Island Pride event, scheduled for September 12, 2026, at Edgewater Park in Pointe-Claire. The event aims to celebrate diversity and inclusivity, featuring organizations from Montreal and the West Island that work directly with 2SLGBTQIA+ individuals and other marginalized communities. The article highlights the support from local partners and the community, emphasizing the importance of creating local spaces to celebrate and support the 2SLGBTQIA+ community in the West Island.</w:t>
      </w:r>
      <w:r/>
    </w:p>
    <w:p>
      <w:pPr>
        <w:pStyle w:val="ListNumber"/>
        <w:spacing w:line="240" w:lineRule="auto"/>
        <w:ind w:left="720"/>
      </w:pPr>
      <w:r/>
      <w:hyperlink r:id="rId12">
        <w:r>
          <w:rPr>
            <w:color w:val="0000EE"/>
            <w:u w:val="single"/>
          </w:rPr>
          <w:t>https://happeningnext.com/event/west-island-comedy-night-sat-sept-12-eid1ef0l5kf6g9r</w:t>
        </w:r>
      </w:hyperlink>
      <w:r>
        <w:t xml:space="preserve"> - This event listing details the West Island Comedy Night, taking place on Saturday, September 12, 2026, at Microbrasserie Folklore in Pointe-Claire. The show features professional comedians from Just For Laughs, CBC, Hulu, and more. Attendees can enjoy a night of comedy, food, and drinks in an intimate setting. The event is scheduled to start at 8:00 PM, with doors opening at 7:00 PM, and offers limited seating, encouraging early ticket purchase.</w:t>
      </w:r>
      <w:r/>
    </w:p>
    <w:p>
      <w:pPr>
        <w:pStyle w:val="ListNumber"/>
        <w:spacing w:line="240" w:lineRule="auto"/>
        <w:ind w:left="720"/>
      </w:pPr>
      <w:r/>
      <w:hyperlink r:id="rId9">
        <w:r>
          <w:rPr>
            <w:color w:val="0000EE"/>
            <w:u w:val="single"/>
          </w:rPr>
          <w:t>https://www.pointe-claire.ca/en/events</w:t>
        </w:r>
      </w:hyperlink>
      <w:r>
        <w:t xml:space="preserve"> - The City of Pointe-Claire's official events page lists various activities happening in the area. Notably, it includes 'Art Walks: Galleries of Griffintown' on September 12, 2026, at 2:00 PM, and 'The Unspeakable Compromise – Studio 101' exhibition at Stewart Hall Art Gallery from September 12 to November 1, 2026. These events offer cultural and artistic experiences for residents and visitors.</w:t>
      </w:r>
      <w:r/>
    </w:p>
    <w:p>
      <w:pPr>
        <w:pStyle w:val="ListNumber"/>
        <w:spacing w:line="240" w:lineRule="auto"/>
        <w:ind w:left="720"/>
      </w:pPr>
      <w:r/>
      <w:hyperlink r:id="rId11">
        <w:r>
          <w:rPr>
            <w:color w:val="0000EE"/>
            <w:u w:val="single"/>
          </w:rPr>
          <w:t>https://nowdecatur.com/2026/09/01/ride-or-pride-2026-brings-full-day-of-pride-events-to-fairview-park-september-12/</w:t>
        </w:r>
      </w:hyperlink>
      <w:r>
        <w:t xml:space="preserve"> - This article announces the 'Ride or Pride 2026' event, scheduled for September 12, 2026, at Fairview Park in Decatur. The event promises a full day of Pride celebrations, including live entertainment, music, games, food trucks, vendors, and family activities. Highlights include a Pet Parade and Contest at 11:30 AM, a Family-Friendly Drag Show at 6:00 PM, and the finals of The Voice of Decatur singing competition at 5:30 PM.</w:t>
      </w:r>
      <w:r/>
    </w:p>
    <w:p>
      <w:pPr>
        <w:pStyle w:val="ListNumber"/>
        <w:spacing w:line="240" w:lineRule="auto"/>
        <w:ind w:left="720"/>
      </w:pPr>
      <w:r/>
      <w:hyperlink r:id="rId14">
        <w:r>
          <w:rPr>
            <w:color w:val="0000EE"/>
            <w:u w:val="single"/>
          </w:rPr>
          <w:t>https://www.cityguideny.com/event/theodore-roosevelt-memorial-park-2026-09-12-2026-09-12</w:t>
        </w:r>
      </w:hyperlink>
      <w:r>
        <w:t xml:space="preserve"> - This event listing provides details about the IHS Cares 2nd Annual Waterfront 5K Run/Walk, taking place on September 12, 2026, at Theodore Roosevelt Memorial Park in Oyster Bay, NY. The event includes a fun run starting at 10:30 AM and a 5K race at 11:00 AM, rain or shine. Participants receive a T-shirt and a free beer voucher, with an after-party at Oyster Bay Brewing Co. featuring music, food, and drinks.</w:t>
      </w:r>
      <w:r/>
    </w:p>
    <w:p>
      <w:pPr>
        <w:pStyle w:val="ListNumber"/>
        <w:spacing w:line="240" w:lineRule="auto"/>
        <w:ind w:left="720"/>
      </w:pPr>
      <w:r/>
      <w:hyperlink r:id="rId15">
        <w:r>
          <w:rPr>
            <w:color w:val="0000EE"/>
            <w:u w:val="single"/>
          </w:rPr>
          <w:t>https://templemontreal.ca/fr/event/shofar-et-tashlich-parc-edgewater/</w:t>
        </w:r>
      </w:hyperlink>
      <w:r>
        <w:t xml:space="preserve"> - This event announcement details the 'Shofar et Tashlich' ceremony at Edgewater Park in Pointe-Claire, scheduled for Sunday, September 13, 2026, from 4:00 PM to 5:00 PM. The ceremony is organized by Temple Montreal and invites community members to participate in traditional Jewish rituals at the park. The event is open to all and aims to foster community engagement and spiritual reflection.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inte-claire.ca/en/events" TargetMode="External"/><Relationship Id="rId10" Type="http://schemas.openxmlformats.org/officeDocument/2006/relationships/hyperlink" Target="https://www.pcrecord.ca/2026-issues/august-2026-articles/pride-and-joy-three-years-of-pride-in-the-west-island" TargetMode="External"/><Relationship Id="rId11" Type="http://schemas.openxmlformats.org/officeDocument/2006/relationships/hyperlink" Target="https://nowdecatur.com/2026/09/01/ride-or-pride-2026-brings-full-day-of-pride-events-to-fairview-park-september-12/" TargetMode="External"/><Relationship Id="rId12" Type="http://schemas.openxmlformats.org/officeDocument/2006/relationships/hyperlink" Target="https://happeningnext.com/event/west-island-comedy-night-sat-sept-12-eid1ef0l5kf6g9r" TargetMode="External"/><Relationship Id="rId13" Type="http://schemas.openxmlformats.org/officeDocument/2006/relationships/hyperlink" Target="https://westislandblog.com/2026/09/10/west-island-pride-pointe-claire-september-12-2026/" TargetMode="External"/><Relationship Id="rId14" Type="http://schemas.openxmlformats.org/officeDocument/2006/relationships/hyperlink" Target="https://www.cityguideny.com/event/theodore-roosevelt-memorial-park-2026-09-12-2026-09-12" TargetMode="External"/><Relationship Id="rId15" Type="http://schemas.openxmlformats.org/officeDocument/2006/relationships/hyperlink" Target="https://templemontreal.ca/fr/event/shofar-et-tashlich-parc-edgewa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