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reality competition show Crush House brings fan voting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getting a new kind of queer reality competition with Crush House, a MENCRUSH series bringing adult creators together in a Baja California villa. With weekly challenges, eliminations, live audience interaction and a $20,000 prize, it blends glossy reality-TV drama with frank conversations about identity, friendship and sex work.</w:t>
      </w:r>
      <w:r/>
    </w:p>
    <w:p>
      <w:pPr>
        <w:pStyle w:val="Heading2"/>
      </w:pPr>
      <w:r>
        <w:t>Essential Takeaways</w:t>
      </w:r>
      <w:r/>
      <w:r/>
    </w:p>
    <w:p>
      <w:pPr>
        <w:pStyle w:val="ListBullet"/>
        <w:spacing w:line="240" w:lineRule="auto"/>
        <w:ind w:left="720"/>
      </w:pPr>
      <w:r/>
      <w:r>
        <w:rPr>
          <w:b/>
        </w:rPr>
        <w:t>Ten contestants:</w:t>
      </w:r>
      <w:r>
        <w:t xml:space="preserve"> Queer male adult performers compete for the MVC, or Most Valuable Crush, title.</w:t>
      </w:r>
      <w:r/>
    </w:p>
    <w:p>
      <w:pPr>
        <w:pStyle w:val="ListBullet"/>
        <w:spacing w:line="240" w:lineRule="auto"/>
        <w:ind w:left="720"/>
      </w:pPr>
      <w:r/>
      <w:r>
        <w:rPr>
          <w:b/>
        </w:rPr>
        <w:t>Weekly drama:</w:t>
      </w:r>
      <w:r>
        <w:t xml:space="preserve"> Challenges and eliminations gradually narrow the cast to one winner.</w:t>
      </w:r>
      <w:r/>
    </w:p>
    <w:p>
      <w:pPr>
        <w:pStyle w:val="ListBullet"/>
        <w:spacing w:line="240" w:lineRule="auto"/>
        <w:ind w:left="720"/>
      </w:pPr>
      <w:r/>
      <w:r>
        <w:rPr>
          <w:b/>
        </w:rPr>
        <w:t>A serious prize:</w:t>
      </w:r>
      <w:r>
        <w:t xml:space="preserve"> The champion receives $20,000 and a MENCRUSH documentary.</w:t>
      </w:r>
      <w:r/>
    </w:p>
    <w:p>
      <w:pPr>
        <w:pStyle w:val="ListBullet"/>
        <w:spacing w:line="240" w:lineRule="auto"/>
        <w:ind w:left="720"/>
      </w:pPr>
      <w:r/>
      <w:r>
        <w:rPr>
          <w:b/>
        </w:rPr>
        <w:t>Fans get involved:</w:t>
      </w:r>
      <w:r>
        <w:t xml:space="preserve"> Members can chat during premieres, message creators and vote.</w:t>
      </w:r>
      <w:r/>
    </w:p>
    <w:p>
      <w:pPr>
        <w:pStyle w:val="ListBullet"/>
        <w:spacing w:line="240" w:lineRule="auto"/>
        <w:ind w:left="720"/>
      </w:pPr>
      <w:r/>
      <w:r>
        <w:rPr>
          <w:b/>
        </w:rPr>
        <w:t>More than flirtation:</w:t>
      </w:r>
      <w:r>
        <w:t xml:space="preserve"> The series also explores queer friendship, identity and the creator economy.</w:t>
      </w:r>
      <w:r/>
      <w:r/>
    </w:p>
    <w:p>
      <w:pPr>
        <w:pStyle w:val="Heading2"/>
      </w:pPr>
      <w:r>
        <w:t>Reality TV gets a decidedly naughtier makeover</w:t>
      </w:r>
      <w:r/>
    </w:p>
    <w:p>
      <w:r/>
      <w:r>
        <w:t>Reality television has always understood the appeal of attractive strangers, a luxury house and too much time together. Crush House simply turns the dial several notches further, placing ten established queer adult performers in a sun-soaked Baja California setting where competition, chemistry and conflict are all part of the package.</w:t>
      </w:r>
      <w:r/>
    </w:p>
    <w:p>
      <w:r/>
      <w:r>
        <w:t>MENCRUSH, the queer entertainment platform behind the series, describes the contestants as competing to become Most Valuable Crush. According to Queerty, the show will combine familiar reality-TV ingredients with adult-themed challenges and plenty of romantic tension. It sounds knowingly outrageous, but that self-awareness may be part of the fun.</w:t>
      </w:r>
      <w:r/>
    </w:p>
    <w:p>
      <w:r/>
      <w:r>
        <w:t>The series is hosted by Josh Moore and JJ Aussie, two adult-film stars who bring an obvious connection to the world the show is showcasing. Rather than pretending its cast is anything other than sexually confident, Crush House puts that appeal front and centre.</w:t>
      </w:r>
      <w:r/>
    </w:p>
    <w:p>
      <w:pPr>
        <w:pStyle w:val="Heading2"/>
      </w:pPr>
      <w:r>
        <w:t>Ten familiar faces enter the villa</w:t>
      </w:r>
      <w:r/>
    </w:p>
    <w:p>
      <w:r/>
      <w:r>
        <w:t>The cast includes Austin Ponce, Beau Butler, Dom King, Horse Papo, Huge Ajax, Kyle Krieger, Rocky Unleashed, Roxas Caelum, Tim James and Victor Vivone. For existing fans, that line-up offers an immediate reason to tune in, while newer viewers get a ready-made introduction to a group of prominent queer creators.</w:t>
      </w:r>
      <w:r/>
    </w:p>
    <w:p>
      <w:r/>
      <w:r>
        <w:t>The format is built around weekly challenges followed by eliminations, so the atmosphere should become more intense as the field shrinks. Viewers can expect alliances, rivalries and the inevitable question at the heart of every house-based competition: who is here to win, and who is here for the experience?</w:t>
      </w:r>
      <w:r/>
    </w:p>
    <w:p>
      <w:r/>
      <w:r>
        <w:t>Queerty also reports that the season will culminate in a deliberately flamboyant finale. The show's adult tone isn't a side note, then; it's woven into the format, the marketing and the larger fantasy of watching a group of confident people negotiate attraction under pressure.</w:t>
      </w:r>
      <w:r/>
    </w:p>
    <w:p>
      <w:pPr>
        <w:pStyle w:val="Heading2"/>
      </w:pPr>
      <w:r>
        <w:t>The audience won't just be watching</w:t>
      </w:r>
      <w:r/>
    </w:p>
    <w:p>
      <w:r/>
      <w:r>
        <w:t>One of Crush House's more interesting ideas is its attempt to make the audience part of the show. MENCRUSH members will reportedly be able to join live chats during episode premieres, send messages to the creators and vote on the eventual MVC.</w:t>
      </w:r>
      <w:r/>
    </w:p>
    <w:p>
      <w:r/>
      <w:r>
        <w:t>That interactive layer matters because reality TV increasingly lives beyond the episode itself. Fans want to react in real time, share clips and feel that their opinions have consequences. The setup also gives MENCRUSH a way to build a community around the series rather than treating it as a simple catalogue release.</w:t>
      </w:r>
      <w:r/>
    </w:p>
    <w:p>
      <w:r/>
      <w:r>
        <w:t>For viewers, the advice is straightforward: check the membership terms before signing up, look out for voting windows and remember that live participation can make spoilers arrive quickly. In other words, mute the group chat if you want to stay surprised.</w:t>
      </w:r>
      <w:r/>
    </w:p>
    <w:p>
      <w:pPr>
        <w:pStyle w:val="Heading2"/>
      </w:pPr>
      <w:r>
        <w:t>Adult entertainment meets queer storytelling</w:t>
      </w:r>
      <w:r/>
    </w:p>
    <w:p>
      <w:r/>
      <w:r>
        <w:t>The show's premise is deliberately sexy, but its ambitions are broader. According to Queerty, contestants will discuss identity, queer friendship, earning a living in the creator economy and the stigma attached to adult performers and sex workers.</w:t>
      </w:r>
      <w:r/>
    </w:p>
    <w:p>
      <w:r/>
      <w:r>
        <w:t>That combination could give Crush House more staying power than a parade of flirtation alone. Adult creators often work at the intersection of performance, business and personal branding, yet mainstream entertainment rarely lets them explain how those worlds overlap. A competition format may offer a lively way to explore that reality without turning the conversation into a lecture.</w:t>
      </w:r>
      <w:r/>
    </w:p>
    <w:p>
      <w:r/>
      <w:r>
        <w:t>The key will be balance. If the personal stories feel authentic rather than inserted for decoration, the show could become a surprisingly revealing portrait of queer creators at work. If not, the villa's glossy surface may prove more memorable than its conversations.</w:t>
      </w:r>
      <w:r/>
    </w:p>
    <w:p>
      <w:pPr>
        <w:pStyle w:val="Heading2"/>
      </w:pPr>
      <w:r>
        <w:t>A $20,000 prize raises the stakes</w:t>
      </w:r>
      <w:r/>
    </w:p>
    <w:p>
      <w:r/>
      <w:r>
        <w:t>The winner receives a $20,000 cash prize, presented by MISTR, along with a MENCRUSH-exclusive documentary. That gives the competition a practical edge: contestants aren't only chasing screen time or bragging rights, but also a meaningful financial reward and another opportunity to shape their public image.</w:t>
      </w:r>
      <w:r/>
    </w:p>
    <w:p>
      <w:r/>
      <w:r>
        <w:t>The documentary prize is particularly telling. In the creator economy, visibility can be as valuable as a single payday, especially when performers are expected to market themselves across several platforms. A longer-form project could give the winner space to show personality beyond the quick-hit content that first made them recognisable.</w:t>
      </w:r>
      <w:r/>
    </w:p>
    <w:p>
      <w:r/>
      <w:r>
        <w:t>Crush House launches exclusively on MENCRUSH.com on 18 September, with new episodes arriving each Friday. The result could be a guilty pleasure, a smart experiment or, most likely, a glossy mixture of both.</w:t>
      </w:r>
      <w:r/>
    </w:p>
    <w:p>
      <w:r/>
      <w:r>
        <w:t>It may be the rare show where the audience gets to vote, flirt and think a little.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https://www.queerty.com/watch-adult-creators-spice-up-reality-tv-in-crush-house-the-new-competition-series-that-lets-fans-have-a-say-20260910/</w:t>
        </w:r>
      </w:hyperlink>
      <w:r>
        <w:t xml:space="preserve"> - Please view link - unable to able to access data</w:t>
      </w:r>
      <w:r/>
    </w:p>
    <w:p>
      <w:pPr>
        <w:pStyle w:val="ListNumber"/>
        <w:spacing w:line="240" w:lineRule="auto"/>
        <w:ind w:left="720"/>
      </w:pPr>
      <w:r/>
      <w:hyperlink r:id="rId9">
        <w:r>
          <w:rPr>
            <w:color w:val="0000EE"/>
            <w:u w:val="single"/>
          </w:rPr>
          <w:t>https://www.queerty.com/watch-adult-creators-spice-up-reality-tv-in-crush-house-the-new-competition-series-that-lets-fans-have-a-say-20260910/</w:t>
        </w:r>
      </w:hyperlink>
      <w:r>
        <w:t xml:space="preserve"> - MENCRUSH, a queer entertainment platform, has launched 'Crush House,' a reality competition series featuring ten of the world's hottest queer male adult performers competing for the title of Most Valuable Crush (MVC). Hosted by adult film superstars Josh Moore and JJ Aussie, the show is filmed on a stunning estate in Baja California, Mexico. Contestants face weekly challenges and eliminations, with the last man standing earning a $20,000 cash prize and a MENCRUSH-exclusive documentary. The series also delves into themes like identity, queer friendship, and the stigma surrounding adult film stars and sex workers. 'Crush House' debuts exclusively on MENCRUSH.com on September 18, with new episodes released every Friday thereafter.</w:t>
      </w:r>
      <w:r/>
    </w:p>
    <w:p>
      <w:pPr>
        <w:pStyle w:val="ListNumber"/>
        <w:spacing w:line="240" w:lineRule="auto"/>
        <w:ind w:left="720"/>
      </w:pPr>
      <w:r/>
      <w:hyperlink r:id="rId10">
        <w:r>
          <w:rPr>
            <w:color w:val="0000EE"/>
            <w:u w:val="single"/>
          </w:rPr>
          <w:t>https://www.digitaltrends.com/gaming/the-crush-house-preview-gdc/</w:t>
        </w:r>
      </w:hyperlink>
      <w:r>
        <w:t xml:space="preserve"> - Digital Trends previews 'The Crush House,' a reality TV simulator game developed by Nerial and published by Devolver Digital. In this first-person simulation, players are tasked with filming a Big Brother-style show, selecting castmates, capturing engaging moments, and uncovering a dark truth beneath the TV show. The game offers a unique blend of reality TV tropes and interactive gameplay, allowing players to manage contestants and crew while navigating the challenges of producing a reality show. 'The Crush House' is set to release on August 9, 2024, and is available for wishlisting on Steam.</w:t>
      </w:r>
      <w:r/>
    </w:p>
    <w:p>
      <w:pPr>
        <w:pStyle w:val="ListNumber"/>
        <w:spacing w:line="240" w:lineRule="auto"/>
        <w:ind w:left="720"/>
      </w:pPr>
      <w:r/>
      <w:hyperlink r:id="rId11">
        <w:r>
          <w:rPr>
            <w:color w:val="0000EE"/>
            <w:u w:val="single"/>
          </w:rPr>
          <w:t>https://www.gamepressure.com/games/the-crush-house/ze6987</w:t>
        </w:r>
      </w:hyperlink>
      <w:r>
        <w:t xml:space="preserve"> - GamePressure provides an overview of 'The Crush House,' an adventure simulation game developed by Nerial and published by Devolver Digital. Released on August 9, 2024, the game allows players to run their own reality show, similar to 'Love Island.' Players can select contestants and crew, film and produce each season, and uncover the program's secrets. The game combines elements of adventure and simulation, offering a humorous and engaging experience for fans of reality TV and simulation games.</w:t>
      </w:r>
      <w:r/>
    </w:p>
    <w:p>
      <w:pPr>
        <w:pStyle w:val="ListNumber"/>
        <w:spacing w:line="240" w:lineRule="auto"/>
        <w:ind w:left="720"/>
      </w:pPr>
      <w:r/>
      <w:hyperlink r:id="rId12">
        <w:r>
          <w:rPr>
            <w:color w:val="0000EE"/>
            <w:u w:val="single"/>
          </w:rPr>
          <w:t>https://www.geeksbygirls.com/the-crush-house/</w:t>
        </w:r>
      </w:hyperlink>
      <w:r>
        <w:t xml:space="preserve"> - GeeksByGirls introduces 'The Crush House,' a new production by Nerial. The game, released on August 9, 2024, allows players to step into the shoes of Jae, a producer of the most anticipated reality TV show of 1999. Players are responsible for selecting participants, filming, and producing each season, capturing the romances and disputes of the residents in the iconic Malibu villa. The game offers a fun and quirky experience, with players encouraged to join the villa of 'The Crush House' on Steam for €17.</w:t>
      </w:r>
      <w:r/>
    </w:p>
    <w:p>
      <w:pPr>
        <w:pStyle w:val="ListNumber"/>
        <w:spacing w:line="240" w:lineRule="auto"/>
        <w:ind w:left="720"/>
      </w:pPr>
      <w:r/>
      <w:hyperlink r:id="rId13">
        <w:r>
          <w:rPr>
            <w:color w:val="0000EE"/>
            <w:u w:val="single"/>
          </w:rPr>
          <w:t>https://www.moviefone.com/tv-shows/mad-mad-house/V3hqXRoAQGvigEiObuEwe7/</w:t>
        </w:r>
      </w:hyperlink>
      <w:r>
        <w:t xml:space="preserve"> - Moviefone provides details on 'Mad Mad House,' a 2004 reality television series that aired on the Sci Fi Channel. The show featured ten contestants competing for $100,000, living together in a house inhabited by individuals known as 'alts,' each representing an alternative lifestyle. The alts judged the contestants based on their ability to perform 'trials' related to each alt's lifestyle and their interactions with other guests. The series aired from March 4 to April 29, 2004, and reruns have been aired on the Fox Reality Channel.</w:t>
      </w:r>
      <w:r/>
    </w:p>
    <w:p>
      <w:pPr>
        <w:pStyle w:val="ListNumber"/>
        <w:spacing w:line="240" w:lineRule="auto"/>
        <w:ind w:left="720"/>
      </w:pPr>
      <w:r/>
      <w:hyperlink r:id="rId14">
        <w:r>
          <w:rPr>
            <w:color w:val="0000EE"/>
            <w:u w:val="single"/>
          </w:rPr>
          <w:t>https://en.wikipedia.org/wiki/Mad_Mad_House</w:t>
        </w:r>
      </w:hyperlink>
      <w:r>
        <w:t xml:space="preserve"> - Wikipedia provides an overview of 'Mad Mad House,' an American reality television series that aired on the Sci Fi Channel in 2004. The show involved ten contestants competing for $100,000 while living together in a house with individuals known as 'alts,' each representing an alternative lifestyle. The alts judged the contestants based on their performance in 'trials' related to each alt's lifestyle and their behavior with other guests. The series aired from March 4 to April 29, 2004, and reruns have been aired on the Fox Reality Channel.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atch-adult-creators-spice-up-reality-tv-in-crush-house-the-new-competition-series-that-lets-fans-have-a-say-20260910/" TargetMode="External"/><Relationship Id="rId10" Type="http://schemas.openxmlformats.org/officeDocument/2006/relationships/hyperlink" Target="https://www.digitaltrends.com/gaming/the-crush-house-preview-gdc/" TargetMode="External"/><Relationship Id="rId11" Type="http://schemas.openxmlformats.org/officeDocument/2006/relationships/hyperlink" Target="https://www.gamepressure.com/games/the-crush-house/ze6987" TargetMode="External"/><Relationship Id="rId12" Type="http://schemas.openxmlformats.org/officeDocument/2006/relationships/hyperlink" Target="https://www.geeksbygirls.com/the-crush-house/" TargetMode="External"/><Relationship Id="rId13" Type="http://schemas.openxmlformats.org/officeDocument/2006/relationships/hyperlink" Target="https://www.moviefone.com/tv-shows/mad-mad-house/V3hqXRoAQGvigEiObuEwe7/" TargetMode="External"/><Relationship Id="rId14" Type="http://schemas.openxmlformats.org/officeDocument/2006/relationships/hyperlink" Target="https://en.wikipedia.org/wiki/Mad_Mad_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