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History Festival Events in Los Angeles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Los Angeles is preparing for Circa: Queer Histories Festival 2026, a month-long celebration of LGBTQ+ and trans history, art and culture. With more than 40 free and low-cost events across the county, the festival offers screenings, exhibitions, museum tours, workshops and performances that make queer history feel immediate, shared and joyfully alive.</w:t>
      </w:r>
      <w:r/>
    </w:p>
    <w:p>
      <w:pPr>
        <w:pStyle w:val="Heading2"/>
      </w:pPr>
      <w:r>
        <w:t>Essential Takeaways</w:t>
      </w:r>
      <w:r/>
      <w:r/>
    </w:p>
    <w:p>
      <w:pPr>
        <w:pStyle w:val="ListBullet"/>
        <w:spacing w:line="240" w:lineRule="auto"/>
        <w:ind w:left="720"/>
      </w:pPr>
      <w:r/>
      <w:r>
        <w:rPr>
          <w:b/>
        </w:rPr>
        <w:t>A major cultural programme:</w:t>
      </w:r>
      <w:r>
        <w:t xml:space="preserve"> Circa runs from late September through 31 October 2026 across Los Angeles County.</w:t>
      </w:r>
      <w:r/>
    </w:p>
    <w:p>
      <w:pPr>
        <w:pStyle w:val="ListBullet"/>
        <w:spacing w:line="240" w:lineRule="auto"/>
        <w:ind w:left="720"/>
      </w:pPr>
      <w:r/>
      <w:r>
        <w:rPr>
          <w:b/>
        </w:rPr>
        <w:t>More than 40 events:</w:t>
      </w:r>
      <w:r>
        <w:t xml:space="preserve"> The programme includes talks, performances, workshops, exhibitions and community gatherings.</w:t>
      </w:r>
      <w:r/>
    </w:p>
    <w:p>
      <w:pPr>
        <w:pStyle w:val="ListBullet"/>
        <w:spacing w:line="240" w:lineRule="auto"/>
        <w:ind w:left="720"/>
      </w:pPr>
      <w:r/>
      <w:r>
        <w:rPr>
          <w:b/>
        </w:rPr>
        <w:t>Accessible pricing:</w:t>
      </w:r>
      <w:r>
        <w:t xml:space="preserve"> Many activities are free or low-cost, with some tickets offered on a sliding scale.</w:t>
      </w:r>
      <w:r/>
    </w:p>
    <w:p>
      <w:pPr>
        <w:pStyle w:val="ListBullet"/>
        <w:spacing w:line="240" w:lineRule="auto"/>
        <w:ind w:left="720"/>
      </w:pPr>
      <w:r/>
      <w:r>
        <w:rPr>
          <w:b/>
        </w:rPr>
        <w:t>Big-screen nostalgia:</w:t>
      </w:r>
      <w:r>
        <w:t xml:space="preserve"> A special screening of </w:t>
      </w:r>
      <w:r>
        <w:rPr>
          <w:i/>
        </w:rPr>
        <w:t>The Rocky Horror Picture Show</w:t>
      </w:r>
      <w:r>
        <w:t xml:space="preserve"> is planned at The Ford.</w:t>
      </w:r>
      <w:r/>
    </w:p>
    <w:p>
      <w:pPr>
        <w:pStyle w:val="ListBullet"/>
        <w:spacing w:line="240" w:lineRule="auto"/>
        <w:ind w:left="720"/>
      </w:pPr>
      <w:r/>
      <w:r>
        <w:rPr>
          <w:b/>
        </w:rPr>
        <w:t>Art and history together:</w:t>
      </w:r>
      <w:r>
        <w:t xml:space="preserve"> LACMA tours and the exhibition </w:t>
      </w:r>
      <w:r>
        <w:rPr>
          <w:i/>
        </w:rPr>
        <w:t>Hold Each Other's Hands</w:t>
      </w:r>
      <w:r>
        <w:t xml:space="preserve"> add visual depth to the festival.</w:t>
      </w:r>
      <w:r/>
      <w:r/>
    </w:p>
    <w:p>
      <w:pPr>
        <w:pStyle w:val="Heading2"/>
      </w:pPr>
      <w:r>
        <w:t>Los Angeles is giving queer history a month in the spotlight</w:t>
      </w:r>
      <w:r/>
    </w:p>
    <w:p>
      <w:r/>
      <w:r>
        <w:t>Queer history can sometimes feel tucked away in archives, specialist collections or family stories passed quietly between generations. Circa aims to bring it out into the open, using Los Angeles itself as a living backdrop for conversations, art and celebration.</w:t>
      </w:r>
      <w:r/>
    </w:p>
    <w:p>
      <w:r/>
      <w:r>
        <w:t>Presented by One Institute, the festival is described as the first and only event of its kind in the United States. Its 2026 programme stretches across Los Angeles County, creating a broad cultural map rather than confining queer history to one venue or neighbourhood.</w:t>
      </w:r>
      <w:r/>
    </w:p>
    <w:p>
      <w:r/>
      <w:r>
        <w:t>That scale matters. A museum tour can offer a close look at an artist's work, while a public performance or workshop can make the subject feel more immediate and communal. Together, the events promise something more textured than a conventional history programme.</w:t>
      </w:r>
      <w:r/>
    </w:p>
    <w:p>
      <w:pPr>
        <w:pStyle w:val="Heading2"/>
      </w:pPr>
      <w:r>
        <w:t>What can visitors expect from Circa 2026?</w:t>
      </w:r>
      <w:r/>
    </w:p>
    <w:p>
      <w:r/>
      <w:r>
        <w:t>The festival brings together more than 40 programmes, ranging from performances and workshops to exhibitions and screenings. Some events are designed for learning, others for gathering, and many sit comfortably somewhere in between.</w:t>
      </w:r>
      <w:r/>
    </w:p>
    <w:p>
      <w:r/>
      <w:r>
        <w:t xml:space="preserve">One of the headline attractions is a screening of </w:t>
      </w:r>
      <w:r>
        <w:rPr>
          <w:i/>
        </w:rPr>
        <w:t>The Rocky Horror Picture Show</w:t>
      </w:r>
      <w:r>
        <w:t xml:space="preserve"> at The Ford, produced with Street Food Cinema and One Institute. It's a fitting choice: camp, rebellious and gloriously theatrical, the film has long occupied a special place in queer popular culture.</w:t>
      </w:r>
      <w:r/>
    </w:p>
    <w:p>
      <w:r/>
      <w:r>
        <w:t>There will also be weekly LACMA tours focused on LGBTQ+ artists through the museum's "Visible and Vibrant" series. For visitors who like their cultural outings with a little structure, these tours could be a particularly easy way to join the festival.</w:t>
      </w:r>
      <w:r/>
    </w:p>
    <w:p>
      <w:pPr>
        <w:pStyle w:val="Heading2"/>
      </w:pPr>
      <w:r>
        <w:t>The opening exhibition sets a thoughtful tone</w:t>
      </w:r>
      <w:r/>
    </w:p>
    <w:p>
      <w:r/>
      <w:r>
        <w:t xml:space="preserve">Circa's opening reception will introduce </w:t>
      </w:r>
      <w:r>
        <w:rPr>
          <w:i/>
        </w:rPr>
        <w:t>Hold Each Other's Hands</w:t>
      </w:r>
      <w:r>
        <w:t>, a headline exhibition co-presented with OXY ARTS. The title suggests intimacy and solidarity, and the exhibition gives the festival a visual starting point before the wider programme gathers pace.</w:t>
      </w:r>
      <w:r/>
    </w:p>
    <w:p>
      <w:r/>
      <w:r>
        <w:t>The opening event is scheduled for 24 September 2026 at 7pm, with a hosted bar and light bites. That combination of art, conversation and relaxed hospitality should make it feel less like a formal preview and more like a genuine welcome into the festival.</w:t>
      </w:r>
      <w:r/>
    </w:p>
    <w:p>
      <w:r/>
      <w:r>
        <w:t>OXY ARTS' involvement also points to Circa's interest in contemporary creative practice, not just historical commemoration. The past is central, but the festival is equally concerned with the people, artists and organisers shaping queer life now.</w:t>
      </w:r>
      <w:r/>
    </w:p>
    <w:p>
      <w:pPr>
        <w:pStyle w:val="Heading2"/>
      </w:pPr>
      <w:r>
        <w:t>How to choose the right events for you</w:t>
      </w:r>
      <w:r/>
    </w:p>
    <w:p>
      <w:r/>
      <w:r>
        <w:t xml:space="preserve">With such a varied calendar, it's worth deciding what kind of experience you want before booking. Film fans may gravitate towards the </w:t>
      </w:r>
      <w:r>
        <w:rPr>
          <w:i/>
        </w:rPr>
        <w:t>Rocky Horror</w:t>
      </w:r>
      <w:r>
        <w:t xml:space="preserve"> screening, while museum visitors could build an afternoon around LACMA's LGBTQ+ artist tours.</w:t>
      </w:r>
      <w:r/>
    </w:p>
    <w:p>
      <w:r/>
      <w:r>
        <w:t>For a more conversational evening, look for the opening plenary, workshops and performances led by queer and trans thinkers. These events are likely to suit visitors who want context, discussion and the chance to meet others, rather than simply sit back and watch.</w:t>
      </w:r>
      <w:r/>
    </w:p>
    <w:p>
      <w:r/>
      <w:r>
        <w:t>Check each listing carefully for venue details, start times, accessibility information and ticket arrangements. Circa includes free and low-cost options, while selected tickets use sliding-scale pricing, making it easier to take part without treating culture as a luxury purchase.</w:t>
      </w:r>
      <w:r/>
    </w:p>
    <w:p>
      <w:pPr>
        <w:pStyle w:val="Heading2"/>
      </w:pPr>
      <w:r>
        <w:t>Why festivals like this still matter</w:t>
      </w:r>
      <w:r/>
    </w:p>
    <w:p>
      <w:r/>
      <w:r>
        <w:t>A festival devoted to queer history does more than revisit the past. It connects archives with living communities, gives emerging voices room to be heard and reminds audiences that history isn't a finished chapter sealed behind glass.</w:t>
      </w:r>
      <w:r/>
    </w:p>
    <w:p>
      <w:r/>
      <w:r>
        <w:t>The most appealing aspect of Circa may be its balance of seriousness and pleasure. Visitors can learn about artists and movements, then share food at an opening reception or cheer along to a cult film. That mixture feels honest because community history has never been only solemn.</w:t>
      </w:r>
      <w:r/>
    </w:p>
    <w:p>
      <w:r/>
      <w:r>
        <w:t>As the 2026 programme approaches, Circa looks set to offer Los Angeles a welcoming reason to gather, reflect and celebrate. For anyone searching for queer history festival events in Los Angeles, it's a strong place to start.</w:t>
      </w:r>
      <w:r/>
    </w:p>
    <w:p>
      <w:r/>
      <w:r>
        <w:t>Explore the programme early and choose the events that speak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2">
        <w:r>
          <w:rPr>
            <w:color w:val="0000EE"/>
            <w:u w:val="single"/>
          </w:rPr>
          <w:t>[3]</w:t>
        </w:r>
      </w:hyperlink>
      <w:r>
        <w:t xml:space="preserve">, </w:t>
      </w:r>
      <w:hyperlink r:id="rId14">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3">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https://abc7.com/post/institute-presents-circa-queer-history-festival/19816692/</w:t>
        </w:r>
      </w:hyperlink>
      <w:r>
        <w:t xml:space="preserve"> - Please view link - unable to able to access data</w:t>
      </w:r>
      <w:r/>
    </w:p>
    <w:p>
      <w:pPr>
        <w:pStyle w:val="ListNumber"/>
        <w:spacing w:line="240" w:lineRule="auto"/>
        <w:ind w:left="720"/>
      </w:pPr>
      <w:r/>
      <w:hyperlink r:id="rId10">
        <w:r>
          <w:rPr>
            <w:color w:val="0000EE"/>
            <w:u w:val="single"/>
          </w:rPr>
          <w:t>https://www.oneinstitute.org/circa/</w:t>
        </w:r>
      </w:hyperlink>
      <w:r>
        <w:t xml:space="preserve"> - One Institute presents Circa, the first and only queer histories festival in the United States, held each October during LGBTQ+ History Month. Established in 2023, Circa is a month-long, LA County-wide programming series showcasing the trailblazing histories and vibrant cultural contributions of LGBTQ+ communities through exhibitions, performances, readings, screenings, lectures, dialogues, and parties. The festival features queer and trans artists, activists, and educators leading the movement for LGBTQ+ liberation. (</w:t>
      </w:r>
      <w:hyperlink r:id="rId16">
        <w:r>
          <w:rPr>
            <w:color w:val="0000EE"/>
            <w:u w:val="single"/>
          </w:rPr>
          <w:t>oneinstitute.org</w:t>
        </w:r>
      </w:hyperlink>
      <w:r>
        <w:t>)</w:t>
      </w:r>
      <w:r/>
    </w:p>
    <w:p>
      <w:pPr>
        <w:pStyle w:val="ListNumber"/>
        <w:spacing w:line="240" w:lineRule="auto"/>
        <w:ind w:left="720"/>
      </w:pPr>
      <w:r/>
      <w:hyperlink r:id="rId12">
        <w:r>
          <w:rPr>
            <w:color w:val="0000EE"/>
            <w:u w:val="single"/>
          </w:rPr>
          <w:t>https://oxyarts.oxy.edu/events/opening-reception-hold-each-others-hands</w:t>
        </w:r>
      </w:hyperlink>
      <w:r>
        <w:t xml:space="preserve"> - The opening reception for 'Hold Each Other's Hands: Trans Mutual Aid 1966 - 1996' marks the launch of the 2026 Circa: Queer Histories Festival. Hosted by OXY ARTS, the event is scheduled for September 24, 2026, at 7:00 pm at Oxy Arts on York (4757 York Boulevard). The exhibition chronicles a history of mutual aid led by transgender and gender-expansive people, exploring how various communities have developed inventive mutualistic models to create supportive environments. (</w:t>
      </w:r>
      <w:hyperlink r:id="rId17">
        <w:r>
          <w:rPr>
            <w:color w:val="0000EE"/>
            <w:u w:val="single"/>
          </w:rPr>
          <w:t>oxyarts.oxy.edu</w:t>
        </w:r>
      </w:hyperlink>
      <w:r>
        <w:t>)</w:t>
      </w:r>
      <w:r/>
    </w:p>
    <w:p>
      <w:pPr>
        <w:pStyle w:val="ListNumber"/>
        <w:spacing w:line="240" w:lineRule="auto"/>
        <w:ind w:left="720"/>
      </w:pPr>
      <w:r/>
      <w:hyperlink r:id="rId11">
        <w:r>
          <w:rPr>
            <w:color w:val="0000EE"/>
            <w:u w:val="single"/>
          </w:rPr>
          <w:t>https://la.teentix.org/calendar/event/opening-plenary-circa-queer-histories-festival-2026/</w:t>
        </w:r>
      </w:hyperlink>
      <w:r>
        <w:t xml:space="preserve"> - The Opening Plenary for the Circa: Queer Histories Festival 2026 is co-presented by One Institute and the Los Angeles LGBT Center. Scheduled for October 1, 2026, at 7:30 pm at the Davidson/Valentini Theatre in Los Angeles, the event features opening remarks from One Institute and a distinguished guest lecturer as part of The Paul D. Lerner and Stephen Reis Lectures on LGBTQ+ History. (</w:t>
      </w:r>
      <w:hyperlink r:id="rId18">
        <w:r>
          <w:rPr>
            <w:color w:val="0000EE"/>
            <w:u w:val="single"/>
          </w:rPr>
          <w:t>la.teentix.org</w:t>
        </w:r>
      </w:hyperlink>
      <w:r>
        <w:t>)</w:t>
      </w:r>
      <w:r/>
    </w:p>
    <w:p>
      <w:pPr>
        <w:pStyle w:val="ListNumber"/>
        <w:spacing w:line="240" w:lineRule="auto"/>
        <w:ind w:left="720"/>
      </w:pPr>
      <w:r/>
      <w:hyperlink r:id="rId14">
        <w:r>
          <w:rPr>
            <w:color w:val="0000EE"/>
            <w:u w:val="single"/>
          </w:rPr>
          <w:t>https://www.changearts.org/fit-fest</w:t>
        </w:r>
      </w:hyperlink>
      <w:r>
        <w:t xml:space="preserve"> - FIT Fest, the Fire Island Theater Festival, is a weeklong celebration of queer theater, history, and community across Cherry Grove and Fire Island Pines. Scheduled for September 23–27, 2026, the festival builds on Fire Island's rich legacy of queer storytelling, connecting artists, educators, and communities through meaningful cultural experiences. (</w:t>
      </w:r>
      <w:hyperlink r:id="rId19">
        <w:r>
          <w:rPr>
            <w:color w:val="0000EE"/>
            <w:u w:val="single"/>
          </w:rPr>
          <w:t>changearts.org</w:t>
        </w:r>
      </w:hyperlink>
      <w:r>
        <w:t>)</w:t>
      </w:r>
      <w:r/>
    </w:p>
    <w:p>
      <w:pPr>
        <w:pStyle w:val="ListNumber"/>
        <w:spacing w:line="240" w:lineRule="auto"/>
        <w:ind w:left="720"/>
      </w:pPr>
      <w:r/>
      <w:hyperlink r:id="rId13">
        <w:r>
          <w:rPr>
            <w:color w:val="0000EE"/>
            <w:u w:val="single"/>
          </w:rPr>
          <w:t>https://www.tickettailor.com/events/oneinstitute/2367733?date=2026-09-24</w:t>
        </w:r>
      </w:hyperlink>
      <w:r>
        <w:t xml:space="preserve"> - Tickets are available for the Circa: Queer Histories Festival Launch Party and the opening of the 'Hold Each Other's Hands' exhibition. The event is scheduled for September 24, 2026, from 7:00 PM to 9:00 PM PDT at OXY ARTS, 90042. The celebration includes a hosted bar and light bites. (</w:t>
      </w:r>
      <w:hyperlink r:id="rId20">
        <w:r>
          <w:rPr>
            <w:color w:val="0000EE"/>
            <w:u w:val="single"/>
          </w:rPr>
          <w:t>tickettailor.com</w:t>
        </w:r>
      </w:hyperlink>
      <w:r>
        <w:t>)</w:t>
      </w:r>
      <w:r/>
    </w:p>
    <w:p>
      <w:pPr>
        <w:pStyle w:val="ListNumber"/>
        <w:spacing w:line="240" w:lineRule="auto"/>
        <w:ind w:left="720"/>
      </w:pPr>
      <w:r/>
      <w:hyperlink r:id="rId15">
        <w:r>
          <w:rPr>
            <w:color w:val="0000EE"/>
            <w:u w:val="single"/>
          </w:rPr>
          <w:t>https://lalgbtcenter.org/event/opening-plenary-circa-queer-histories-festival-2026/</w:t>
        </w:r>
      </w:hyperlink>
      <w:r>
        <w:t xml:space="preserve"> - The Opening Plenary for the Circa: Queer Histories Festival 2026 is co-presented by One Institute and the Los Angeles LGBT Center. Scheduled for October 1, 2026, at 7:30 pm at the Renberg Theatre in Los Angeles, the event features opening remarks from One Institute and a distinguished guest lecturer as part of The Paul D. Lerner and Stephen Reis Lectures on LGBTQ+ History. (</w:t>
      </w:r>
      <w:hyperlink r:id="rId21">
        <w:r>
          <w:rPr>
            <w:color w:val="0000EE"/>
            <w:u w:val="single"/>
          </w:rPr>
          <w:t>lalgbtcenter.org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bc7.com/post/institute-presents-circa-queer-history-festival/19816692/" TargetMode="External"/><Relationship Id="rId10" Type="http://schemas.openxmlformats.org/officeDocument/2006/relationships/hyperlink" Target="https://www.oneinstitute.org/circa/" TargetMode="External"/><Relationship Id="rId11" Type="http://schemas.openxmlformats.org/officeDocument/2006/relationships/hyperlink" Target="https://la.teentix.org/calendar/event/opening-plenary-circa-queer-histories-festival-2026/" TargetMode="External"/><Relationship Id="rId12" Type="http://schemas.openxmlformats.org/officeDocument/2006/relationships/hyperlink" Target="https://oxyarts.oxy.edu/events/opening-reception-hold-each-others-hands" TargetMode="External"/><Relationship Id="rId13" Type="http://schemas.openxmlformats.org/officeDocument/2006/relationships/hyperlink" Target="https://www.tickettailor.com/events/oneinstitute/2367733?date=2026-09-24" TargetMode="External"/><Relationship Id="rId14" Type="http://schemas.openxmlformats.org/officeDocument/2006/relationships/hyperlink" Target="https://www.changearts.org/fit-fest" TargetMode="External"/><Relationship Id="rId15" Type="http://schemas.openxmlformats.org/officeDocument/2006/relationships/hyperlink" Target="https://lalgbtcenter.org/event/opening-plenary-circa-queer-histories-festival-2026/" TargetMode="External"/><Relationship Id="rId16" Type="http://schemas.openxmlformats.org/officeDocument/2006/relationships/hyperlink" Target="https://www.oneinstitute.org/circa/?utm_source=openai" TargetMode="External"/><Relationship Id="rId17" Type="http://schemas.openxmlformats.org/officeDocument/2006/relationships/hyperlink" Target="https://oxyarts.oxy.edu/events/opening-reception-hold-each-others-hands?utm_source=openai" TargetMode="External"/><Relationship Id="rId18" Type="http://schemas.openxmlformats.org/officeDocument/2006/relationships/hyperlink" Target="https://la.teentix.org/calendar/event/opening-plenary-circa-queer-histories-festival-2026/?utm_source=openai" TargetMode="External"/><Relationship Id="rId19" Type="http://schemas.openxmlformats.org/officeDocument/2006/relationships/hyperlink" Target="https://www.changearts.org/fit-fest?utm_source=openai" TargetMode="External"/><Relationship Id="rId20" Type="http://schemas.openxmlformats.org/officeDocument/2006/relationships/hyperlink" Target="https://www.tickettailor.com/events/oneinstitute/2367733?date=2026-09-24&amp;utm_source=openai" TargetMode="External"/><Relationship Id="rId21" Type="http://schemas.openxmlformats.org/officeDocument/2006/relationships/hyperlink" Target="https://lalgbtcenter.org/event/opening-plenary-circa-queer-histories-festival-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