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at New York Latino Film Festival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Filmgoers heading to New York’s Regal Union Square from 15 to 20 September can expect a particularly rich queer programme at the New York Latino Film Festival 2026. From ranchero culture and trans parenthood to drag, family and complicated romance, these films bring intimate Latin American and Caribbean stories to the big screen.</w:t>
      </w:r>
      <w:r/>
    </w:p>
    <w:p>
      <w:pPr>
        <w:pStyle w:val="Heading2"/>
      </w:pPr>
      <w:r>
        <w:t>Essential Takeaways</w:t>
      </w:r>
      <w:r/>
      <w:r/>
    </w:p>
    <w:p>
      <w:pPr>
        <w:pStyle w:val="ListBullet"/>
        <w:spacing w:line="240" w:lineRule="auto"/>
        <w:ind w:left="720"/>
      </w:pPr>
      <w:r/>
      <w:r>
        <w:rPr>
          <w:b/>
        </w:rPr>
        <w:t>A wide-ranging programme:</w:t>
      </w:r>
      <w:r>
        <w:t xml:space="preserve"> Features, documentaries, shorts and a web-series episode explore queer life across Mexico, Puerto Rico, Cuba, Brazil and the US.</w:t>
      </w:r>
      <w:r/>
    </w:p>
    <w:p>
      <w:pPr>
        <w:pStyle w:val="ListBullet"/>
        <w:spacing w:line="240" w:lineRule="auto"/>
        <w:ind w:left="720"/>
      </w:pPr>
      <w:r/>
      <w:r>
        <w:rPr>
          <w:b/>
        </w:rPr>
        <w:t>A standout documentary:</w:t>
      </w:r>
      <w:r>
        <w:t xml:space="preserve"> </w:t>
      </w:r>
      <w:r>
        <w:rPr>
          <w:i/>
        </w:rPr>
        <w:t>Jaripeo</w:t>
      </w:r>
      <w:r>
        <w:t xml:space="preserve"> enters the guarded world of queer rancheros in Michoacán, with rodeo spectacle and candid conversations about masculinity.</w:t>
      </w:r>
      <w:r/>
    </w:p>
    <w:p>
      <w:pPr>
        <w:pStyle w:val="ListBullet"/>
        <w:spacing w:line="240" w:lineRule="auto"/>
        <w:ind w:left="720"/>
      </w:pPr>
      <w:r/>
      <w:r>
        <w:rPr>
          <w:b/>
        </w:rPr>
        <w:t>Personal stories lead the way:</w:t>
      </w:r>
      <w:r>
        <w:t xml:space="preserve"> </w:t>
      </w:r>
      <w:r>
        <w:rPr>
          <w:i/>
        </w:rPr>
        <w:t>I Am Mario</w:t>
      </w:r>
      <w:r>
        <w:t xml:space="preserve">, </w:t>
      </w:r>
      <w:r>
        <w:rPr>
          <w:i/>
        </w:rPr>
        <w:t>Nació Simón</w:t>
      </w:r>
      <w:r>
        <w:t xml:space="preserve"> and </w:t>
      </w:r>
      <w:r>
        <w:rPr>
          <w:i/>
        </w:rPr>
        <w:t>TheyDream</w:t>
      </w:r>
      <w:r>
        <w:t xml:space="preserve"> focus on identity, family, survival and the search for safe spaces.</w:t>
      </w:r>
      <w:r/>
    </w:p>
    <w:p>
      <w:pPr>
        <w:pStyle w:val="ListBullet"/>
        <w:spacing w:line="240" w:lineRule="auto"/>
        <w:ind w:left="720"/>
      </w:pPr>
      <w:r/>
      <w:r>
        <w:rPr>
          <w:b/>
        </w:rPr>
        <w:t>Short films add bite:</w:t>
      </w:r>
      <w:r>
        <w:t xml:space="preserve"> Mystery, romance, comedy and caper stories give the festival programme a lively change of pace.</w:t>
      </w:r>
      <w:r/>
    </w:p>
    <w:p>
      <w:pPr>
        <w:pStyle w:val="ListBullet"/>
        <w:spacing w:line="240" w:lineRule="auto"/>
        <w:ind w:left="720"/>
      </w:pPr>
      <w:r/>
      <w:r>
        <w:rPr>
          <w:b/>
        </w:rPr>
        <w:t>Plan ahead:</w:t>
      </w:r>
      <w:r>
        <w:t xml:space="preserve"> Several screenings overlap, so checking times before booking is essential for anyone hoping to see more than one title.</w:t>
      </w:r>
      <w:r/>
      <w:r/>
    </w:p>
    <w:p>
      <w:pPr>
        <w:pStyle w:val="Heading2"/>
      </w:pPr>
      <w:r>
        <w:t>Queer stories take centre stage in New York</w:t>
      </w:r>
      <w:r/>
    </w:p>
    <w:p>
      <w:r/>
      <w:r>
        <w:t>The most striking thing about this year’s queer selection is its breadth. These aren't films built around a single idea of LGBTQ+ life; instead, they move from rural Mexico to Miami, Puerto Rico and Brazil, making room for humour, discomfort, tenderness and outright joy.</w:t>
      </w:r>
      <w:r/>
    </w:p>
    <w:p>
      <w:r/>
      <w:r>
        <w:t>That variety gives the programme a pleasingly human texture. One film places viewers beside a rodeo ring, another inside a taxi, while another reconstructs family memories with miniature sets and animation. According to the New York Latino Film Festival listings, the screenings take place at Regal Union Square throughout the six-day festival.</w:t>
      </w:r>
      <w:r/>
    </w:p>
    <w:p>
      <w:pPr>
        <w:pStyle w:val="Heading2"/>
      </w:pPr>
      <w:r>
        <w:rPr>
          <w:i/>
        </w:rPr>
        <w:t>Jaripeo</w:t>
      </w:r>
      <w:r>
        <w:t xml:space="preserve"> looks beyond the macho surface</w:t>
      </w:r>
      <w:r/>
    </w:p>
    <w:p>
      <w:r/>
      <w:r>
        <w:t xml:space="preserve">The documentary </w:t>
      </w:r>
      <w:r>
        <w:rPr>
          <w:i/>
        </w:rPr>
        <w:t>Jaripeo</w:t>
      </w:r>
      <w:r>
        <w:t>, screening on 17 September, offers one of the programme's most unusual settings. It explores queer rancheros in Michoacán, where rodeo culture, masculine performance and sexuality collide in ways that are often kept private.</w:t>
      </w:r>
      <w:r/>
    </w:p>
    <w:p>
      <w:r/>
      <w:r>
        <w:t>The film combines interviews with vivid Super-8 images of bull riding, roping and dancing. That contrast matters: the rough, physical energy of the arena sits beside quieter accounts of flirtation, fear and isolation. The festival description suggests a community where queer men may find recognition, but not always the freedom to build lasting relationships.</w:t>
      </w:r>
      <w:r/>
    </w:p>
    <w:p>
      <w:r/>
      <w:r>
        <w:t>For viewers interested in LGBTQ+ documentaries about rural masculinity, this looks like a particularly valuable choice. It doesn't flatten the people on screen into symbols, and the rodeo setting gives the film a tactile, dusty atmosphere that should stay with audiences after the credits.</w:t>
      </w:r>
      <w:r/>
    </w:p>
    <w:p>
      <w:pPr>
        <w:pStyle w:val="Heading2"/>
      </w:pPr>
      <w:r>
        <w:t>Trans characters are shown with tenderness</w:t>
      </w:r>
      <w:r/>
    </w:p>
    <w:p>
      <w:r/>
      <w:r>
        <w:t xml:space="preserve">Several features turn towards the emotional pressures of trans life without treating their protagonists as problems to be solved. In </w:t>
      </w:r>
      <w:r>
        <w:rPr>
          <w:i/>
        </w:rPr>
        <w:t>I Am Mario</w:t>
      </w:r>
      <w:r>
        <w:t>, a trans male taxi driver in Mexico faces an unexpected pregnancy, which interrupts his plans for gender-affirming surgery and complicates a new relationship.</w:t>
      </w:r>
      <w:r/>
    </w:p>
    <w:p>
      <w:r/>
      <w:r>
        <w:t>The film's premise could easily have been played for shock. Instead, the official festival material presents it as a careful drama about fear, honesty and dignity, with Mario's sister offering practical support while his mother struggles to understand his situation. That emotional balance may be the film's greatest strength.</w:t>
      </w:r>
      <w:r/>
    </w:p>
    <w:p>
      <w:r/>
      <w:r>
        <w:t xml:space="preserve">Meanwhile, </w:t>
      </w:r>
      <w:r>
        <w:rPr>
          <w:i/>
        </w:rPr>
        <w:t>Tropical Park</w:t>
      </w:r>
      <w:r>
        <w:t xml:space="preserve"> keeps its camera in the back seat of a car as a brother gives his trans sister a driving lesson. Their conversation moves between everyday irritations and heavier family wounds, including an unwelcoming father and a seriously ill mother. The fixed viewpoint sounds simple, but it creates the feeling of being a quiet passenger during a conversation that keeps changing direction.</w:t>
      </w:r>
      <w:r/>
    </w:p>
    <w:p>
      <w:pPr>
        <w:pStyle w:val="Heading2"/>
      </w:pPr>
      <w:r>
        <w:t>Drag, animation and queer joy bring light</w:t>
      </w:r>
      <w:r/>
    </w:p>
    <w:p>
      <w:r/>
      <w:r>
        <w:rPr>
          <w:i/>
        </w:rPr>
        <w:t>Nació Simón</w:t>
      </w:r>
      <w:r>
        <w:t xml:space="preserve"> follows Lis, a non-binary Puerto Rican parent who finds strength through their drag king persona, Simón. Filmed across the aftermath of Hurricane Maria and the pandemic, the documentary also considers what happens when performance spaces disappear and people have to search harder for community.</w:t>
      </w:r>
      <w:r/>
    </w:p>
    <w:p>
      <w:r/>
      <w:r>
        <w:t xml:space="preserve">Its most affecting moments appear to come through performance. Drag becomes more than entertainment; it offers release, confidence and a way to be seen on one's own terms. That makes the film a natural companion to </w:t>
      </w:r>
      <w:r>
        <w:rPr>
          <w:i/>
        </w:rPr>
        <w:t>TheyDream</w:t>
      </w:r>
      <w:r>
        <w:t>, another documentary rooted in family and self-expression.</w:t>
      </w:r>
      <w:r/>
    </w:p>
    <w:p>
      <w:r/>
      <w:r>
        <w:t xml:space="preserve">In </w:t>
      </w:r>
      <w:r>
        <w:rPr>
          <w:i/>
        </w:rPr>
        <w:t>TheyDream</w:t>
      </w:r>
      <w:r>
        <w:t>, openly bisexual filmmaker William D. Caballero uses animation, home footage and handmade miniature sets to revisit his Puerto Rican family. The result sounds intimate rather than grand, with warm glimpses of shared creativity, memories of Pride and the gentle awkwardness of making art with a parent. For audiences who like queer documentaries with a soft, homespun feel, this could be one of the festival's emotional highlights.</w:t>
      </w:r>
      <w:r/>
    </w:p>
    <w:p>
      <w:pPr>
        <w:pStyle w:val="Heading2"/>
      </w:pPr>
      <w:r>
        <w:t>Don't overlook the shorts programme</w:t>
      </w:r>
      <w:r/>
    </w:p>
    <w:p>
      <w:r/>
      <w:r>
        <w:t xml:space="preserve">The festival's shorter films promise plenty of tonal variety. </w:t>
      </w:r>
      <w:r>
        <w:rPr>
          <w:i/>
        </w:rPr>
        <w:t>The Motive</w:t>
      </w:r>
      <w:r>
        <w:t xml:space="preserve"> offers a compact detective mystery, while </w:t>
      </w:r>
      <w:r>
        <w:rPr>
          <w:i/>
        </w:rPr>
        <w:t>Welcome Home, Jeremy Diaz</w:t>
      </w:r>
      <w:r>
        <w:t xml:space="preserve"> examines the uneasy warmth of meeting an ex again. </w:t>
      </w:r>
      <w:r>
        <w:rPr>
          <w:i/>
        </w:rPr>
        <w:t>Pangea</w:t>
      </w:r>
      <w:r>
        <w:t xml:space="preserve"> leans into friction and flirtation, and </w:t>
      </w:r>
      <w:r>
        <w:rPr>
          <w:i/>
        </w:rPr>
        <w:t>Today &amp; Tmrw</w:t>
      </w:r>
      <w:r>
        <w:t xml:space="preserve"> captures the tentative push and pull between two teenagers.</w:t>
      </w:r>
      <w:r/>
    </w:p>
    <w:p>
      <w:r/>
      <w:r>
        <w:t xml:space="preserve">There is also room for more playful fare. </w:t>
      </w:r>
      <w:r>
        <w:rPr>
          <w:i/>
        </w:rPr>
        <w:t>The Long Con</w:t>
      </w:r>
      <w:r>
        <w:t xml:space="preserve"> follows a bride, a grifter and a suspicious motel manager in a sexy caper, while </w:t>
      </w:r>
      <w:r>
        <w:rPr>
          <w:i/>
        </w:rPr>
        <w:t>Turn Away</w:t>
      </w:r>
      <w:r>
        <w:t xml:space="preserve"> brings a darker twist to a boyfriend's attempt to spring someone from hospital. These are useful choices for viewers who prefer a quick hit of story rather than a full-length emotional commitment.</w:t>
      </w:r>
      <w:r/>
    </w:p>
    <w:p>
      <w:r/>
      <w:r>
        <w:t xml:space="preserve">The Caribbean-focused programme adds </w:t>
      </w:r>
      <w:r>
        <w:rPr>
          <w:i/>
        </w:rPr>
        <w:t>Chulo</w:t>
      </w:r>
      <w:r>
        <w:t xml:space="preserve">, a romantic short about a relationship threatened by distance, and the Futuro Web Series slot includes </w:t>
      </w:r>
      <w:r>
        <w:rPr>
          <w:i/>
        </w:rPr>
        <w:t>Ayô</w:t>
      </w:r>
      <w:r>
        <w:t>, centred on a Black gay actor struggling with work, love and self-worth. With screenings spread across the festival, it's worth checking the timetable carefully; some of the most intriguing pairings happen close together.</w:t>
      </w:r>
      <w:r/>
    </w:p>
    <w:p>
      <w:pPr>
        <w:pStyle w:val="Heading2"/>
      </w:pPr>
      <w:r>
        <w:t>How to choose what to see</w:t>
      </w:r>
      <w:r/>
    </w:p>
    <w:p>
      <w:r/>
      <w:r>
        <w:t xml:space="preserve">Start with the mood you want. Pick </w:t>
      </w:r>
      <w:r>
        <w:rPr>
          <w:i/>
        </w:rPr>
        <w:t>Jaripeo</w:t>
      </w:r>
      <w:r>
        <w:t xml:space="preserve"> for cultural discovery and striking visual texture, </w:t>
      </w:r>
      <w:r>
        <w:rPr>
          <w:i/>
        </w:rPr>
        <w:t>I Am Mario</w:t>
      </w:r>
      <w:r>
        <w:t xml:space="preserve"> for a character-led drama, or </w:t>
      </w:r>
      <w:r>
        <w:rPr>
          <w:i/>
        </w:rPr>
        <w:t>TheyDream</w:t>
      </w:r>
      <w:r>
        <w:t xml:space="preserve"> if family, memory and handmade animation appeal. </w:t>
      </w:r>
      <w:r>
        <w:rPr>
          <w:i/>
        </w:rPr>
        <w:t>Tropical Park</w:t>
      </w:r>
      <w:r>
        <w:t xml:space="preserve"> should suit viewers who enjoy dialogue-heavy films that let performances do the heavy lifting.</w:t>
      </w:r>
      <w:r/>
    </w:p>
    <w:p>
      <w:r/>
      <w:r>
        <w:t>If you're short on time, the shorts programmes offer an efficient introduction to the festival's queer range. If you're attending with friends, consider dividing up overlapping screenings and comparing notes afterwards. That may be the best way to catch the programme's smaller discoveries without turning the timetable into a logistical puzzle.</w:t>
      </w:r>
      <w:r/>
    </w:p>
    <w:p>
      <w:r/>
      <w:r>
        <w:t>Most of all, these films suggest that queer Latinx cinema isn't a narrow category. It can be rugged, funny, romantic, angry, homemade, glamorous or quietly devastating, sometimes within the same programme.</w:t>
      </w:r>
      <w:r/>
    </w:p>
    <w:p>
      <w:r/>
      <w:r>
        <w:t>The festival runs from 15 to 20 September at Regal Union Square Cinema, with tickets and full details available through the New York Latino Film Festival website.</w:t>
      </w:r>
      <w:r/>
    </w:p>
    <w:p>
      <w:r/>
      <w:r>
        <w:t>Explore the programme, choose your mood and leave room for a surprise.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https://gaycitynews.com/lgbtq-movies-new-york-latino-film-festival-2026/</w:t>
        </w:r>
      </w:hyperlink>
      <w:r>
        <w:t xml:space="preserve"> - Please view link - unable to able to access data</w:t>
      </w:r>
      <w:r/>
    </w:p>
    <w:p>
      <w:pPr>
        <w:pStyle w:val="ListNumber"/>
        <w:spacing w:line="240" w:lineRule="auto"/>
        <w:ind w:left="720"/>
      </w:pPr>
      <w:r/>
      <w:hyperlink r:id="rId10">
        <w:r>
          <w:rPr>
            <w:color w:val="0000EE"/>
            <w:u w:val="single"/>
          </w:rPr>
          <w:t>https://nylatinofilmfestival.com/2026/movies/jaripeo/</w:t>
        </w:r>
      </w:hyperlink>
      <w:r>
        <w:t xml:space="preserve"> - 'Jaripeo' is a documentary directed by Efraín Mojica and Rebecca Zweig, exploring the queer subculture within Michoacán's hypermasculine rodeo culture. The film delves into themes of masculinity, sexuality, and identity, offering an intimate portrayal of life as a young queer ranchero in Penjamillo. It premiered at the 2026 Sundance Film Festival and is scheduled to screen at the Regal Union Square on September 17, 2026, at 8:15 pm. (</w:t>
      </w:r>
      <w:hyperlink r:id="rId16">
        <w:r>
          <w:rPr>
            <w:color w:val="0000EE"/>
            <w:u w:val="single"/>
          </w:rPr>
          <w:t>nylatinofilmfestival.com</w:t>
        </w:r>
      </w:hyperlink>
      <w:r>
        <w:t>)</w:t>
      </w:r>
      <w:r/>
    </w:p>
    <w:p>
      <w:pPr>
        <w:pStyle w:val="ListNumber"/>
        <w:spacing w:line="240" w:lineRule="auto"/>
        <w:ind w:left="720"/>
      </w:pPr>
      <w:r/>
      <w:hyperlink r:id="rId12">
        <w:r>
          <w:rPr>
            <w:color w:val="0000EE"/>
            <w:u w:val="single"/>
          </w:rPr>
          <w:t>https://nylatinofilmfestival.com/2026/movies/nacio-simon/</w:t>
        </w:r>
      </w:hyperlink>
      <w:r>
        <w:t xml:space="preserve"> - 'Nació Simón' is a documentary directed by Pati Cruz Martínez, focusing on Lis, a non-binary Puerto Rican mother and drag king performer named Simón. The film explores Caribbean drag culture as a form of self-expression and resistance against conservative norms in Puerto Rico. Lis's journey reflects on identity, community, and the impact of the COVID-19 pandemic on the drag scene. The documentary is set to screen at the Regal Union Square on September 19, 2026, at 2:15 pm. (</w:t>
      </w:r>
      <w:hyperlink r:id="rId17">
        <w:r>
          <w:rPr>
            <w:color w:val="0000EE"/>
            <w:u w:val="single"/>
          </w:rPr>
          <w:t>nylatinofilmfestival.com</w:t>
        </w:r>
      </w:hyperlink>
      <w:r>
        <w:t>)</w:t>
      </w:r>
      <w:r/>
    </w:p>
    <w:p>
      <w:pPr>
        <w:pStyle w:val="ListNumber"/>
        <w:spacing w:line="240" w:lineRule="auto"/>
        <w:ind w:left="720"/>
      </w:pPr>
      <w:r/>
      <w:hyperlink r:id="rId11">
        <w:r>
          <w:rPr>
            <w:color w:val="0000EE"/>
            <w:u w:val="single"/>
          </w:rPr>
          <w:t>https://nylatinofilmfestival.com/2026/movies/i-am-mario/</w:t>
        </w:r>
      </w:hyperlink>
      <w:r>
        <w:t xml:space="preserve"> - 'I Am Mario' is a feature film directed by Sharon Kleinberg, depicting the story of Mario, a transgender taxi driver in Mexico who unexpectedly becomes pregnant. The narrative delves into themes of identity, masculinity, and the emotional complexities of Mario's journey. The film premiered at the Guadalajara International Film Festival in 2026, where it received the Jury’s Maguey Award and the Mezcal Award for Best Actor. It is scheduled to screen at the Regal Union Square on September 18, 2026, at 5:15 pm. (</w:t>
      </w:r>
      <w:hyperlink r:id="rId18">
        <w:r>
          <w:rPr>
            <w:color w:val="0000EE"/>
            <w:u w:val="single"/>
          </w:rPr>
          <w:t>nylatinofilmfestival.com</w:t>
        </w:r>
      </w:hyperlink>
      <w:r>
        <w:t>)</w:t>
      </w:r>
      <w:r/>
    </w:p>
    <w:p>
      <w:pPr>
        <w:pStyle w:val="ListNumber"/>
        <w:spacing w:line="240" w:lineRule="auto"/>
        <w:ind w:left="720"/>
      </w:pPr>
      <w:r/>
      <w:hyperlink r:id="rId14">
        <w:r>
          <w:rPr>
            <w:color w:val="0000EE"/>
            <w:u w:val="single"/>
          </w:rPr>
          <w:t>https://nylatinofilmfestival.com/2026/movies/tropical-park/</w:t>
        </w:r>
      </w:hyperlink>
      <w:r>
        <w:t xml:space="preserve"> - 'Tropical Park' is a single-take film directed by Hansel Porras Garcia, featuring siblings Frank and Fanny engaging in a driving lesson in Miami. The film explores themes of family dynamics, transphobia, and the complexities of sibling relationships. The narrative unfolds entirely from the car's backseat, offering an intimate portrayal of their conversations and interactions. The film is part of the New York Latino Film Festival's lineup, with screenings at the Regal Union Square. (</w:t>
      </w:r>
      <w:hyperlink r:id="rId19">
        <w:r>
          <w:rPr>
            <w:color w:val="0000EE"/>
            <w:u w:val="single"/>
          </w:rPr>
          <w:t>nylatinofilmfestival.com</w:t>
        </w:r>
      </w:hyperlink>
      <w:r>
        <w:t>)</w:t>
      </w:r>
      <w:r/>
    </w:p>
    <w:p>
      <w:pPr>
        <w:pStyle w:val="ListNumber"/>
        <w:spacing w:line="240" w:lineRule="auto"/>
        <w:ind w:left="720"/>
      </w:pPr>
      <w:r/>
      <w:hyperlink r:id="rId13">
        <w:r>
          <w:rPr>
            <w:color w:val="0000EE"/>
            <w:u w:val="single"/>
          </w:rPr>
          <w:t>https://nylatinofilmfestival.com/2026/movies/they-dream/</w:t>
        </w:r>
      </w:hyperlink>
      <w:r>
        <w:t xml:space="preserve"> - 'TheyDream' is a documentary by William D. Caballero, blending various animation styles with home movie footage to recount the experiences of his Puerto Rican family. The film reflects on themes of love, loss, and the bonds within a family, using creative storytelling techniques to convey its narrative. It is scheduled to screen at the Regal Union Square on September 19, 2026, at 6:30 pm. (</w:t>
      </w:r>
      <w:hyperlink r:id="rId19">
        <w:r>
          <w:rPr>
            <w:color w:val="0000EE"/>
            <w:u w:val="single"/>
          </w:rPr>
          <w:t>nylatinofilmfestival.com</w:t>
        </w:r>
      </w:hyperlink>
      <w:r>
        <w:t>)</w:t>
      </w:r>
      <w:r/>
    </w:p>
    <w:p>
      <w:pPr>
        <w:pStyle w:val="ListNumber"/>
        <w:spacing w:line="240" w:lineRule="auto"/>
        <w:ind w:left="720"/>
      </w:pPr>
      <w:r/>
      <w:hyperlink r:id="rId15">
        <w:r>
          <w:rPr>
            <w:color w:val="0000EE"/>
            <w:u w:val="single"/>
          </w:rPr>
          <w:t>https://nylatinofilmfestival.com/2026/movies/the-motive/</w:t>
        </w:r>
      </w:hyperlink>
      <w:r>
        <w:t xml:space="preserve"> - 'The Motive' is a short film directed by Jorge Molina, featured in the Spectrum Shorts program of the New York Latino Film Festival. The narrative centers on a detective determined to uncover the reasons behind a gay man's decision to kill his boyfriend. The film delves into themes of motivation, desire, and the complexities of human relationships. It is part of the festival's lineup, with screenings at the Regal Union Square. (</w:t>
      </w:r>
      <w:hyperlink r:id="rId19">
        <w:r>
          <w:rPr>
            <w:color w:val="0000EE"/>
            <w:u w:val="single"/>
          </w:rPr>
          <w:t>nylatinofilmfestival.com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lgbtq-movies-new-york-latino-film-festival-2026/" TargetMode="External"/><Relationship Id="rId10" Type="http://schemas.openxmlformats.org/officeDocument/2006/relationships/hyperlink" Target="https://nylatinofilmfestival.com/2026/movies/jaripeo/" TargetMode="External"/><Relationship Id="rId11" Type="http://schemas.openxmlformats.org/officeDocument/2006/relationships/hyperlink" Target="https://nylatinofilmfestival.com/2026/movies/i-am-mario/" TargetMode="External"/><Relationship Id="rId12" Type="http://schemas.openxmlformats.org/officeDocument/2006/relationships/hyperlink" Target="https://nylatinofilmfestival.com/2026/movies/nacio-simon/" TargetMode="External"/><Relationship Id="rId13" Type="http://schemas.openxmlformats.org/officeDocument/2006/relationships/hyperlink" Target="https://nylatinofilmfestival.com/2026/movies/they-dream/" TargetMode="External"/><Relationship Id="rId14" Type="http://schemas.openxmlformats.org/officeDocument/2006/relationships/hyperlink" Target="https://nylatinofilmfestival.com/2026/movies/tropical-park/" TargetMode="External"/><Relationship Id="rId15" Type="http://schemas.openxmlformats.org/officeDocument/2006/relationships/hyperlink" Target="https://nylatinofilmfestival.com/2026/movies/the-motive/" TargetMode="External"/><Relationship Id="rId16" Type="http://schemas.openxmlformats.org/officeDocument/2006/relationships/hyperlink" Target="https://nylatinofilmfestival.com/2026/movies/jaripeo/?utm_source=openai" TargetMode="External"/><Relationship Id="rId17" Type="http://schemas.openxmlformats.org/officeDocument/2006/relationships/hyperlink" Target="https://nylatinofilmfestival.com/2026/movies/nacio-simon/?utm_source=openai" TargetMode="External"/><Relationship Id="rId18" Type="http://schemas.openxmlformats.org/officeDocument/2006/relationships/hyperlink" Target="https://nylatinofilmfestival.com/2026/movies/i-am-mario/?utm_source=openai" TargetMode="External"/><Relationship Id="rId19" Type="http://schemas.openxmlformats.org/officeDocument/2006/relationships/hyperlink" Target="https://nylatinofilmfestival.com/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