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Alternative Song: Ezra Michel’s Bold Pride Anthem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Listeners are rediscovering Ezra Michel’s “I’m a Faggot I’m a Dyke”, a short, provocative queer alternative track built on punchy guitars, a sturdy bass groove and unapologetic self-expression. Its reclaimed language and playful delivery make it a striking Pride-era listen, especially for anyone seeking fearless LGBTQ+ music with plenty of personality.</w:t>
      </w:r>
      <w:r/>
    </w:p>
    <w:p>
      <w:pPr>
        <w:pStyle w:val="Heading2"/>
      </w:pPr>
      <w:r>
        <w:t>Essential Takeaways</w:t>
      </w:r>
      <w:r/>
      <w:r/>
    </w:p>
    <w:p>
      <w:pPr>
        <w:pStyle w:val="ListBullet"/>
        <w:spacing w:line="240" w:lineRule="auto"/>
        <w:ind w:left="720"/>
      </w:pPr>
      <w:r/>
      <w:r>
        <w:rPr>
          <w:b/>
        </w:rPr>
        <w:t>A compact statement:</w:t>
      </w:r>
      <w:r>
        <w:t xml:space="preserve"> The track runs for roughly two and a half minutes, keeping its message direct and energetic.</w:t>
      </w:r>
      <w:r/>
    </w:p>
    <w:p>
      <w:pPr>
        <w:pStyle w:val="ListBullet"/>
        <w:spacing w:line="240" w:lineRule="auto"/>
        <w:ind w:left="720"/>
      </w:pPr>
      <w:r/>
      <w:r>
        <w:rPr>
          <w:b/>
        </w:rPr>
        <w:t>Groove-led production:</w:t>
      </w:r>
      <w:r>
        <w:t xml:space="preserve"> Guitar riffs and a prominent bass line give the song an immediate, physical pulse.</w:t>
      </w:r>
      <w:r/>
    </w:p>
    <w:p>
      <w:pPr>
        <w:pStyle w:val="ListBullet"/>
        <w:spacing w:line="240" w:lineRule="auto"/>
        <w:ind w:left="720"/>
      </w:pPr>
      <w:r/>
      <w:r>
        <w:rPr>
          <w:b/>
        </w:rPr>
        <w:t>Reclaimed language:</w:t>
      </w:r>
      <w:r>
        <w:t xml:space="preserve"> Its controversial title uses terms reclaimed by parts of the LGBTQ+ community, though listeners may still find the wording confronting.</w:t>
      </w:r>
      <w:r/>
    </w:p>
    <w:p>
      <w:pPr>
        <w:pStyle w:val="ListBullet"/>
        <w:spacing w:line="240" w:lineRule="auto"/>
        <w:ind w:left="720"/>
      </w:pPr>
      <w:r/>
      <w:r>
        <w:rPr>
          <w:b/>
        </w:rPr>
        <w:t>Big personality:</w:t>
      </w:r>
      <w:r>
        <w:t xml:space="preserve"> Michel's vocal performance shifts between sung and spoken delivery, making the lyrics feel theatrical and personal.</w:t>
      </w:r>
      <w:r/>
    </w:p>
    <w:p>
      <w:pPr>
        <w:pStyle w:val="ListBullet"/>
        <w:spacing w:line="240" w:lineRule="auto"/>
        <w:ind w:left="720"/>
      </w:pPr>
      <w:r/>
      <w:r>
        <w:rPr>
          <w:b/>
        </w:rPr>
        <w:t>Easy to revisit:</w:t>
      </w:r>
      <w:r>
        <w:t xml:space="preserve"> The repetitive verses and memorable chorus give it a deliberately chant-like quality.</w:t>
      </w:r>
      <w:r/>
      <w:r/>
    </w:p>
    <w:p>
      <w:pPr>
        <w:pStyle w:val="Heading2"/>
      </w:pPr>
      <w:r>
        <w:t>A Pride track that refuses to whisper</w:t>
      </w:r>
      <w:r/>
    </w:p>
    <w:p>
      <w:r/>
      <w:r>
        <w:t>Some queer anthems arrive polished and reassuring. Ezra Michel's "I'm a Faggot I'm a Dyke" takes a noisier, cheekier route, placing identity right at the centre of the song rather than softening it for easy listening.</w:t>
      </w:r>
      <w:r/>
    </w:p>
    <w:p>
      <w:r/>
      <w:r>
        <w:t>The track is listed across major music services including Apple Music and Shazam, while lyric listings preserve its deliberately provocative wording. That matters because the song's impact isn't only musical. It's also about taking language that has been used as a weapon and turning it into an act of defiance.</w:t>
      </w:r>
      <w:r/>
    </w:p>
    <w:p>
      <w:pPr>
        <w:pStyle w:val="Heading2"/>
      </w:pPr>
      <w:r>
        <w:t>The bass and guitar do the heavy lifting</w:t>
      </w:r>
      <w:r/>
    </w:p>
    <w:p>
      <w:r/>
      <w:r>
        <w:t>Musically, the song gets moving quickly. A firm bass line supplies the swagger, while guitar parts add a rough-edged alternative feel beneath Michel's vocal performance. The result is lively rather than overproduced, with enough space for the words to remain impossible to ignore.</w:t>
      </w:r>
      <w:r/>
    </w:p>
    <w:p>
      <w:r/>
      <w:r>
        <w:t>That balance is part of its charm. The arrangement doesn't bury the central idea under elaborate flourishes, so the track feels close, immediate and slightly mischievous. You can almost picture it landing in a small, crowded room where the chorus becomes a collective shout.</w:t>
      </w:r>
      <w:r/>
    </w:p>
    <w:p>
      <w:pPr>
        <w:pStyle w:val="Heading2"/>
      </w:pPr>
      <w:r>
        <w:t>Reclaimed words, complicated reactions</w:t>
      </w:r>
      <w:r/>
    </w:p>
    <w:p>
      <w:r/>
      <w:r>
        <w:t>The title is intentionally confrontational, and it won't be comfortable for everyone. Within LGBTQ+ communities, both terms have histories of reclamation, but that doesn't erase their painful use or make them universally acceptable. Context, speaker and personal experience all matter.</w:t>
      </w:r>
      <w:r/>
    </w:p>
    <w:p>
      <w:r/>
      <w:r>
        <w:t>Michel's approach is clearly one of ownership rather than apology. The song presents identity as something expansive and unruly, resisting the pressure to make queerness tidier or more palatable. That boldness is likely to connect strongly with some listeners, while others may prefer to approach it with care.</w:t>
      </w:r>
      <w:r/>
    </w:p>
    <w:p>
      <w:pPr>
        <w:pStyle w:val="Heading2"/>
      </w:pPr>
      <w:r>
        <w:t>Why the lyrics stick around</w:t>
      </w:r>
      <w:r/>
    </w:p>
    <w:p>
      <w:r/>
      <w:r>
        <w:t>The writing relies on repetition, short phrases and vivid images. Michel contrasts attempts to control or contain him with images of a crowned head and a rocket-like heart, creating a simple but memorable picture of self-worth and momentum.</w:t>
      </w:r>
      <w:r/>
    </w:p>
    <w:p>
      <w:r/>
      <w:r>
        <w:t>A question-led bridge adds another layer, turning the song outward towards the listener. Meanwhile, the chorus works almost like a slogan: direct enough to remember after one play, and theatrical enough to invite a reaction. It isn't subtle, but subtlety clearly isn't the assignment.</w:t>
      </w:r>
      <w:r/>
    </w:p>
    <w:p>
      <w:pPr>
        <w:pStyle w:val="Heading2"/>
      </w:pPr>
      <w:r>
        <w:t>A small song with a loud point of view</w:t>
      </w:r>
      <w:r/>
    </w:p>
    <w:p>
      <w:r/>
      <w:r>
        <w:t>Michel wrote and produced the track, according to the featured review, giving the performance an especially personal stamp. The song also predates his later band work, placing it within an earlier phase of his artistic identity and showing that the confrontational streak was present from the start.</w:t>
      </w:r>
      <w:r/>
    </w:p>
    <w:p>
      <w:r/>
      <w:r>
        <w:t>For listeners exploring queer alternative music, this is a useful reminder that Pride playlists don't have to sound uniform. There is room for sweetness, protest, camp, punk attitude and deliciously awkward provocation. Sometimes the most memorable track is the one that makes the room go quiet for half a second before everyone starts singing along.</w:t>
      </w:r>
      <w:r/>
    </w:p>
    <w:p>
      <w:r/>
      <w:r>
        <w:t>It's a fearless, groove-heavy reminder that queer self-expression can be messy, funny and gloriously loud.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[3]</w:t>
        </w:r>
      </w:hyperlink>
      <w:r>
        <w:t xml:space="preserve">, </w:t>
      </w:r>
      <w:hyperlink r:id="rId15">
        <w:r>
          <w:rPr>
            <w:color w:val="0000EE"/>
            <w:u w:val="single"/>
          </w:rPr>
          <w:t>[7]</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3">
        <w:r>
          <w:rPr>
            <w:color w:val="0000EE"/>
            <w:u w:val="single"/>
          </w:rPr>
          <w:t>[5]</w:t>
        </w:r>
      </w:hyperlink>
      <w:r>
        <w:t xml:space="preserve">, </w:t>
      </w:r>
      <w:hyperlink r:id="rId15">
        <w:r>
          <w:rPr>
            <w:color w:val="0000EE"/>
            <w:u w:val="single"/>
          </w:rPr>
          <w:t>[7]</w:t>
        </w:r>
      </w:hyperlink>
      <w:r>
        <w:t xml:space="preserve">- Paragraph 8: </w:t>
      </w:r>
      <w:hyperlink r:id="rId12">
        <w:r>
          <w:rPr>
            <w:color w:val="0000EE"/>
            <w:u w:val="single"/>
          </w:rPr>
          <w:t>[4]</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3">
        <w:r>
          <w:rPr>
            <w:color w:val="0000EE"/>
            <w:u w:val="single"/>
          </w:rPr>
          <w:t>[5]</w:t>
        </w:r>
      </w:hyperlink>
      <w:r>
        <w:t xml:space="preserve">- Paragraph 10: </w:t>
      </w:r>
      <w:hyperlink r:id="rId11">
        <w:r>
          <w:rPr>
            <w:color w:val="0000EE"/>
            <w:u w:val="single"/>
          </w:rPr>
          <w:t>[3]</w:t>
        </w:r>
      </w:hyperlink>
      <w:r>
        <w:t xml:space="preserve">, </w:t>
      </w:r>
      <w:hyperlink r:id="rId15">
        <w:r>
          <w:rPr>
            <w:color w:val="0000EE"/>
            <w:u w:val="single"/>
          </w:rPr>
          <w:t>[7]</w:t>
        </w:r>
      </w:hyperlink>
      <w:r>
        <w:t xml:space="preserve">- Paragraph 11: </w:t>
      </w:r>
      <w:hyperlink r:id="rId12">
        <w:r>
          <w:rPr>
            <w:color w:val="0000EE"/>
            <w:u w:val="single"/>
          </w:rPr>
          <w:t>[4]</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https://themusicalhype.com/ezra-michel-im-a-f-im-a-d-beaming-with-pride/</w:t>
        </w:r>
      </w:hyperlink>
      <w:r>
        <w:t xml:space="preserve"> - Please view link - unable to able to access data</w:t>
      </w:r>
      <w:r/>
    </w:p>
    <w:p>
      <w:pPr>
        <w:pStyle w:val="ListNumber"/>
        <w:spacing w:line="240" w:lineRule="auto"/>
        <w:ind w:left="720"/>
      </w:pPr>
      <w:r/>
      <w:hyperlink r:id="rId10">
        <w:r>
          <w:rPr>
            <w:color w:val="0000EE"/>
            <w:u w:val="single"/>
          </w:rPr>
          <w:t>https://www.shazam.com/song/1630802845/im-a-ft-im-a-dyke?tab=lyrics</w:t>
        </w:r>
      </w:hyperlink>
      <w:r>
        <w:t xml:space="preserve"> - This Shazam page provides the lyrics for 'I'm a F</w:t>
      </w:r>
      <w:r>
        <w:rPr>
          <w:b/>
          <w:i/>
        </w:rPr>
        <w:t>*t I'm a Dyke' by Ezra Michel, released on June 20, 2022. The song is part of the single 'I'm a F</w:t>
      </w:r>
      <w:r>
        <w:t>*t I'm a Dyke - Single' and is categorized under the alternative genre. The lyrics include the chorus 'I'm a faggot / I'm a dyke / I'm anything you like.'</w:t>
      </w:r>
      <w:r/>
    </w:p>
    <w:p>
      <w:pPr>
        <w:pStyle w:val="ListNumber"/>
        <w:spacing w:line="240" w:lineRule="auto"/>
        <w:ind w:left="720"/>
      </w:pPr>
      <w:r/>
      <w:hyperlink r:id="rId11">
        <w:r>
          <w:rPr>
            <w:color w:val="0000EE"/>
            <w:u w:val="single"/>
          </w:rPr>
          <w:t>https://music.apple.com/us/song/1630802845</w:t>
        </w:r>
      </w:hyperlink>
      <w:r>
        <w:t xml:space="preserve"> - This Apple Music page features 'I'm a F</w:t>
      </w:r>
      <w:r>
        <w:rPr>
          <w:b/>
          <w:i/>
        </w:rPr>
        <w:t>*t I'm a Dyke' by Ezra Michel, released on June 20, 2022. The song is available for streaming and is part of the single 'I'm a F</w:t>
      </w:r>
      <w:r>
        <w:t>*t I'm a Dyke - Single.'</w:t>
      </w:r>
      <w:r/>
    </w:p>
    <w:p>
      <w:pPr>
        <w:pStyle w:val="ListNumber"/>
        <w:spacing w:line="240" w:lineRule="auto"/>
        <w:ind w:left="720"/>
      </w:pPr>
      <w:r/>
      <w:hyperlink r:id="rId12">
        <w:r>
          <w:rPr>
            <w:color w:val="0000EE"/>
            <w:u w:val="single"/>
          </w:rPr>
          <w:t>https://lirik.web.id/e/ezra-michel/lirik-lagu-ezra-michel-im-a-faggot-im-a-dyke/</w:t>
        </w:r>
      </w:hyperlink>
      <w:r>
        <w:t xml:space="preserve"> - This page provides the lyrics for 'I'm a F****t I'm a Dyke' by Ezra Michel. The song includes the chorus 'I'm a f~ggot / I'm a dyk~ / I'm anything you like' and verses that express themes of self-empowerment and defiance.</w:t>
      </w:r>
      <w:r/>
    </w:p>
    <w:p>
      <w:pPr>
        <w:pStyle w:val="ListNumber"/>
        <w:spacing w:line="240" w:lineRule="auto"/>
        <w:ind w:left="720"/>
      </w:pPr>
      <w:r/>
      <w:hyperlink r:id="rId13">
        <w:r>
          <w:rPr>
            <w:color w:val="0000EE"/>
            <w:u w:val="single"/>
          </w:rPr>
          <w:t>https://www.albumoftheyear.org/album/849775-ezra-michel-im-a-faggot-im-a-dyke.php</w:t>
        </w:r>
      </w:hyperlink>
      <w:r>
        <w:t xml:space="preserve"> - This page on Album of The Year provides information about 'I'm a F****t I'm a Dyke' by Ezra Michel, released on June 20, 2022. The song is categorized as a single and is available for purchase on Amazon.</w:t>
      </w:r>
      <w:r/>
    </w:p>
    <w:p>
      <w:pPr>
        <w:pStyle w:val="ListNumber"/>
        <w:spacing w:line="240" w:lineRule="auto"/>
        <w:ind w:left="720"/>
      </w:pPr>
      <w:r/>
      <w:hyperlink r:id="rId14">
        <w:r>
          <w:rPr>
            <w:color w:val="0000EE"/>
            <w:u w:val="single"/>
          </w:rPr>
          <w:t>https://open.spotify.com/playlist/1dYq6U0JWSmNwBnJxadXUX</w:t>
        </w:r>
      </w:hyperlink>
      <w:r>
        <w:t xml:space="preserve"> - This Spotify playlist, titled 'Trans Artists For My Queer Heart,' includes 'I'm a F****t I'm a Dyke' by Ezra Michel. The playlist features various songs by transgender artists and allies, highlighting queer music.</w:t>
      </w:r>
      <w:r/>
    </w:p>
    <w:p>
      <w:pPr>
        <w:pStyle w:val="ListNumber"/>
        <w:spacing w:line="240" w:lineRule="auto"/>
        <w:ind w:left="720"/>
      </w:pPr>
      <w:r/>
      <w:hyperlink r:id="rId15">
        <w:r>
          <w:rPr>
            <w:color w:val="0000EE"/>
            <w:u w:val="single"/>
          </w:rPr>
          <w:t>https://en.wikipedia.org/wiki/Ezra_Michel</w:t>
        </w:r>
      </w:hyperlink>
      <w:r>
        <w:t xml:space="preserve"> - This Wikipedia page provides a biography of Ezra Michel, an American singer-songwriter, musician, actor, and social media influencer. It details his career, including his role as the lead singer of the band The Pussyboys, and his contributions to LGBTQ+ advocacy.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musicalhype.com/ezra-michel-im-a-f-im-a-d-beaming-with-pride/" TargetMode="External"/><Relationship Id="rId10" Type="http://schemas.openxmlformats.org/officeDocument/2006/relationships/hyperlink" Target="https://www.shazam.com/song/1630802845/im-a-ft-im-a-dyke?tab=lyrics" TargetMode="External"/><Relationship Id="rId11" Type="http://schemas.openxmlformats.org/officeDocument/2006/relationships/hyperlink" Target="https://music.apple.com/us/song/1630802845" TargetMode="External"/><Relationship Id="rId12" Type="http://schemas.openxmlformats.org/officeDocument/2006/relationships/hyperlink" Target="https://lirik.web.id/e/ezra-michel/lirik-lagu-ezra-michel-im-a-faggot-im-a-dyke/" TargetMode="External"/><Relationship Id="rId13" Type="http://schemas.openxmlformats.org/officeDocument/2006/relationships/hyperlink" Target="https://www.albumoftheyear.org/album/849775-ezra-michel-im-a-faggot-im-a-dyke.php" TargetMode="External"/><Relationship Id="rId14" Type="http://schemas.openxmlformats.org/officeDocument/2006/relationships/hyperlink" Target="https://open.spotify.com/playlist/1dYq6U0JWSmNwBnJxadXUX" TargetMode="External"/><Relationship Id="rId15" Type="http://schemas.openxmlformats.org/officeDocument/2006/relationships/hyperlink" Target="https://en.wikipedia.org/wiki/Ezra_Miche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