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Outer Cape events for art, music and coastal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are gearing up for a lively run of Outer Cape events from 10 to 17 September 2026, with vintage cars, open-water swimming, gallery openings, live music and family-friendly traditions filling the calendar. From Provincetown to Eastham, there’s plenty to make a late-summer stay feel wonderfully full.</w:t>
      </w:r>
      <w:r/>
    </w:p>
    <w:p>
      <w:pPr>
        <w:pStyle w:val="Heading2"/>
      </w:pPr>
      <w:r>
        <w:t>Essential Takeaways</w:t>
      </w:r>
      <w:r/>
      <w:r/>
    </w:p>
    <w:p>
      <w:pPr>
        <w:pStyle w:val="ListBullet"/>
        <w:spacing w:line="240" w:lineRule="auto"/>
        <w:ind w:left="720"/>
      </w:pPr>
      <w:r/>
      <w:r>
        <w:rPr>
          <w:b/>
        </w:rPr>
        <w:t>Vintage motoring:</w:t>
      </w:r>
      <w:r>
        <w:t xml:space="preserve"> The Yankee Lambda LGBTQ Car Club brings its annual classic-car gathering to Provincetown from 10 to 13 September.</w:t>
      </w:r>
      <w:r/>
    </w:p>
    <w:p>
      <w:pPr>
        <w:pStyle w:val="ListBullet"/>
        <w:spacing w:line="240" w:lineRule="auto"/>
        <w:ind w:left="720"/>
      </w:pPr>
      <w:r/>
      <w:r>
        <w:rPr>
          <w:b/>
        </w:rPr>
        <w:t>Swim for Life weekend:</w:t>
      </w:r>
      <w:r>
        <w:t xml:space="preserve"> Open-water swims and a free concert support the long-running community event on 11 and 12 September.</w:t>
      </w:r>
      <w:r/>
    </w:p>
    <w:p>
      <w:pPr>
        <w:pStyle w:val="ListBullet"/>
        <w:spacing w:line="240" w:lineRule="auto"/>
        <w:ind w:left="720"/>
      </w:pPr>
      <w:r/>
      <w:r>
        <w:rPr>
          <w:b/>
        </w:rPr>
        <w:t>Art across the Cape:</w:t>
      </w:r>
      <w:r>
        <w:t xml:space="preserve"> New exhibitions open in Wellfleet and Provincetown, including embroidered sculpture, ceramics and drawings.</w:t>
      </w:r>
      <w:r/>
    </w:p>
    <w:p>
      <w:pPr>
        <w:pStyle w:val="ListBullet"/>
        <w:spacing w:line="240" w:lineRule="auto"/>
        <w:ind w:left="720"/>
      </w:pPr>
      <w:r/>
      <w:r>
        <w:rPr>
          <w:b/>
        </w:rPr>
        <w:t>Windmill Weekend:</w:t>
      </w:r>
      <w:r>
        <w:t xml:space="preserve"> Eastham’s two-day celebration mixes music, food, crafts, history and a parade.</w:t>
      </w:r>
      <w:r/>
    </w:p>
    <w:p>
      <w:pPr>
        <w:pStyle w:val="ListBullet"/>
        <w:spacing w:line="240" w:lineRule="auto"/>
        <w:ind w:left="720"/>
      </w:pPr>
      <w:r/>
      <w:r>
        <w:rPr>
          <w:b/>
        </w:rPr>
        <w:t>A packed performance diary:</w:t>
      </w:r>
      <w:r>
        <w:t xml:space="preserve"> Jazz, folk, blues and theatre-inspired song nights offer easy evening plans.</w:t>
      </w:r>
      <w:r/>
      <w:r/>
    </w:p>
    <w:p>
      <w:pPr>
        <w:pStyle w:val="Heading2"/>
      </w:pPr>
      <w:r>
        <w:t>Classic cars bring colour to Commercial Street</w:t>
      </w:r>
      <w:r/>
    </w:p>
    <w:p>
      <w:r/>
      <w:r>
        <w:t>There’s something especially cinematic about vintage cars rolling through Provincetown. The Yankee Lambda LGBTQ Car Club’s annual invitational show runs from Thursday to Sunday, with a caravan along Commercial Street and a public display on MacMillan Pier. According to the Yankee Lambda LGBTQ Car Club, the weekend includes a broader programme beyond the main show, so visitors should check the club’s schedule before setting off.</w:t>
      </w:r>
      <w:r/>
    </w:p>
    <w:p>
      <w:r/>
      <w:r>
        <w:t>For car enthusiasts, it’s a chance to admire polished chrome, elegant lines and plenty of automotive personality. For everyone else, it’s simply a lively spectacle that turns a familiar seaside route into an impromptu parade. The show is also a reminder that the Outer Cape’s appeal lies in its mix of subcultures, traditions and wonderfully unexpected gatherings.</w:t>
      </w:r>
      <w:r/>
    </w:p>
    <w:p>
      <w:pPr>
        <w:pStyle w:val="Heading2"/>
      </w:pPr>
      <w:r>
        <w:t>Swim for Life returns with a strong community spirit</w:t>
      </w:r>
      <w:r/>
    </w:p>
    <w:p>
      <w:r/>
      <w:r>
        <w:t>The 39th annual Swim for Life and Paddler Flotilla weekend starts with a free celebration-of-life concert at the Unitarian Universalist Meeting House in Provincetown on Friday evening. Swimming follows on Saturday, with an event at Great Pond in Wellfleet and another route in Provincetown, stretching from the Breakwater Hotel towards Johnson Street Beach. Registration details are available through Swim for Life.</w:t>
      </w:r>
      <w:r/>
    </w:p>
    <w:p>
      <w:r/>
      <w:r>
        <w:t>The format makes the weekend feel both ambitious and welcoming. Experienced swimmers can take on the water, while supporters can join the cheering, music and fundraising atmosphere from shore. If you’re planning to participate, check the official guidance carefully and allow time for registration, route information and changing conditions.</w:t>
      </w:r>
      <w:r/>
    </w:p>
    <w:p>
      <w:pPr>
        <w:pStyle w:val="Heading2"/>
      </w:pPr>
      <w:r>
        <w:t>New exhibitions add texture to the weekend</w:t>
      </w:r>
      <w:r/>
    </w:p>
    <w:p>
      <w:r/>
      <w:r>
        <w:t>Art lovers have a particularly good excuse to wander. Cara Armstrong’s drawings open at Wellfleet Preservation Hall on Friday, alongside an artist talk and reception, while Womencrafts in Provincetown welcomes Nika Feldman’s hand-embroidered sculptural works. Her exhibition brings clothing, humour and feminist energy together in a show that sounds as tactile as it is thought-provoking.</w:t>
      </w:r>
      <w:r/>
    </w:p>
    <w:p>
      <w:r/>
      <w:r>
        <w:t>Studio Lacombe also opens “The Local Dead”, an exhibition by Thor Jensen featuring ceramics and mixed-media objects. The three shows offer very different ways into the region’s creative scene, from intimate line work to stitched forms and earthy, object-led pieces. According to the participating venues, each exhibition remains on view beyond its opening night, making them useful stops for visitors who prefer a slower gallery trail.</w:t>
      </w:r>
      <w:r/>
    </w:p>
    <w:p>
      <w:pPr>
        <w:pStyle w:val="Heading2"/>
      </w:pPr>
      <w:r>
        <w:t>Eastham Windmill Weekend keeps tradition moving</w:t>
      </w:r>
      <w:r/>
    </w:p>
    <w:p>
      <w:r/>
      <w:r>
        <w:t>Eastham Windmill Weekend returns on Saturday and Sunday with events gathered around Windmill Green. The programme includes live music, food, crafts, historical activities, family entertainment and a parade, according to the festival’s organisers.</w:t>
      </w:r>
      <w:r/>
    </w:p>
    <w:p>
      <w:r/>
      <w:r>
        <w:t>It’s the sort of event that rewards an unhurried approach. Browse the stalls, pause for something to eat and let the day unfold rather than trying to tick off every activity. Families will find plenty to do, while visitors interested in local history can get a feel for the community beyond the beaches and galleries.</w:t>
      </w:r>
      <w:r/>
    </w:p>
    <w:p>
      <w:pPr>
        <w:pStyle w:val="Heading2"/>
      </w:pPr>
      <w:r>
        <w:t>Music, oysters and films fill the evenings</w:t>
      </w:r>
      <w:r/>
    </w:p>
    <w:p>
      <w:r/>
      <w:r>
        <w:t>Saturday brings a particularly rich choice of plans. There’s an environmental and historical walk from Mayo Beach, a talk on eelgrass meadows at Ali Gray Gallery, and the Wellfleet Oyster Alliance Art &amp; Oyster Crawl, which links galleries and local businesses in the town centre. The combination of marine science, shellfish and contemporary art feels very Cape Cod: practical, picturesque and slightly indulgent.</w:t>
      </w:r>
      <w:r/>
    </w:p>
    <w:p>
      <w:r/>
      <w:r>
        <w:t xml:space="preserve">After dark, options range from a jazz evening at Cove Gallery to a screening of </w:t>
      </w:r>
      <w:r>
        <w:rPr>
          <w:i/>
        </w:rPr>
        <w:t>Anne Packard: An Artist’s Resolve</w:t>
      </w:r>
      <w:r>
        <w:t>, followed by a discussion with director Arthur Egeli. Christine Pedi’s “Great Dames!” at Art House adds songs associated with celebrated women of stage and screen. Later in the week, Tom Rush performs at Payomet, while the Lighthouse Jazz Quintet plays the Cape Cod Museum of Art.</w:t>
      </w:r>
      <w:r/>
    </w:p>
    <w:p>
      <w:r/>
      <w:r>
        <w:t>With so much happening, the smartest approach is to choose one anchor event per day and leave room for wandering. The best discoveries are often the small galleries, quiet harbour views and last-minute music stops between the headline plans.</w:t>
      </w:r>
      <w:r/>
    </w:p>
    <w:p>
      <w:r/>
      <w:r>
        <w:t>It’s a week made for curious visitors: pick a starting point, then follow the sound, salt air or gallery lights.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https://provincetownindependent.org/indies-choice/2026/09/09/indies-choice-299/</w:t>
        </w:r>
      </w:hyperlink>
      <w:r>
        <w:t xml:space="preserve"> - Please view link - unable to able to access data</w:t>
      </w:r>
      <w:r/>
    </w:p>
    <w:p>
      <w:pPr>
        <w:pStyle w:val="ListNumber"/>
        <w:spacing w:line="240" w:lineRule="auto"/>
        <w:ind w:left="720"/>
      </w:pPr>
      <w:r/>
      <w:hyperlink r:id="rId10">
        <w:r>
          <w:rPr>
            <w:color w:val="0000EE"/>
            <w:u w:val="single"/>
          </w:rPr>
          <w:t>https://www.lambdacarclub.com/provincetown</w:t>
        </w:r>
      </w:hyperlink>
      <w:r>
        <w:t xml:space="preserve"> - The Yankee Lambda LGBTQ Car Club is hosting its annual invitational vintage car show in Provincetown from Thursday, September 10 to Sunday, September 13, 2026. The event includes a caravan down Commercial Street and a public car show at MacMillan Pier. For a full schedule and more information, visit their official website.</w:t>
      </w:r>
      <w:r/>
    </w:p>
    <w:p>
      <w:pPr>
        <w:pStyle w:val="ListNumber"/>
        <w:spacing w:line="240" w:lineRule="auto"/>
        <w:ind w:left="720"/>
      </w:pPr>
      <w:r/>
      <w:hyperlink r:id="rId11">
        <w:r>
          <w:rPr>
            <w:color w:val="0000EE"/>
            <w:u w:val="single"/>
          </w:rPr>
          <w:t>https://swim4life.org/</w:t>
        </w:r>
      </w:hyperlink>
      <w:r>
        <w:t xml:space="preserve"> - The 39th annual Provincetown Swim for Life &amp; Paddler Flotilla is scheduled for Saturday, September 12, 2026. The event begins with a free celebration of life concert at the Unitarian Universalist Meeting House on Friday, September 11, at 8 p.m. Swimming events take place on Saturday at Great Pond in Wellfleet at 8:30 a.m. and in Provincetown at noon, starting from the Breakwater Hotel near Snail Road to Johnson Street Beach. Registration and further details are available on the official website.</w:t>
      </w:r>
      <w:r/>
    </w:p>
    <w:p>
      <w:pPr>
        <w:pStyle w:val="ListNumber"/>
        <w:spacing w:line="240" w:lineRule="auto"/>
        <w:ind w:left="720"/>
      </w:pPr>
      <w:r/>
      <w:hyperlink r:id="rId12">
        <w:r>
          <w:rPr>
            <w:color w:val="0000EE"/>
            <w:u w:val="single"/>
          </w:rPr>
          <w:t>https://wellfleetpreservationhall.org/</w:t>
        </w:r>
      </w:hyperlink>
      <w:r>
        <w:t xml:space="preserve"> - An exhibition of drawings by Cara Armstrong opens at Wellfleet Preservation Hall on Friday, September 11, 2026, at 4 p.m., featuring an artist talk and reception. The show will be on view through September 30. For more information, visit the Wellfleet Preservation Hall website.</w:t>
      </w:r>
      <w:r/>
    </w:p>
    <w:p>
      <w:pPr>
        <w:pStyle w:val="ListNumber"/>
        <w:spacing w:line="240" w:lineRule="auto"/>
        <w:ind w:left="720"/>
      </w:pPr>
      <w:r/>
      <w:hyperlink r:id="rId13">
        <w:r>
          <w:rPr>
            <w:color w:val="0000EE"/>
            <w:u w:val="single"/>
          </w:rPr>
          <w:t>https://womencraftsptown.com/</w:t>
        </w:r>
      </w:hyperlink>
      <w:r>
        <w:t xml:space="preserve"> - Nika Feldman's 'That's What She Said' exhibition, showcasing hand-embroidered sculptural pieces exploring themes of sartorial sabotage, schmatte prowess, and feminist chutzpah, opens at Womencrafts on Friday, September 11, 2026, at 5 p.m. The show will be on view through October 4. More details can be found on the Womencrafts website.</w:t>
      </w:r>
      <w:r/>
    </w:p>
    <w:p>
      <w:pPr>
        <w:pStyle w:val="ListNumber"/>
        <w:spacing w:line="240" w:lineRule="auto"/>
        <w:ind w:left="720"/>
      </w:pPr>
      <w:r/>
      <w:hyperlink r:id="rId14">
        <w:r>
          <w:rPr>
            <w:color w:val="0000EE"/>
            <w:u w:val="single"/>
          </w:rPr>
          <w:t>https://studiolacombe.com/</w:t>
        </w:r>
      </w:hyperlink>
      <w:r>
        <w:t xml:space="preserve"> - Thor Jensen's exhibition, 'The Local Dead,' featuring ceramics and mixed-media objects, opens at Studio Lacombe on Friday, September 11, 2026, at 6 p.m. The show will be on view through September 18. For more information, visit the Studio Lacombe website.</w:t>
      </w:r>
      <w:r/>
    </w:p>
    <w:p>
      <w:pPr>
        <w:pStyle w:val="ListNumber"/>
        <w:spacing w:line="240" w:lineRule="auto"/>
        <w:ind w:left="720"/>
      </w:pPr>
      <w:r/>
      <w:hyperlink r:id="rId15">
        <w:r>
          <w:rPr>
            <w:color w:val="0000EE"/>
            <w:u w:val="single"/>
          </w:rPr>
          <w:t>https://easthamwindmillweekend.org/</w:t>
        </w:r>
      </w:hyperlink>
      <w:r>
        <w:t xml:space="preserve"> - Eastham Windmill Weekend takes place on Saturday, September 12, and Sunday, September 13, 2026, with events on and around Windmill Green, including live music, food, crafts, historical and family activities, a parade, and more. A full schedule is available on the Eastham Windmill Weekend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ovincetownindependent.org/indies-choice/2026/09/09/indies-choice-299/" TargetMode="External"/><Relationship Id="rId10" Type="http://schemas.openxmlformats.org/officeDocument/2006/relationships/hyperlink" Target="https://www.lambdacarclub.com/provincetown" TargetMode="External"/><Relationship Id="rId11" Type="http://schemas.openxmlformats.org/officeDocument/2006/relationships/hyperlink" Target="https://swim4life.org/" TargetMode="External"/><Relationship Id="rId12" Type="http://schemas.openxmlformats.org/officeDocument/2006/relationships/hyperlink" Target="https://wellfleetpreservationhall.org/" TargetMode="External"/><Relationship Id="rId13" Type="http://schemas.openxmlformats.org/officeDocument/2006/relationships/hyperlink" Target="https://womencraftsptown.com/" TargetMode="External"/><Relationship Id="rId14" Type="http://schemas.openxmlformats.org/officeDocument/2006/relationships/hyperlink" Target="https://studiolacombe.com/" TargetMode="External"/><Relationship Id="rId15" Type="http://schemas.openxmlformats.org/officeDocument/2006/relationships/hyperlink" Target="https://easthamwindmillweekend.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