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Motorcycle Community Events for LGBTQ+ Riders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Riders are heading across Northern California and Oregon this autumn for Pride parades, community festivals and women-focused motorcycle gatherings. From Russian River Pride to San Francisco's Folsom Street Fair, these events offer a lively mix of open-road camaraderie, practical rider support and a welcoming place to park the bike.</w:t>
      </w:r>
      <w:r/>
    </w:p>
    <w:p>
      <w:pPr>
        <w:pStyle w:val="Heading2"/>
      </w:pPr>
      <w:r>
        <w:t>Autumn riding is about more than the road</w:t>
      </w:r>
      <w:r/>
    </w:p>
    <w:p>
      <w:r/>
      <w:r>
        <w:t>The strongest thread running through this season's calendar is connection. San Francisco Dykes on Bikes has been combining group rides with community support, turning a day in the saddle into something that carries on long after the engines cool.</w:t>
      </w:r>
      <w:r/>
    </w:p>
    <w:p>
      <w:r/>
      <w:r>
        <w:t>That spirit was clear during a recent Lake County ride, where a hot climb, a shaded break and a quick dip of the feet in a pool became part of the day's shared memory. Motorcycle groups understand this particular rhythm: the road can be demanding, but the stops are often where friendships properly take shape.</w:t>
      </w:r>
      <w:r/>
    </w:p>
    <w:p>
      <w:pPr>
        <w:pStyle w:val="Heading2"/>
      </w:pPr>
      <w:r>
        <w:t>Russian River Pride brings riders into the parade</w:t>
      </w:r>
      <w:r/>
    </w:p>
    <w:p>
      <w:r/>
      <w:r>
        <w:t>On 19 September, Dykes on Bikes is due to return to Guerneville to organise the motorcycle contingent for the Russian River Pride Parade. Riders travelling from Oakland will have the chance to make the journey together before joining the wider procession.</w:t>
      </w:r>
      <w:r/>
    </w:p>
    <w:p>
      <w:r/>
      <w:r>
        <w:t>Russian River Pride's official information makes clear that the parade sits within a broader celebration, rather than being a standalone ride. That matters for visitors, because the day offers both the spectacle of a motorcycle line-up and the more relaxed pleasure of staying on for the festival.</w:t>
      </w:r>
      <w:r/>
    </w:p>
    <w:p>
      <w:r/>
      <w:r>
        <w:t>For anyone joining a group ride, preparation is pleasantly simple but still important. Check fuel stops, bring water, wear protective kit that won't become unbearable in warm weather, and confirm registration details before setting off. A little planning leaves more time for waving to the crowd.</w:t>
      </w:r>
      <w:r/>
    </w:p>
    <w:p>
      <w:pPr>
        <w:pStyle w:val="Heading2"/>
      </w:pPr>
      <w:r>
        <w:t>Folsom Street Fair offers practical support for riders</w:t>
      </w:r>
      <w:r/>
    </w:p>
    <w:p>
      <w:r/>
      <w:r>
        <w:t>San Francisco's Folsom Street Fair returns on 27 September, with Dykes on Bikes helping provide motorcycle parking, gear check and entry-gate support. For riders arriving in full kit, that practical service could make the difference between enjoying the event and spending the afternoon worrying about helmets, jackets and luggage.</w:t>
      </w:r>
      <w:r/>
    </w:p>
    <w:p>
      <w:r/>
      <w:r>
        <w:t>The official Folsom Street Fair information positions the event within San Francisco's LGBTQ+ and leather communities, while also highlighting its fundraising role. Net proceeds support nonprofit work in public health, human services and the arts, giving the celebration a purpose beyond its famously energetic atmosphere.</w:t>
      </w:r>
      <w:r/>
    </w:p>
    <w:p>
      <w:r/>
      <w:r>
        <w:t>Riders should check the latest access instructions before travelling. The suggested approach is via Howard Street onto Dore Street, placing motorcycle parking close to The Playground, which is intended for women of every kind and all trans and non-binary people.</w:t>
      </w:r>
      <w:r/>
    </w:p>
    <w:p>
      <w:pPr>
        <w:pStyle w:val="Heading2"/>
      </w:pPr>
      <w:r>
        <w:t>Babes Ride Out keeps the women’s riding community moving</w:t>
      </w:r>
      <w:r/>
    </w:p>
    <w:p>
      <w:r/>
      <w:r>
        <w:t>While the city is busy with Folsom Street Fair, other riders will be heading north for Babes Ride Out Oregon, running from 25 to 27 September. The gathering is designed for both newer and experienced motorcyclists, which makes it a useful option for anyone who wants a social weekend without feeling they need to prove their riding credentials first.</w:t>
      </w:r>
      <w:r/>
    </w:p>
    <w:p>
      <w:r/>
      <w:r>
        <w:t>Event information highlights the appeal of shared roads, camping and meeting fellow riders. There are also motorcycles to try and plenty of opportunities to swap advice, compare routes and discover that somebody else has packed exactly the same unnecessary gadget.</w:t>
      </w:r>
      <w:r/>
    </w:p>
    <w:p>
      <w:r/>
      <w:r>
        <w:t>Late September in Oregon can be chilly, particularly after sunset, so a warm sleeping bag and proper layers aren't optional luxuries. The smart approach is to prepare for damp mornings and cold evenings, even if the daytime forecast looks friendly.</w:t>
      </w:r>
      <w:r/>
    </w:p>
    <w:p>
      <w:pPr>
        <w:pStyle w:val="Heading2"/>
      </w:pPr>
      <w:r>
        <w:t>Why these events matter to new riders</w:t>
      </w:r>
      <w:r/>
    </w:p>
    <w:p>
      <w:r/>
      <w:r>
        <w:t>A welcoming group can make motorcycling feel far less intimidating. Instead of treating experience as a barrier, community rides offer a gentle way to learn how others manage pacing, navigation, fuel planning and the inevitable roadside faff.</w:t>
      </w:r>
      <w:r/>
    </w:p>
    <w:p>
      <w:r/>
      <w:r>
        <w:t>The wider events calendar also shows how motorcycle culture can support causes and communities at the same time. One weekend might involve a Pride parade, another a fundraiser or a camping meet-up, but the common thread is people creating space for one another.</w:t>
      </w:r>
      <w:r/>
    </w:p>
    <w:p>
      <w:r/>
      <w:r>
        <w:t>There’s something quietly powerful about arriving as a group, engines ticking as they cool, and knowing the day has helped someone feel more at home. That’s the kind of mileage no sat-nav can measure.</w:t>
      </w:r>
      <w:r/>
    </w:p>
    <w:p>
      <w:r/>
      <w:r>
        <w:t>Check each organiser's website before travelling, as registration, routes, access arrangements and timings can change.</w:t>
      </w:r>
      <w:r/>
    </w:p>
    <w:p>
      <w:r/>
      <w:r>
        <w:rPr>
          <w:b/>
        </w:rPr>
        <w:t>The best autumn rides combine good roads, useful support and a community worth showing up for.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[5]</w:t>
        </w:r>
      </w:hyperlink>
      <w:r>
        <w:t xml:space="preserve">, </w:t>
      </w:r>
      <w:hyperlink r:id="rId12">
        <w:r>
          <w:rPr>
            <w:color w:val="0000EE"/>
            <w:u w:val="single"/>
          </w:rPr>
          <w:t>[3]</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[7]</w:t>
        </w:r>
      </w:hyperlink>
      <w:r>
        <w:t xml:space="preserve">- Paragraph 10: </w:t>
      </w:r>
      <w:hyperlink r:id="rId11">
        <w:r>
          <w:rPr>
            <w:color w:val="0000EE"/>
            <w:u w:val="single"/>
          </w:rPr>
          <w:t>[4]</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https://sfbaytimes.com/riding-into-fall-dykes-on-bikes-connects-communities-across-the-west/?utm_source=rss&amp;utm_medium=rss&amp;utm_campaign=riding-into-fall-dykes-on-bikes-connects-communities-across-the-west</w:t>
        </w:r>
      </w:hyperlink>
      <w:r>
        <w:t xml:space="preserve"> - Please view link - unable to able to access data</w:t>
      </w:r>
      <w:r/>
    </w:p>
    <w:p>
      <w:pPr>
        <w:pStyle w:val="ListNumber"/>
        <w:spacing w:line="240" w:lineRule="auto"/>
        <w:ind w:left="720"/>
      </w:pPr>
      <w:r/>
      <w:hyperlink r:id="rId10">
        <w:r>
          <w:rPr>
            <w:color w:val="0000EE"/>
            <w:u w:val="single"/>
          </w:rPr>
          <w:t>https://www.russianriverpride.org/</w:t>
        </w:r>
      </w:hyperlink>
      <w:r>
        <w:t xml:space="preserve"> - Russian River Pride 2026 is scheduled for Saturday, September 19, 2026, in Guerneville, California. The event's theme, 'Let It Flow,' celebrates joy, self-expression, creativity, identity, and the stories that unite the community. The Pride Parade and Festival will feature music, drag performances, vendors, and various community activities. The festival's headliner is Deidre McCalla, a folk singer-songwriter known for her music that celebrates hope, struggle, love, and the power of the human spirit. The event aims to bring together the LGBTQIA+ community and allies for a day of celebration and unity.</w:t>
      </w:r>
      <w:r/>
    </w:p>
    <w:p>
      <w:pPr>
        <w:pStyle w:val="ListNumber"/>
        <w:spacing w:line="240" w:lineRule="auto"/>
        <w:ind w:left="720"/>
      </w:pPr>
      <w:r/>
      <w:hyperlink r:id="rId12">
        <w:r>
          <w:rPr>
            <w:color w:val="0000EE"/>
            <w:u w:val="single"/>
          </w:rPr>
          <w:t>https://www.babesrideout.com/pages/babes-in-oregon</w:t>
        </w:r>
      </w:hyperlink>
      <w:r>
        <w:t xml:space="preserve"> - Babes Ride Out Oregon is an event taking place from September 25 to 27, 2026, at Shelter Cove Resort on Crescent Lake in Oregon. The event is designed for women riders and offers a weekend of motorcycling, community, and exploration. Participants can enjoy scenic rides, local swimming holes, and fishing opportunities. The event aims to bring together new and seasoned riders to create memorable experiences and strengthen the women's riding community. Babes Ride Out has been dedicated to fostering a supportive environment for women motorcyclists since 2013.</w:t>
      </w:r>
      <w:r/>
    </w:p>
    <w:p>
      <w:pPr>
        <w:pStyle w:val="ListNumber"/>
        <w:spacing w:line="240" w:lineRule="auto"/>
        <w:ind w:left="720"/>
      </w:pPr>
      <w:r/>
      <w:hyperlink r:id="rId11">
        <w:r>
          <w:rPr>
            <w:color w:val="0000EE"/>
            <w:u w:val="single"/>
          </w:rPr>
          <w:t>https://www.folsomstreet.org/folsom-street-fair</w:t>
        </w:r>
      </w:hyperlink>
      <w:r>
        <w:t xml:space="preserve"> - The Folsom Street Fair 2026 is scheduled for Sunday, September 27, 2026, from 11 AM to 6 PM in San Francisco's SoMa district. Organised by Folsom Street Events, the fair is the largest leather and kink event in the world, celebrating the diverse communities of San Francisco. The event features live entertainment, dance areas, and hundreds of vendors and community organisations from the leather, kink, and alternative sexuality communities. Entry is free, with a suggested donation collected at the gate to support charitable beneficiaries. The fair is an adults-only event, promoting a culture of consent and inclusivity.</w:t>
      </w:r>
      <w:r/>
    </w:p>
    <w:p>
      <w:pPr>
        <w:pStyle w:val="ListNumber"/>
        <w:spacing w:line="240" w:lineRule="auto"/>
        <w:ind w:left="720"/>
      </w:pPr>
      <w:r/>
      <w:hyperlink r:id="rId13">
        <w:r>
          <w:rPr>
            <w:color w:val="0000EE"/>
            <w:u w:val="single"/>
          </w:rPr>
          <w:t>https://www.sunsethog.com/events/babes-ride-out-oregon</w:t>
        </w:r>
      </w:hyperlink>
      <w:r>
        <w:t xml:space="preserve"> - Babes Ride Out Oregon, themed 'The Four of Wands,' is an event taking place from September 25 to 27, 2026, at Shelter Cove Resort on Crescent Lake in Oregon. The event is designed for women riders and offers a weekend of motorcycling, community, and exploration. Participants can enjoy scenic rides, local swimming holes, and fishing opportunities. The event aims to bring together new and seasoned riders to create memorable experiences and strengthen the women's riding community. Babes Ride Out has been dedicated to fostering a supportive environment for women motorcyclists since 2013.</w:t>
      </w:r>
      <w:r/>
    </w:p>
    <w:p>
      <w:pPr>
        <w:pStyle w:val="ListNumber"/>
        <w:spacing w:line="240" w:lineRule="auto"/>
        <w:ind w:left="720"/>
      </w:pPr>
      <w:r/>
      <w:hyperlink r:id="rId15">
        <w:r>
          <w:rPr>
            <w:color w:val="0000EE"/>
            <w:u w:val="single"/>
          </w:rPr>
          <w:t>https://sfguide.co/folsom-street-fair-2026/</w:t>
        </w:r>
      </w:hyperlink>
      <w:r>
        <w:t xml:space="preserve"> - The Folsom Street Fair 2026 is scheduled for Sunday, September 27, 2026, from 11 AM to 6 PM in San Francisco's SoMa district. Organised by Folsom Street Events, the fair is the largest leather and kink event in the world, celebrating the diverse communities of San Francisco. The event features live entertainment, dance areas, and hundreds of vendors and community organisations from the leather, kink, and alternative sexuality communities. Entry is free, with a suggested donation collected at the gate to support charitable beneficiaries. The fair is an adults-only event, promoting a culture of consent and inclusivity.</w:t>
      </w:r>
      <w:r/>
    </w:p>
    <w:p>
      <w:pPr>
        <w:pStyle w:val="ListNumber"/>
        <w:spacing w:line="240" w:lineRule="auto"/>
        <w:ind w:left="720"/>
      </w:pPr>
      <w:r/>
      <w:hyperlink r:id="rId14">
        <w:r>
          <w:rPr>
            <w:color w:val="0000EE"/>
            <w:u w:val="single"/>
          </w:rPr>
          <w:t>https://www.russianriverpride.org/parade.php</w:t>
        </w:r>
      </w:hyperlink>
      <w:r>
        <w:t xml:space="preserve"> - The Russian River Pride Parade and Festival is scheduled for Saturday, September 19, 2026, in Guerneville, California. The parade will start at noon on Main Street and is expected to last approximately 45 minutes. Following the parade, the festival will take place in downtown Guerneville, featuring music, drag performances, vendors, and community activities. The event aims to celebrate the LGBTQIA+ community and allies, fostering a sense of unity and pride. The festival's headliner is Deidre McCalla, a folk singer-songwriter known for her music that celebrates hope, struggle, love, and the power of the human spirit.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riding-into-fall-dykes-on-bikes-connects-communities-across-the-west/?utm_source=rss&amp;utm_medium=rss&amp;utm_campaign=riding-into-fall-dykes-on-bikes-connects-communities-across-the-west" TargetMode="External"/><Relationship Id="rId10" Type="http://schemas.openxmlformats.org/officeDocument/2006/relationships/hyperlink" Target="https://www.russianriverpride.org/" TargetMode="External"/><Relationship Id="rId11" Type="http://schemas.openxmlformats.org/officeDocument/2006/relationships/hyperlink" Target="https://www.folsomstreet.org/folsom-street-fair" TargetMode="External"/><Relationship Id="rId12" Type="http://schemas.openxmlformats.org/officeDocument/2006/relationships/hyperlink" Target="https://www.babesrideout.com/pages/babes-in-oregon" TargetMode="External"/><Relationship Id="rId13" Type="http://schemas.openxmlformats.org/officeDocument/2006/relationships/hyperlink" Target="https://www.sunsethog.com/events/babes-ride-out-oregon" TargetMode="External"/><Relationship Id="rId14" Type="http://schemas.openxmlformats.org/officeDocument/2006/relationships/hyperlink" Target="https://www.russianriverpride.org/parade.php" TargetMode="External"/><Relationship Id="rId15" Type="http://schemas.openxmlformats.org/officeDocument/2006/relationships/hyperlink" Target="https://sfguide.co/folsom-street-fair-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