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Getaway to Provincetown for Food and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rediscovering Provincetown, Massachusetts, as a colourful LGBTQ+ getaway where sandy beaches, drag shows, seafood and small-town charm come together. With welcoming venues, walkable streets and easy links via Boston, Ptown makes a memorable New England escape, even when the journey takes a little patience.</w:t>
      </w:r>
      <w:r/>
    </w:p>
    <w:p>
      <w:pPr>
        <w:pStyle w:val="Heading2"/>
      </w:pPr>
      <w:r>
        <w:t>Essential Takeaways</w:t>
      </w:r>
      <w:r/>
      <w:r/>
    </w:p>
    <w:p>
      <w:pPr>
        <w:pStyle w:val="ListBullet"/>
        <w:spacing w:line="240" w:lineRule="auto"/>
        <w:ind w:left="720"/>
      </w:pPr>
      <w:r/>
      <w:r>
        <w:rPr>
          <w:b/>
        </w:rPr>
        <w:t>A welcoming coastal base:</w:t>
      </w:r>
      <w:r>
        <w:t xml:space="preserve"> Provincetown combines a long-established LGBTQ+ community with beaches, galleries, shops and lively nightlife.</w:t>
      </w:r>
      <w:r/>
    </w:p>
    <w:p>
      <w:pPr>
        <w:pStyle w:val="ListBullet"/>
        <w:spacing w:line="240" w:lineRule="auto"/>
        <w:ind w:left="720"/>
      </w:pPr>
      <w:r/>
      <w:r>
        <w:rPr>
          <w:b/>
        </w:rPr>
        <w:t>Seafood is the star:</w:t>
      </w:r>
      <w:r>
        <w:t xml:space="preserve"> The Lobster Pot is known for hot lobster rolls, oysters and generous bay views.</w:t>
      </w:r>
      <w:r/>
    </w:p>
    <w:p>
      <w:pPr>
        <w:pStyle w:val="ListBullet"/>
        <w:spacing w:line="240" w:lineRule="auto"/>
        <w:ind w:left="720"/>
      </w:pPr>
      <w:r/>
      <w:r>
        <w:rPr>
          <w:b/>
        </w:rPr>
        <w:t>After-dark energy:</w:t>
      </w:r>
      <w:r>
        <w:t xml:space="preserve"> Drag performances, cabaret, bars and the daily Boatslip tea dance keep the town buzzing.</w:t>
      </w:r>
      <w:r/>
    </w:p>
    <w:p>
      <w:pPr>
        <w:pStyle w:val="ListBullet"/>
        <w:spacing w:line="240" w:lineRule="auto"/>
        <w:ind w:left="720"/>
      </w:pPr>
      <w:r/>
      <w:r>
        <w:rPr>
          <w:b/>
        </w:rPr>
        <w:t>Plan the transfer:</w:t>
      </w:r>
      <w:r>
        <w:t xml:space="preserve"> Travellers from further afield will usually connect through Boston before continuing by ferry, flight or road.</w:t>
      </w:r>
      <w:r/>
    </w:p>
    <w:p>
      <w:pPr>
        <w:pStyle w:val="ListBullet"/>
        <w:spacing w:line="240" w:lineRule="auto"/>
        <w:ind w:left="720"/>
      </w:pPr>
      <w:r/>
      <w:r>
        <w:rPr>
          <w:b/>
        </w:rPr>
        <w:t>Come for the atmosphere:</w:t>
      </w:r>
      <w:r>
        <w:t xml:space="preserve"> The food can be uneven, but fresh seafood beside the water is hard to beat.</w:t>
      </w:r>
      <w:r/>
      <w:r/>
    </w:p>
    <w:p>
      <w:pPr>
        <w:pStyle w:val="Heading2"/>
      </w:pPr>
      <w:r>
        <w:t>Why Provincetown remains an LGBTQ+ favourite</w:t>
      </w:r>
      <w:r/>
    </w:p>
    <w:p>
      <w:r/>
      <w:r>
        <w:t>Provincetown has a rare trick up its sleeve: it feels both proudly queer and unmistakably Cape Cod. There are blooming gardens, weathered wooden buildings and salty Atlantic air, but also drag stages, gay bars, tea dances and shops aimed at visitors dressing for the beach or the night ahead.</w:t>
      </w:r>
      <w:r/>
    </w:p>
    <w:p>
      <w:r/>
      <w:r>
        <w:t>The town's appeal isn't simply about its LGBTQ+ venues. It's the feeling of being able to wander without a rigid itinerary, stopping for a drink, a lobster roll or a pedicab ride whenever the mood takes you. The Pride Port's Provincetown travel guide similarly presents it as a destination where community, nightlife and coastal scenery sit comfortably side by side.</w:t>
      </w:r>
      <w:r/>
    </w:p>
    <w:p>
      <w:r/>
      <w:r>
        <w:t>For visitors comparing Provincetown with Palm Springs or Puerto Vallarta, the distinction is clear. Ptown is smaller, more seasonal and more traditionally New England in character. That gives it a gentler rhythm, even when Commercial Street is full of holidaymakers.</w:t>
      </w:r>
      <w:r/>
    </w:p>
    <w:p>
      <w:pPr>
        <w:pStyle w:val="Heading2"/>
      </w:pPr>
      <w:r>
        <w:t>The Lobster Pot is the seafood stop worth prioritising</w:t>
      </w:r>
      <w:r/>
    </w:p>
    <w:p>
      <w:r/>
      <w:r>
        <w:t>The best meal may be the simplest one: a hot lobster roll, served in a toasted split-top bun with melted butter nearby. At The Lobster Pot, that classic combination is the headline act, while the waterfront setting adds just enough theatre to make lunch feel like an occasion.</w:t>
      </w:r>
      <w:r/>
    </w:p>
    <w:p>
      <w:r/>
      <w:r>
        <w:t>Condé Nast Traveler highlights the restaurant as one of Provincetown's notable dining stops, and Ellgeebe also lists it among the town's key restaurant experiences. For a first visit, it's a sensible starting point, particularly if you're keen to sample traditional New England seafood without too much ceremony.</w:t>
      </w:r>
      <w:r/>
    </w:p>
    <w:p>
      <w:r/>
      <w:r>
        <w:t>The restaurant doesn't take bookings, so arriving early is a smart move during busy periods. Oysters, martinis and a table with a view can turn a straightforward meal into one of those holiday memories that survives long after the tan fades.</w:t>
      </w:r>
      <w:r/>
    </w:p>
    <w:p>
      <w:pPr>
        <w:pStyle w:val="Heading2"/>
      </w:pPr>
      <w:r>
        <w:t>Where to eat beyond lobster rolls</w:t>
      </w:r>
      <w:r/>
    </w:p>
    <w:p>
      <w:r/>
      <w:r>
        <w:t>The Red Inn offers a more polished setting, with dramatic views across Cape Cod Bay and a menu built around oysters, scallops, cod and other seafood. It's the kind of place where the water feels close enough to join the conversation, although individual dishes may vary in execution.</w:t>
      </w:r>
      <w:r/>
    </w:p>
    <w:p>
      <w:r/>
      <w:r>
        <w:t>For something more casual, JD's brings together outdoor dining, drinks and cabaret energy, with a sushi bar tucked into the performance space. Freeman's is another popular booking, but a mixed meal is a reason to order strategically. Starters and smaller plates can be the safer choices if you're unsure what the kitchen is doing best that evening.</w:t>
      </w:r>
      <w:r/>
    </w:p>
    <w:p>
      <w:r/>
      <w:r>
        <w:t>This is not necessarily a destination for ambitious fine dining. Instead, Provincetown rewards atmosphere, fresh ingredients and a willingness to enjoy the setting. A plate of seafood, a cold drink and a view across the bay can be more satisfying than an overworked tasting menu.</w:t>
      </w:r>
      <w:r/>
    </w:p>
    <w:p>
      <w:pPr>
        <w:pStyle w:val="Heading2"/>
      </w:pPr>
      <w:r>
        <w:t>Drag shows, tea dances and an easy-going nightlife</w:t>
      </w:r>
      <w:r/>
    </w:p>
    <w:p>
      <w:r/>
      <w:r>
        <w:t>Provincetown's entertainment calendar is one of its strongest draws. Drag shows run regularly, and venues such as the Crown and Anchor give visitors the chance to see established performers in an intimate, celebratory setting.</w:t>
      </w:r>
      <w:r/>
    </w:p>
    <w:p>
      <w:r/>
      <w:r>
        <w:t>Then there's the Boatslip tea dance, a long-running afternoon ritual on the waterfront. It offers an easy transition from beach day to evening plans, with music, drinks and plenty of people-watching. The Pride Port's travel coverage also places the tea dance among the experiences that help define a Ptown visit.</w:t>
      </w:r>
      <w:r/>
    </w:p>
    <w:p>
      <w:r/>
      <w:r>
        <w:t>Boston adds another layer for travellers extending the trip. Club Cafe combines dinner, cabaret, a bar and dancing, making it a useful stop before or after the Cape. For anyone who likes a holiday with a soundtrack, that Boston-to-Provincetown pairing has plenty of range.</w:t>
      </w:r>
      <w:r/>
    </w:p>
    <w:p>
      <w:pPr>
        <w:pStyle w:val="Heading2"/>
      </w:pPr>
      <w:r>
        <w:t>How to plan a smoother Provincetown escape</w:t>
      </w:r>
      <w:r/>
    </w:p>
    <w:p>
      <w:r/>
      <w:r>
        <w:t>Provincetown is at the far end of Cape Cod, so transport deserves attention before you book. From Boston, travellers can consider a ferry, a short flight or a road transfer, but weather can disrupt boats and aircraft. Keeping a little flexibility in the schedule is wise, especially during unsettled conditions.</w:t>
      </w:r>
      <w:r/>
    </w:p>
    <w:p>
      <w:r/>
      <w:r>
        <w:t>Once you're there, much of the centre is pleasantly walkable. Pedicabs are useful when shopping bags multiply or the sun is particularly fierce, but confirm the fare before setting off. A simple question can avoid an unexpectedly expensive short ride.</w:t>
      </w:r>
      <w:r/>
    </w:p>
    <w:p>
      <w:r/>
      <w:r>
        <w:t>Leave time for both sides of the landscape. A lazy beach afternoon, a walk through the dunes and an evening on Commercial Street show why this remains one of the most distinctive LGBTQ+ getaways in New England. Qasa House's Welltown retreat listing also reflects the growing interest in Provincetown as a place for slower, more restorative stays rather than a purely nightlife-led break.</w:t>
      </w:r>
      <w:r/>
    </w:p>
    <w:p>
      <w:pPr>
        <w:pStyle w:val="Heading2"/>
      </w:pPr>
      <w:r>
        <w:t>A small town with a big welcome</w:t>
      </w:r>
      <w:r/>
    </w:p>
    <w:p>
      <w:r/>
      <w:r>
        <w:t>Provincetown may not deliver a perfect meal at every table, but it offers something harder to manufacture: a strong sense of place. The combination of queer community, ocean air, eccentric entertainment and relaxed coastal living gives Ptown its staying power.</w:t>
      </w:r>
      <w:r/>
    </w:p>
    <w:p>
      <w:r/>
      <w:r>
        <w:t>For travellers planning a New England holiday, adding Boston creates a satisfying two-centre itinerary. For everyone else, Provincetown is an invitation to slow down, dress up, eat seafood and follow the music.</w:t>
      </w:r>
      <w:r/>
    </w:p>
    <w:p>
      <w:r/>
      <w:r>
        <w:t>Pack comfortable shoes, leave room for a second lobster roll and let the town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[2]</w:t>
        </w:r>
      </w:hyperlink>
      <w:r>
        <w:t xml:space="preserve">, </w:t>
      </w:r>
      <w:hyperlink r:id="rId13">
        <w:r>
          <w:rPr>
            <w:color w:val="0000EE"/>
            <w:u w:val="single"/>
          </w:rPr>
          <w:t>[3]</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5">
        <w:r>
          <w:rPr>
            <w:color w:val="0000EE"/>
            <w:u w:val="single"/>
          </w:rPr>
          <w:t>[6]</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2">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https://sfbaytimes.com/provincetown-an-lgbtq-getaway/?utm_source=rss&amp;utm_medium=rss&amp;utm_campaign=provincetown-an-lgbtq-getaway</w:t>
        </w:r>
      </w:hyperlink>
      <w:r>
        <w:t xml:space="preserve"> - Please view link - unable to able to access data</w:t>
      </w:r>
      <w:r/>
    </w:p>
    <w:p>
      <w:pPr>
        <w:pStyle w:val="ListNumber"/>
        <w:spacing w:line="240" w:lineRule="auto"/>
        <w:ind w:left="720"/>
      </w:pPr>
      <w:r/>
      <w:hyperlink r:id="rId12">
        <w:r>
          <w:rPr>
            <w:color w:val="0000EE"/>
            <w:u w:val="single"/>
          </w:rPr>
          <w:t>https://www.cntraveler.com/restaurants/provincetown/the-lobster-pot</w:t>
        </w:r>
      </w:hyperlink>
      <w:r>
        <w:t xml:space="preserve"> - Condé Nast Traveler provides a review of The Lobster Pot in Provincetown, highlighting its status as a quintessential New England seafood shack. The article details the restaurant's location, contact information, and the type of cuisine offered, emphasizing its classic New England seafood offerings and bustling atmosphere.</w:t>
      </w:r>
      <w:r/>
    </w:p>
    <w:p>
      <w:pPr>
        <w:pStyle w:val="ListNumber"/>
        <w:spacing w:line="240" w:lineRule="auto"/>
        <w:ind w:left="720"/>
      </w:pPr>
      <w:r/>
      <w:hyperlink r:id="rId13">
        <w:r>
          <w:rPr>
            <w:color w:val="0000EE"/>
            <w:u w:val="single"/>
          </w:rPr>
          <w:t>https://www.ellgeebe.com/en/destinations/north-america/united-states/provincetown/restaurants/the-lobster-pot</w:t>
        </w:r>
      </w:hyperlink>
      <w:r>
        <w:t xml:space="preserve"> - EllgeeBE offers insights into The Lobster Pot, noting its popularity and the experience of dining there, including long lines and a buzzing kitchen. The review mentions the fresh seafood platters, award-winning chowders, oysters Rockefeller, and Cajun bouillabaisse, and suggests trying to get a seat on the upstairs deck for better views.</w:t>
      </w:r>
      <w:r/>
    </w:p>
    <w:p>
      <w:pPr>
        <w:pStyle w:val="ListNumber"/>
        <w:spacing w:line="240" w:lineRule="auto"/>
        <w:ind w:left="720"/>
      </w:pPr>
      <w:r/>
      <w:hyperlink r:id="rId10">
        <w:r>
          <w:rPr>
            <w:color w:val="0000EE"/>
            <w:u w:val="single"/>
          </w:rPr>
          <w:t>https://www.theprideport.com/blog/provincetown-lgbtq-travel-guide</w:t>
        </w:r>
      </w:hyperlink>
      <w:r>
        <w:t xml:space="preserve"> - PridePort provides a comprehensive LGBTQ+ travel guide to Provincetown, covering its queer history, drag scene, Bear Week, and the Inkwell. The article discusses Provincetown's evolution into a queer haven, its cultural significance, and the various events and attractions that make it a popular destination for the LGBTQ+ community.</w:t>
      </w:r>
      <w:r/>
    </w:p>
    <w:p>
      <w:pPr>
        <w:pStyle w:val="ListNumber"/>
        <w:spacing w:line="240" w:lineRule="auto"/>
        <w:ind w:left="720"/>
      </w:pPr>
      <w:r/>
      <w:hyperlink r:id="rId11">
        <w:r>
          <w:rPr>
            <w:color w:val="0000EE"/>
            <w:u w:val="single"/>
          </w:rPr>
          <w:t>https://www.qasa.house/retreat/welltown/</w:t>
        </w:r>
      </w:hyperlink>
      <w:r>
        <w:t xml:space="preserve"> - Qasa offers a gay wellness retreat in Provincetown, scheduled for September 16-20, 2026. The retreat focuses on touch, embodiment, and authentic connection for LGBTQ+ men, providing a 5-day immersion with movement, conversation, touch, and embodied practices aimed at deepening connections within the community.</w:t>
      </w:r>
      <w:r/>
    </w:p>
    <w:p>
      <w:pPr>
        <w:pStyle w:val="ListNumber"/>
        <w:spacing w:line="240" w:lineRule="auto"/>
        <w:ind w:left="720"/>
      </w:pPr>
      <w:r/>
      <w:hyperlink r:id="rId15">
        <w:r>
          <w:rPr>
            <w:color w:val="0000EE"/>
            <w:u w:val="single"/>
          </w:rPr>
          <w:t>https://www.youtube.com/watch?v=pKq5N2Z9YGg</w:t>
        </w:r>
      </w:hyperlink>
      <w:r>
        <w:t xml:space="preserve"> - NBC10 Boston reports on a program offering free trips to Provincetown for the next generation of LGBTQ+ tourists. The video highlights the initiative's goals and the experiences of participants, showcasing Provincetown as a welcoming destination for young LGBTQ+ individuals.</w:t>
      </w:r>
      <w:r/>
    </w:p>
    <w:p>
      <w:pPr>
        <w:pStyle w:val="ListNumber"/>
        <w:spacing w:line="240" w:lineRule="auto"/>
        <w:ind w:left="720"/>
      </w:pPr>
      <w:r/>
      <w:hyperlink r:id="rId14">
        <w:r>
          <w:rPr>
            <w:color w:val="0000EE"/>
            <w:u w:val="single"/>
          </w:rPr>
          <w:t>https://www.sfbaytimes.com/provincetown-an-lgbtq-getaway/?utm_source=rss&amp;utm_medium=rss&amp;utm_campaign=provincetown-an-lgbtq-getaway</w:t>
        </w:r>
      </w:hyperlink>
      <w:r>
        <w:t xml:space="preserve"> - The San Francisco Bay Times features an article titled 'Provincetown: An LGBTQ+ Getaway' by David Landis, The Gay Gourmet. The piece provides a personal account of visiting Provincetown, highlighting its welcoming LGBTQ+ community, historic charm, and recommendations for local restaurants, bars, and attractions.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provincetown-an-lgbtq-getaway/?utm_source=rss&amp;utm_medium=rss&amp;utm_campaign=provincetown-an-lgbtq-getaway" TargetMode="External"/><Relationship Id="rId10" Type="http://schemas.openxmlformats.org/officeDocument/2006/relationships/hyperlink" Target="https://www.theprideport.com/blog/provincetown-lgbtq-travel-guide" TargetMode="External"/><Relationship Id="rId11" Type="http://schemas.openxmlformats.org/officeDocument/2006/relationships/hyperlink" Target="https://www.qasa.house/retreat/welltown/" TargetMode="External"/><Relationship Id="rId12" Type="http://schemas.openxmlformats.org/officeDocument/2006/relationships/hyperlink" Target="https://www.cntraveler.com/restaurants/provincetown/the-lobster-pot" TargetMode="External"/><Relationship Id="rId13" Type="http://schemas.openxmlformats.org/officeDocument/2006/relationships/hyperlink" Target="https://www.ellgeebe.com/en/destinations/north-america/united-states/provincetown/restaurants/the-lobster-pot" TargetMode="External"/><Relationship Id="rId14" Type="http://schemas.openxmlformats.org/officeDocument/2006/relationships/hyperlink" Target="https://www.sfbaytimes.com/provincetown-an-lgbtq-getaway/?utm_source=rss&amp;utm_medium=rss&amp;utm_campaign=provincetown-an-lgbtq-getaway" TargetMode="External"/><Relationship Id="rId15" Type="http://schemas.openxmlformats.org/officeDocument/2006/relationships/hyperlink" Target="https://www.youtube.com/watch?v=pKq5N2Z9YG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