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festivals in Georgia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Georgia's LGBTQ+ festival calendar is still packed after Atlanta Black Pride, with Pine Lake, Gainesville and Macon offering welcoming weekends of music, drag, food and community spirit. Here's what to know before you go, from family-friendly afternoon events to late-night performances and practical planning tips.</w:t>
      </w:r>
      <w:r/>
    </w:p>
    <w:p>
      <w:pPr>
        <w:pStyle w:val="Heading2"/>
      </w:pPr>
      <w:r>
        <w:t>Essential Takeaways</w:t>
      </w:r>
      <w:r/>
      <w:r/>
    </w:p>
    <w:p>
      <w:pPr>
        <w:pStyle w:val="ListBullet"/>
        <w:spacing w:line="240" w:lineRule="auto"/>
        <w:ind w:left="720"/>
      </w:pPr>
      <w:r/>
      <w:r>
        <w:rPr>
          <w:b/>
        </w:rPr>
        <w:t>Pine Lake Pride:</w:t>
      </w:r>
      <w:r>
        <w:t xml:space="preserve"> A lakeside festival on 12 September combines a community march, daytime activities and an evening drag show.</w:t>
      </w:r>
      <w:r/>
    </w:p>
    <w:p>
      <w:pPr>
        <w:pStyle w:val="ListBullet"/>
        <w:spacing w:line="240" w:lineRule="auto"/>
        <w:ind w:left="720"/>
      </w:pPr>
      <w:r/>
      <w:r>
        <w:rPr>
          <w:b/>
        </w:rPr>
        <w:t>Gainesville's Equality Fest:</w:t>
      </w:r>
      <w:r>
        <w:t xml:space="preserve"> Midland Greenway hosts art, music, drag performances and food trucks from 2pm.</w:t>
      </w:r>
      <w:r/>
    </w:p>
    <w:p>
      <w:pPr>
        <w:pStyle w:val="ListBullet"/>
        <w:spacing w:line="240" w:lineRule="auto"/>
        <w:ind w:left="720"/>
      </w:pPr>
      <w:r/>
      <w:r>
        <w:rPr>
          <w:b/>
        </w:rPr>
        <w:t>Macon's multi-day celebration:</w:t>
      </w:r>
      <w:r>
        <w:t xml:space="preserve"> The programme runs from 24 to 27 September, with a beer release, headline entertainment, a park festival and an interfaith service.</w:t>
      </w:r>
      <w:r/>
    </w:p>
    <w:p>
      <w:pPr>
        <w:pStyle w:val="ListBullet"/>
        <w:spacing w:line="240" w:lineRule="auto"/>
        <w:ind w:left="720"/>
      </w:pPr>
      <w:r/>
      <w:r>
        <w:rPr>
          <w:b/>
        </w:rPr>
        <w:t>Check age guidance:</w:t>
      </w:r>
      <w:r>
        <w:t xml:space="preserve"> Pine Lake's daytime programme is family-friendly, while the drag show is for adults aged 18 and over.</w:t>
      </w:r>
      <w:r/>
    </w:p>
    <w:p>
      <w:pPr>
        <w:pStyle w:val="ListBullet"/>
        <w:spacing w:line="240" w:lineRule="auto"/>
        <w:ind w:left="720"/>
      </w:pPr>
      <w:r/>
      <w:r>
        <w:rPr>
          <w:b/>
        </w:rPr>
        <w:t>Plan around timing:</w:t>
      </w:r>
      <w:r>
        <w:t xml:space="preserve"> Several events move from afternoon gatherings into evening parties, so comfortable shoes and a transport plan are sensible.</w:t>
      </w:r>
      <w:r/>
      <w:r/>
    </w:p>
    <w:p>
      <w:pPr>
        <w:pStyle w:val="Heading2"/>
      </w:pPr>
      <w:r>
        <w:t>Georgia's Pride season is far from over</w:t>
      </w:r>
      <w:r/>
    </w:p>
    <w:p>
      <w:r/>
      <w:r>
        <w:t>Atlanta Black Pride may have wrapped up after Labor Day weekend, but Georgia's wider LGBTQ+ calendar is keeping the energy going. The next wave of events spreads beyond the capital, giving visitors a chance to find smaller, more local celebrations with their own character.</w:t>
      </w:r>
      <w:r/>
    </w:p>
    <w:p>
      <w:r/>
      <w:r>
        <w:t>That variety is part of the appeal. Pine Lake brings a relaxed, community-minded atmosphere, Gainesville pairs advocacy with arts and entertainment, while Macon turns its Pride weekend into a fuller cultural programme. The result feels less like one big occasion and more like a series of invitations across the state.</w:t>
      </w:r>
      <w:r/>
    </w:p>
    <w:p>
      <w:r/>
      <w:r>
        <w:t>The continued interest follows a major Atlanta tradition. Axios reported on Atlanta Black Pride's 20-year history, underlining how established Pride events have become in the region. Now, the spotlight is also landing on towns and cities that offer a more intimate festival experience.</w:t>
      </w:r>
      <w:r/>
    </w:p>
    <w:p>
      <w:pPr>
        <w:pStyle w:val="Heading2"/>
      </w:pPr>
      <w:r>
        <w:t>Pine Lake Pride mixes a lakeside march with drag</w:t>
      </w:r>
      <w:r/>
    </w:p>
    <w:p>
      <w:r/>
      <w:r>
        <w:t>Pine Lake's annual Pride event takes place on Saturday 12 September from 2pm to 6pm. The daytime programme is designed to be family-friendly and includes a march around the lake, which should make for a particularly scenic change from the usual downtown parade route.</w:t>
      </w:r>
      <w:r/>
    </w:p>
    <w:p>
      <w:r/>
      <w:r>
        <w:t>After a short break, the evening programme begins at 7pm with drag performances for guests aged 18 and over. It's a useful split for visitors travelling with children, as families can enjoy the afternoon before adults decide whether to stay on for the later show.</w:t>
      </w:r>
      <w:r/>
    </w:p>
    <w:p>
      <w:r/>
      <w:r>
        <w:t>For a laid-back day out, wear shoes that can handle a walk and bring water, especially if the weather is warm. Pine Lake's festival setting suggests a gentler pace, but your schedule can still fill quickly once the march, stalls and performances get under way.</w:t>
      </w:r>
      <w:r/>
    </w:p>
    <w:p>
      <w:pPr>
        <w:pStyle w:val="Heading2"/>
      </w:pPr>
      <w:r>
        <w:t>Equality Fest brings art, music and food to Gainesville</w:t>
      </w:r>
      <w:r/>
    </w:p>
    <w:p>
      <w:r/>
      <w:r>
        <w:t>Gainesville's Equality Fest starts at 2pm on 12 September at Midland Greenway, 682 Grove Street. The event combines art, live music, drag and food trucks, creating the sort of broad programme that works for groups with different tastes.</w:t>
      </w:r>
      <w:r/>
    </w:p>
    <w:p>
      <w:r/>
      <w:r>
        <w:t>The festival also has a practical community element. Volunteer information from the Hall County Democrats points to the organising effort behind the event, while local listings highlight its mix of entertainment and participation. That combination often gives smaller festivals a warmer, more hands-on feel.</w:t>
      </w:r>
      <w:r/>
    </w:p>
    <w:p>
      <w:r/>
      <w:r>
        <w:t>Food trucks are another welcome detail, particularly for visitors planning to stay through the afternoon. Arriving early should make it easier to look around, choose a comfortable viewing spot and avoid turning the first meal of the day into an emergency snack hunt.</w:t>
      </w:r>
      <w:r/>
    </w:p>
    <w:p>
      <w:pPr>
        <w:pStyle w:val="Heading2"/>
      </w:pPr>
      <w:r>
        <w:t>Macon Pride turns one weekend into a full city programme</w:t>
      </w:r>
      <w:r/>
    </w:p>
    <w:p>
      <w:r/>
      <w:r>
        <w:t>Macon's Pride celebration begins on Thursday 24 September with the Lively Libations Beer Release at Piedmont Brewery and Kitchen. The following evening moves to Churchill's on Cherry for the Haus Party, featuring Jaida Essence Hall, winner of season 12 of RuPaul's Drag Race.</w:t>
      </w:r>
      <w:r/>
    </w:p>
    <w:p>
      <w:r/>
      <w:r>
        <w:t>The main Pride in the Park gathering takes place on Saturday 26 September at Cherry Street Plaza from 2pm to 8pm. Visitors can expect performances, vendors and community groups, followed by an afterparty at the Tubman Museum from 8.30pm.</w:t>
      </w:r>
      <w:r/>
    </w:p>
    <w:p>
      <w:r/>
      <w:r>
        <w:t>The weekend closes on Sunday with an interfaith service at Rose Parks Square, running from 4pm to 8pm. That range gives Macon Pride a notably broad shape, moving from nightlife and entertainment to outdoor celebration and reflection.</w:t>
      </w:r>
      <w:r/>
    </w:p>
    <w:p>
      <w:pPr>
        <w:pStyle w:val="Heading2"/>
      </w:pPr>
      <w:r>
        <w:t>How to choose the right Georgia Pride event</w:t>
      </w:r>
      <w:r/>
    </w:p>
    <w:p>
      <w:r/>
      <w:r>
        <w:t>If you're looking for a short, family-friendly afternoon, Pine Lake is the clearest fit. Gainesville is a good option for visitors who want a mix of creative activity, music and food, while Macon suits anyone keen to build a full weekend around several different events.</w:t>
      </w:r>
      <w:r/>
    </w:p>
    <w:p>
      <w:r/>
      <w:r>
        <w:t>Travel plans matter, too. Check venue details and start times before leaving, particularly if you're attending more than one Macon event in a day. For evening programmes, book transport early and confirm age restrictions rather than assuming every part of a festival has the same entry policy.</w:t>
      </w:r>
      <w:r/>
    </w:p>
    <w:p>
      <w:r/>
      <w:r>
        <w:t>The best approach is to leave room for discovery. A march, a local food truck or an unexpected performance can end up being the memorable bit, so don't plan every minute too tightly.</w:t>
      </w:r>
      <w:r/>
    </w:p>
    <w:p>
      <w:r/>
      <w:r>
        <w:t>Georgia's September Pride calendar proves the celebration continues well beyond Atlanta, with plenty of warm, local ways to join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2">
        <w:r>
          <w:rPr>
            <w:color w:val="0000EE"/>
            <w:u w:val="single"/>
          </w:rPr>
          <w:t>[3]</w:t>
        </w:r>
      </w:hyperlink>
      <w:r>
        <w:t xml:space="preserve">, </w:t>
      </w:r>
      <w:hyperlink r:id="rId13">
        <w:r>
          <w:rPr>
            <w:color w:val="0000EE"/>
            <w:u w:val="single"/>
          </w:rPr>
          <w:t>[5]</w:t>
        </w:r>
      </w:hyperlink>
      <w:r>
        <w:t xml:space="preserve">- Paragraph 16: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https://roughdraftatlanta.com/2026/09/10/georgia-lgbtq-festivals-schedule/</w:t>
        </w:r>
      </w:hyperlink>
      <w:r>
        <w:t xml:space="preserve"> - Please view link - unable to able to access data</w:t>
      </w:r>
      <w:r/>
    </w:p>
    <w:p>
      <w:pPr>
        <w:pStyle w:val="ListNumber"/>
        <w:spacing w:line="240" w:lineRule="auto"/>
        <w:ind w:left="720"/>
      </w:pPr>
      <w:r/>
      <w:hyperlink r:id="rId10">
        <w:r>
          <w:rPr>
            <w:color w:val="0000EE"/>
            <w:u w:val="single"/>
          </w:rPr>
          <w:t>https://www.axios.com/local/atlanta/2026/09/03/atlanta-black-pride-20-years-events</w:t>
        </w:r>
      </w:hyperlink>
      <w:r>
        <w:t xml:space="preserve"> - Atlanta Black Pride Weekend is celebrating its 20th anniversary during Labor Day weekend, continuing its tradition of providing a safe and inclusive space for Black LGBTQ individuals in Atlanta and visitors. The celebration kicks off with the seventh annual Mayor's Black Pride Reception on Thursday at Atlanta City Hall, with proceeds supporting the Mayor's Youth Scholarship Program. On Sunday, the Pure Heat Community Festival will take place at Piedmont Park from noon to 8 p.m., featuring performances by artists such as Durand Bernarr, Oliver Twixt, Patrice "Sway" McKinney, Saucy Santana, Billy The Goat and more. The weekend includes a variety of additional events, all designed to foster community, celebration, and visibility. More event details are available on the official Atlanta Black Pride website. (</w:t>
      </w:r>
      <w:hyperlink r:id="rId15">
        <w:r>
          <w:rPr>
            <w:color w:val="0000EE"/>
            <w:u w:val="single"/>
          </w:rPr>
          <w:t>axios.com</w:t>
        </w:r>
      </w:hyperlink>
      <w:r>
        <w:t>)</w:t>
      </w:r>
      <w:r/>
    </w:p>
    <w:p>
      <w:pPr>
        <w:pStyle w:val="ListNumber"/>
        <w:spacing w:line="240" w:lineRule="auto"/>
        <w:ind w:left="720"/>
      </w:pPr>
      <w:r/>
      <w:hyperlink r:id="rId12">
        <w:r>
          <w:rPr>
            <w:color w:val="0000EE"/>
            <w:u w:val="single"/>
          </w:rPr>
          <w:t>https://www.artsatl.org/event/blues-after-dark-blues-international-music-festival/2026-10-24/</w:t>
        </w:r>
      </w:hyperlink>
      <w:r>
        <w:t xml:space="preserve"> - Plans are underway for the Blues After Dark Blues &amp; International Music Festival, a two-day community celebration scheduled for Saturday and Sunday, October 24-25, 2026, in Pine Lake, Georgia. Presented by Dr. Love Media &amp; Entertainment, in cooperation with community partners, the festival is being developed as a free, family-friendly event celebrating Blues, Soul, R&amp;B, Jazz, African, Caribbean, Latin and International Music, along with Veterans, Seniors, cultural diversity, small businesses, food, arts, health, wellness and community. The festival will bring together the many cultures represented throughout Pine Lake, DeKalb County, Metro Atlanta and the surrounding region.</w:t>
      </w:r>
      <w:r/>
    </w:p>
    <w:p>
      <w:pPr>
        <w:pStyle w:val="ListNumber"/>
        <w:spacing w:line="240" w:lineRule="auto"/>
        <w:ind w:left="720"/>
      </w:pPr>
      <w:r/>
      <w:hyperlink r:id="rId11">
        <w:r>
          <w:rPr>
            <w:color w:val="0000EE"/>
            <w:u w:val="single"/>
          </w:rPr>
          <w:t>https://www.festivalsinamerica.com/festival/pine-lakefest-pine-lake</w:t>
        </w:r>
      </w:hyperlink>
      <w:r>
        <w:t xml:space="preserve"> - Pine LakeFest is a free two-day arts and music festival on the shores of Pine Lake, DeKalb County's smallest city and self-described "Arts' Natural Habitat." Held each October, it features a juried art market, live music all day, food trucks, family activities, chalk art and sand sculpture contests, a pet parade and Paddlepalooza, a lively regatta and boat races on the lake.</w:t>
      </w:r>
      <w:r/>
    </w:p>
    <w:p>
      <w:pPr>
        <w:pStyle w:val="ListNumber"/>
        <w:spacing w:line="240" w:lineRule="auto"/>
        <w:ind w:left="720"/>
      </w:pPr>
      <w:r/>
      <w:hyperlink r:id="rId13">
        <w:r>
          <w:rPr>
            <w:color w:val="0000EE"/>
            <w:u w:val="single"/>
          </w:rPr>
          <w:t>https://www.hallcountydemocrats.org/event-details/equality-fest-volunteers-needed-1</w:t>
        </w:r>
      </w:hyperlink>
      <w:r>
        <w:t xml:space="preserve"> - We’re looking for volunteers to help set up and staff our booth at Equality Fest! Setup begins at 11:30 a.m., and the festival runs from 2–7PM. Volunteer shifts are 90 minutes each, and you’re welcome to sign up for multiple shifts if you’d like to spend more time with us. Whether you help with setup, work a shift during the festival, or stay for several shifts, we’d love to have your support. Equality Fest is a fun, welcoming celebration, and last year’s event drew an incredible crowd. It’s a great opportunity to meet people, connect with the community, and enjoy the festivities while supporting our booth. Sign up for a shift - or two - and join the fun!</w:t>
      </w:r>
      <w:r/>
    </w:p>
    <w:p>
      <w:pPr>
        <w:pStyle w:val="ListNumber"/>
        <w:spacing w:line="240" w:lineRule="auto"/>
        <w:ind w:left="720"/>
      </w:pPr>
      <w:r/>
      <w:hyperlink r:id="rId14">
        <w:r>
          <w:rPr>
            <w:color w:val="0000EE"/>
            <w:u w:val="single"/>
          </w:rPr>
          <w:t>https://www.southernsparklefairyhair.com/events/equalityfest-in-gainesville-ga</w:t>
        </w:r>
      </w:hyperlink>
      <w:r>
        <w:t xml:space="preserve"> - Equality Fest brings together our community for a day filled with live entertainment, drag performances, vendors, local organizations, food, art, and celebration of love and equality for all. Southern Sparkle will be offering fairy hair on a first come, first served basis at this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09/10/georgia-lgbtq-festivals-schedule/" TargetMode="External"/><Relationship Id="rId10" Type="http://schemas.openxmlformats.org/officeDocument/2006/relationships/hyperlink" Target="https://www.axios.com/local/atlanta/2026/09/03/atlanta-black-pride-20-years-events" TargetMode="External"/><Relationship Id="rId11" Type="http://schemas.openxmlformats.org/officeDocument/2006/relationships/hyperlink" Target="https://www.festivalsinamerica.com/festival/pine-lakefest-pine-lake" TargetMode="External"/><Relationship Id="rId12" Type="http://schemas.openxmlformats.org/officeDocument/2006/relationships/hyperlink" Target="https://www.artsatl.org/event/blues-after-dark-blues-international-music-festival/2026-10-24/" TargetMode="External"/><Relationship Id="rId13" Type="http://schemas.openxmlformats.org/officeDocument/2006/relationships/hyperlink" Target="https://www.hallcountydemocrats.org/event-details/equality-fest-volunteers-needed-1" TargetMode="External"/><Relationship Id="rId14" Type="http://schemas.openxmlformats.org/officeDocument/2006/relationships/hyperlink" Target="https://www.southernsparklefairyhair.com/events/equalityfest-in-gainesville-ga" TargetMode="External"/><Relationship Id="rId15" Type="http://schemas.openxmlformats.org/officeDocument/2006/relationships/hyperlink" Target="https://www.axios.com/local/atlanta/2026/09/03/atlanta-black-pride-20-years-even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