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the 2026 Pride Worcester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Worcester Pride returns to downtown on Saturday, bringing music, performers, food, makers and community resources to Worcester Common. The free 2026 festival is expected to welcome nearly 30,000 people, offering families, allies and LGBTQ+ residents a lively afternoon that blends celebration with visibility, history and protest.</w:t>
      </w:r>
      <w:r/>
    </w:p>
    <w:p>
      <w:pPr>
        <w:pStyle w:val="Heading2"/>
      </w:pPr>
      <w:r>
        <w:t>Essential Takeaways</w:t>
      </w:r>
      <w:r/>
      <w:r/>
    </w:p>
    <w:p>
      <w:pPr>
        <w:pStyle w:val="ListBullet"/>
        <w:spacing w:line="240" w:lineRule="auto"/>
        <w:ind w:left="720"/>
      </w:pPr>
      <w:r/>
      <w:r>
        <w:rPr>
          <w:b/>
        </w:rPr>
        <w:t>When:</w:t>
      </w:r>
      <w:r>
        <w:t xml:space="preserve"> Saturday, 12 September 2026, from 2pm to 7pm.</w:t>
      </w:r>
      <w:r/>
    </w:p>
    <w:p>
      <w:pPr>
        <w:pStyle w:val="ListBullet"/>
        <w:spacing w:line="240" w:lineRule="auto"/>
        <w:ind w:left="720"/>
      </w:pPr>
      <w:r/>
      <w:r>
        <w:rPr>
          <w:b/>
        </w:rPr>
        <w:t>Where:</w:t>
      </w:r>
      <w:r>
        <w:t xml:space="preserve"> Worcester Common and nearby downtown streets.</w:t>
      </w:r>
      <w:r/>
    </w:p>
    <w:p>
      <w:pPr>
        <w:pStyle w:val="ListBullet"/>
        <w:spacing w:line="240" w:lineRule="auto"/>
        <w:ind w:left="720"/>
      </w:pPr>
      <w:r/>
      <w:r>
        <w:rPr>
          <w:b/>
        </w:rPr>
        <w:t>What to expect:</w:t>
      </w:r>
      <w:r>
        <w:t xml:space="preserve"> Live music, drag, dance, food, drinks, artisan stalls and community groups.</w:t>
      </w:r>
      <w:r/>
    </w:p>
    <w:p>
      <w:pPr>
        <w:pStyle w:val="ListBullet"/>
        <w:spacing w:line="240" w:lineRule="auto"/>
        <w:ind w:left="720"/>
      </w:pPr>
      <w:r/>
      <w:r>
        <w:rPr>
          <w:b/>
        </w:rPr>
        <w:t>Family-friendly features:</w:t>
      </w:r>
      <w:r>
        <w:t xml:space="preserve"> A dedicated youth and family area, plus health and support services.</w:t>
      </w:r>
      <w:r/>
    </w:p>
    <w:p>
      <w:pPr>
        <w:pStyle w:val="ListBullet"/>
        <w:spacing w:line="240" w:lineRule="auto"/>
        <w:ind w:left="720"/>
      </w:pPr>
      <w:r/>
      <w:r>
        <w:rPr>
          <w:b/>
        </w:rPr>
        <w:t>Why it matters:</w:t>
      </w:r>
      <w:r>
        <w:t xml:space="preserve"> The event links Worcester's present-day celebration with a local Pride history dating back to 1975.</w:t>
      </w:r>
      <w:r/>
      <w:r/>
    </w:p>
    <w:p>
      <w:pPr>
        <w:pStyle w:val="Heading2"/>
      </w:pPr>
      <w:r>
        <w:t>Worcester Pride is set to fill the Common</w:t>
      </w:r>
      <w:r/>
    </w:p>
    <w:p>
      <w:r/>
      <w:r>
        <w:t>By mid-afternoon, Worcester Common should have a very different soundtrack: bass from the main stage, applause from the crowd and plenty of cheerful street-side chatter. The free Pride Worcester Festival is expected to draw close to 30,000 visitors, making it one of the city's biggest annual cultural gatherings.</w:t>
      </w:r>
      <w:r/>
    </w:p>
    <w:p>
      <w:r/>
      <w:r>
        <w:t>The event runs from 2pm to 7pm, with surrounding downtown streets adding space for more than 200 makers, businesses and community partners. According to Discover Central Massachusetts, the festival is designed as a broad public celebration rather than a ticketed concert, so visitors can dip in and out throughout the afternoon.</w:t>
      </w:r>
      <w:r/>
    </w:p>
    <w:p>
      <w:r/>
      <w:r>
        <w:t>That makes it appealing for first-timers and families who'd rather explore at their own pace. You can watch a performance, browse a stall, grab something to eat and still have time to find a quieter corner when the crowds feel lively.</w:t>
      </w:r>
      <w:r/>
    </w:p>
    <w:p>
      <w:pPr>
        <w:pStyle w:val="Heading2"/>
      </w:pPr>
      <w:r>
        <w:t>Music, drag and dance take centre stage</w:t>
      </w:r>
      <w:r/>
    </w:p>
    <w:p>
      <w:r/>
      <w:r>
        <w:t>The entertainment programme brings together local artists, dance crews and drag performers, giving the festival a distinctly Worcester feel. Scheduled acts include UPRISE Dance Crew, Dale LePage, RICEMA Dancers, Iconic Divas, Haus of Glitter, Lana Backwards and Bootz K. Morales, alongside other performers.</w:t>
      </w:r>
      <w:r/>
    </w:p>
    <w:p>
      <w:r/>
      <w:r>
        <w:t>Pride Worcester's festival information highlights a main stage built around music, movement and performance. UPRISE Dance Crew is also returning after appearing at the 2023 festival, adding a familiar face for regular attendees.</w:t>
      </w:r>
      <w:r/>
    </w:p>
    <w:p>
      <w:r/>
      <w:r>
        <w:t>There should be plenty for spectators who arrive with no firm plan. Pride works best when you leave room for discovery, whether that's a polished dance routine, a local singer you've not heard before or a drag performance that stops you in your tracks.</w:t>
      </w:r>
      <w:r/>
    </w:p>
    <w:p>
      <w:pPr>
        <w:pStyle w:val="Heading2"/>
      </w:pPr>
      <w:r>
        <w:t>More than a party: resources and community support</w:t>
      </w:r>
      <w:r/>
    </w:p>
    <w:p>
      <w:r/>
      <w:r>
        <w:t>The colourful surface of Pride is only part of the story. Alongside entertainment and food vendors, visitors can meet organisations sharing information about health, advocacy and local support, including AIDS Project Worcester and other community groups.</w:t>
      </w:r>
      <w:r/>
    </w:p>
    <w:p>
      <w:r/>
      <w:r>
        <w:t>Pride Worcester's event materials present the festival as both a celebration and a protest. That combination matters because the gathering isn't simply about having a good afternoon, although there should be plenty of that; it's also about making LGBTQ+ people visible and creating a public space for connection.</w:t>
      </w:r>
      <w:r/>
    </w:p>
    <w:p>
      <w:r/>
      <w:r>
        <w:t>The festival includes a youth and family zone, which may help parents plan a more comfortable visit. If you're bringing children, it's worth checking the official event details before travelling, particularly for updates on amenities, accessibility and any changes to the programme.</w:t>
      </w:r>
      <w:r/>
    </w:p>
    <w:p>
      <w:pPr>
        <w:pStyle w:val="Heading2"/>
      </w:pPr>
      <w:r>
        <w:t>A local tradition with deep roots</w:t>
      </w:r>
      <w:r/>
    </w:p>
    <w:p>
      <w:r/>
      <w:r>
        <w:t>Worcester's Pride story began on a far smaller scale. In 1975, about 100 people marched from City Hall to University Park during the city's first Gay Pride Week, organised by the Metropolitan Community Church and Worcester Homophile Organization.</w:t>
      </w:r>
      <w:r/>
    </w:p>
    <w:p>
      <w:r/>
      <w:r>
        <w:t>Pride Worcester's history records how that early march centred on messages of gay pride, love and power. More than five decades later, the crowd is vastly larger, but the central idea remains recognisable: people gathering openly, publicly and together.</w:t>
      </w:r>
      <w:r/>
    </w:p>
    <w:p>
      <w:r/>
      <w:r>
        <w:t>The organisation's wider history also shows how the event grew into a major fixture, attracting more than 25,000 people by 2018. It's a striking reminder that a festival can become part of a city's identity while still carrying the memory of the smaller movement that came before it.</w:t>
      </w:r>
      <w:r/>
    </w:p>
    <w:p>
      <w:pPr>
        <w:pStyle w:val="Heading2"/>
      </w:pPr>
      <w:r>
        <w:t>Plan your visit with the wider Pride calendar in mind</w:t>
      </w:r>
      <w:r/>
    </w:p>
    <w:p>
      <w:r/>
      <w:r>
        <w:t>The downtown festival is the headline event, but Pride Worcester's programme extends beyond one afternoon. The organisation's events listings point to a broader series of activities across September, giving visitors more ways to take part before or after festival day.</w:t>
      </w:r>
      <w:r/>
    </w:p>
    <w:p>
      <w:r/>
      <w:r>
        <w:t>This year's date also overlaps with Rosh Hashanah, which runs from 11 to 13 September. Organisers have acknowledged that the timing may prevent some members of Worcester's Jewish community from attending and have discussed communication and inclusion with community leaders.</w:t>
      </w:r>
      <w:r/>
    </w:p>
    <w:p>
      <w:r/>
      <w:r>
        <w:t>That context is worth keeping in mind when planning. Arrive early if you'd like a calmer look around the stalls, bring water and comfortable shoes, and check official updates before setting off. A little preparation goes a long way when thousands of people, performers and vendors are sharing the same downtown space.</w:t>
      </w:r>
      <w:r/>
    </w:p>
    <w:p>
      <w:r/>
      <w:r>
        <w:t>Pride Worcester is also a useful example of how modern festivals are evolving. The best events offer spectacle, but they also create room for conversations, services and communities that visitors might not otherwise encounter.</w:t>
      </w:r>
      <w:r/>
    </w:p>
    <w:p>
      <w:pPr>
        <w:pStyle w:val="Heading2"/>
      </w:pPr>
      <w:r>
        <w:t>Closing Line</w:t>
      </w:r>
      <w:r/>
    </w:p>
    <w:p>
      <w:r/>
      <w:r>
        <w:t>Bring your curiosity, your comfiest shoes and plenty of room for a little rainbow-coloured joy.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2">
        <w:r>
          <w:rPr>
            <w:color w:val="0000EE"/>
            <w:u w:val="single"/>
          </w:rPr>
          <w:t>[4]</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1">
        <w:r>
          <w:rPr>
            <w:color w:val="0000EE"/>
            <w:u w:val="single"/>
          </w:rPr>
          <w:t>[7]</w:t>
        </w:r>
      </w:hyperlink>
      <w:r>
        <w:t xml:space="preserve">- Paragraph 7: </w:t>
      </w:r>
      <w:hyperlink r:id="rId13">
        <w:r>
          <w:rPr>
            <w:color w:val="0000EE"/>
            <w:u w:val="single"/>
          </w:rPr>
          <w:t>[3]</w:t>
        </w:r>
      </w:hyperlink>
      <w:r>
        <w:t xml:space="preserve">, </w:t>
      </w:r>
      <w:hyperlink r:id="rId12">
        <w:r>
          <w:rPr>
            <w:color w:val="0000EE"/>
            <w:u w:val="single"/>
          </w:rPr>
          <w:t>[4]</w:t>
        </w:r>
      </w:hyperlink>
      <w:r>
        <w:t xml:space="preserve">- Paragraph 8: </w:t>
      </w:r>
      <w:hyperlink r:id="rId14">
        <w:r>
          <w:rPr>
            <w:color w:val="0000EE"/>
            <w:u w:val="single"/>
          </w:rPr>
          <w:t>[5]</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[3]</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https://theworcesterguardian.org/f/worcester-pride-returns-downtown-saturday-for-one-of-citys-largest-cultural-celebrations/</w:t>
        </w:r>
      </w:hyperlink>
      <w:r>
        <w:t xml:space="preserve"> - Please view link - unable to able to access data</w:t>
      </w:r>
      <w:r/>
    </w:p>
    <w:p>
      <w:pPr>
        <w:pStyle w:val="ListNumber"/>
        <w:spacing w:line="240" w:lineRule="auto"/>
        <w:ind w:left="720"/>
      </w:pPr>
      <w:r/>
      <w:hyperlink r:id="rId10">
        <w:r>
          <w:rPr>
            <w:color w:val="0000EE"/>
            <w:u w:val="single"/>
          </w:rPr>
          <w:t>https://www.prideworcester.org/events</w:t>
        </w:r>
      </w:hyperlink>
      <w:r>
        <w:t xml:space="preserve"> - Pride Worcester's official events page provides detailed information about the 2026 Pride Festival, scheduled for Saturday, September 12, 2026, from 2:00 PM to 7:00 PM in Downtown Worcester. The festival will feature a variety of LGBTQ+ and ally artists, makers, crafters, food vendors, live performers, and speakers. Additional attractions include a youth and family zone, as well as health services provided by AIDS Project Worcester and other community health partners. The event is free and open to the public, with organizers anticipating nearly 30,000 attendees. The festival is part of Massachusetts' 250th anniversary celebrations, representing the heart and diversity of the Commonwealth. (</w:t>
      </w:r>
      <w:hyperlink r:id="rId16">
        <w:r>
          <w:rPr>
            <w:color w:val="0000EE"/>
            <w:u w:val="single"/>
          </w:rPr>
          <w:t>prideworcester.org</w:t>
        </w:r>
      </w:hyperlink>
      <w:r>
        <w:t>)</w:t>
      </w:r>
      <w:r/>
    </w:p>
    <w:p>
      <w:pPr>
        <w:pStyle w:val="ListNumber"/>
        <w:spacing w:line="240" w:lineRule="auto"/>
        <w:ind w:left="720"/>
      </w:pPr>
      <w:r/>
      <w:hyperlink r:id="rId13">
        <w:r>
          <w:rPr>
            <w:color w:val="0000EE"/>
            <w:u w:val="single"/>
          </w:rPr>
          <w:t>https://www.prideworcester.org/faqs</w:t>
        </w:r>
      </w:hyperlink>
      <w:r>
        <w:t xml:space="preserve"> - The FAQ section on Pride Worcester's website addresses common questions about the 2026 Pride Festival. It confirms the event's date and time, provides information on parking options, and details on volunteering and performing opportunities. The page also offers guidance for small businesses and community organizations interested in applying for a booth at the festival. (</w:t>
      </w:r>
      <w:hyperlink r:id="rId17">
        <w:r>
          <w:rPr>
            <w:color w:val="0000EE"/>
            <w:u w:val="single"/>
          </w:rPr>
          <w:t>prideworcester.org</w:t>
        </w:r>
      </w:hyperlink>
      <w:r>
        <w:t>)</w:t>
      </w:r>
      <w:r/>
    </w:p>
    <w:p>
      <w:pPr>
        <w:pStyle w:val="ListNumber"/>
        <w:spacing w:line="240" w:lineRule="auto"/>
        <w:ind w:left="720"/>
      </w:pPr>
      <w:r/>
      <w:hyperlink r:id="rId12">
        <w:r>
          <w:rPr>
            <w:color w:val="0000EE"/>
            <w:u w:val="single"/>
          </w:rPr>
          <w:t>https://www.prideworcester.org/festival</w:t>
        </w:r>
      </w:hyperlink>
      <w:r>
        <w:t xml:space="preserve"> - This page outlines the features of the 2026 Pride Worcester Festival, including over 200 artisan makers and community partners, live performances, food and beverage vendors, a youth and family zone, and health services. The festival is part of Massachusetts' 250th anniversary celebrations, representing the heart and diversity of the Commonwealth. (</w:t>
      </w:r>
      <w:hyperlink r:id="rId18">
        <w:r>
          <w:rPr>
            <w:color w:val="0000EE"/>
            <w:u w:val="single"/>
          </w:rPr>
          <w:t>prideworcester.org</w:t>
        </w:r>
      </w:hyperlink>
      <w:r>
        <w:t>)</w:t>
      </w:r>
      <w:r/>
    </w:p>
    <w:p>
      <w:pPr>
        <w:pStyle w:val="ListNumber"/>
        <w:spacing w:line="240" w:lineRule="auto"/>
        <w:ind w:left="720"/>
      </w:pPr>
      <w:r/>
      <w:hyperlink r:id="rId14">
        <w:r>
          <w:rPr>
            <w:color w:val="0000EE"/>
            <w:u w:val="single"/>
          </w:rPr>
          <w:t>https://www.prideworcester.org/our-history</w:t>
        </w:r>
      </w:hyperlink>
      <w:r>
        <w:t xml:space="preserve"> - Pride Worcester's history page details the origins of the city's Pride celebrations, beginning in June 1975 with a parade organized by the Metropolitan Community Church and the Worcester Homophile Organization. Approximately 100 people marched from City Hall to University Park, carrying signs proclaiming 'Gay Pride,' 'Gay Love,' and 'Gay Power.' The page also notes that by 2018, the Pride festival drew more than 25,000 people. (</w:t>
      </w:r>
      <w:hyperlink r:id="rId19">
        <w:r>
          <w:rPr>
            <w:color w:val="0000EE"/>
            <w:u w:val="single"/>
          </w:rPr>
          <w:t>prideworcester.org</w:t>
        </w:r>
      </w:hyperlink>
      <w:r>
        <w:t>)</w:t>
      </w:r>
      <w:r/>
    </w:p>
    <w:p>
      <w:pPr>
        <w:pStyle w:val="ListNumber"/>
        <w:spacing w:line="240" w:lineRule="auto"/>
        <w:ind w:left="720"/>
      </w:pPr>
      <w:r/>
      <w:hyperlink r:id="rId15">
        <w:r>
          <w:rPr>
            <w:color w:val="0000EE"/>
            <w:u w:val="single"/>
          </w:rPr>
          <w:t>https://www.wpi.edu/news/announcements/wpi-celebrates-pride-month-2026</w:t>
        </w:r>
      </w:hyperlink>
      <w:r>
        <w:t xml:space="preserve"> - Worcester Polytechnic Institute (WPI) announced its celebration of Pride Month in June 2026, highlighting the contributions of the LGBTQIAP+ community throughout history. The announcement notes that the first Pride march occurred on June 28, 1970, in honor of the New York City Stonewall Riots, with about 3,000 to 5,000 activists participating. (</w:t>
      </w:r>
      <w:hyperlink r:id="rId20">
        <w:r>
          <w:rPr>
            <w:color w:val="0000EE"/>
            <w:u w:val="single"/>
          </w:rPr>
          <w:t>wpi.edu</w:t>
        </w:r>
      </w:hyperlink>
      <w:r>
        <w:t>)</w:t>
      </w:r>
      <w:r/>
    </w:p>
    <w:p>
      <w:pPr>
        <w:pStyle w:val="ListNumber"/>
        <w:spacing w:line="240" w:lineRule="auto"/>
        <w:ind w:left="720"/>
      </w:pPr>
      <w:r/>
      <w:hyperlink r:id="rId11">
        <w:r>
          <w:rPr>
            <w:color w:val="0000EE"/>
            <w:u w:val="single"/>
          </w:rPr>
          <w:t>https://www.discovercentralma.org/event/2026-pride-worcester-festival/29937/</w:t>
        </w:r>
      </w:hyperlink>
      <w:r>
        <w:t xml:space="preserve"> - Discover Central Massachusetts provides information about the 2026 Pride Worcester Festival, scheduled for September 12, 2026, from 2:00 PM to 7:00 PM at the Worcester Common Oval. The event is free and open to all, featuring over 200 artisan makers, local businesses, community partners, live performances, food and beverage vendors, a youth and family zone, and health services. (</w:t>
      </w:r>
      <w:hyperlink r:id="rId21">
        <w:r>
          <w:rPr>
            <w:color w:val="0000EE"/>
            <w:u w:val="single"/>
          </w:rPr>
          <w:t>discovercentralma.org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worcesterguardian.org/f/worcester-pride-returns-downtown-saturday-for-one-of-citys-largest-cultural-celebrations/" TargetMode="External"/><Relationship Id="rId10" Type="http://schemas.openxmlformats.org/officeDocument/2006/relationships/hyperlink" Target="https://www.prideworcester.org/events" TargetMode="External"/><Relationship Id="rId11" Type="http://schemas.openxmlformats.org/officeDocument/2006/relationships/hyperlink" Target="https://www.discovercentralma.org/event/2026-pride-worcester-festival/29937/" TargetMode="External"/><Relationship Id="rId12" Type="http://schemas.openxmlformats.org/officeDocument/2006/relationships/hyperlink" Target="https://www.prideworcester.org/festival" TargetMode="External"/><Relationship Id="rId13" Type="http://schemas.openxmlformats.org/officeDocument/2006/relationships/hyperlink" Target="https://www.prideworcester.org/faqs" TargetMode="External"/><Relationship Id="rId14" Type="http://schemas.openxmlformats.org/officeDocument/2006/relationships/hyperlink" Target="https://www.prideworcester.org/our-history" TargetMode="External"/><Relationship Id="rId15" Type="http://schemas.openxmlformats.org/officeDocument/2006/relationships/hyperlink" Target="https://www.wpi.edu/news/announcements/wpi-celebrates-pride-month-2026" TargetMode="External"/><Relationship Id="rId16" Type="http://schemas.openxmlformats.org/officeDocument/2006/relationships/hyperlink" Target="https://www.prideworcester.org/events?utm_source=openai" TargetMode="External"/><Relationship Id="rId17" Type="http://schemas.openxmlformats.org/officeDocument/2006/relationships/hyperlink" Target="https://www.prideworcester.org/faqs?utm_source=openai" TargetMode="External"/><Relationship Id="rId18" Type="http://schemas.openxmlformats.org/officeDocument/2006/relationships/hyperlink" Target="https://www.prideworcester.org/festival?utm_source=openai" TargetMode="External"/><Relationship Id="rId19" Type="http://schemas.openxmlformats.org/officeDocument/2006/relationships/hyperlink" Target="https://www.prideworcester.org/our-history?utm_source=openai" TargetMode="External"/><Relationship Id="rId20" Type="http://schemas.openxmlformats.org/officeDocument/2006/relationships/hyperlink" Target="https://www.wpi.edu/news/announcements/wpi-celebrates-pride-month-2026?utm_source=openai" TargetMode="External"/><Relationship Id="rId21" Type="http://schemas.openxmlformats.org/officeDocument/2006/relationships/hyperlink" Target="https://www.discovercentralma.org/event/2026-pride-worcester-festival/2993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