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TV Shows and Films to Skip If They’re Not Your Thing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the freedom to dislike even the most celebrated gay TV shows and films. From glossy streaming favourites to landmark dramas, queer entertainment is broad, personal and gloriously hard to define, which makes an honest change of channel feel less like criticism and more like good taste.</w:t>
      </w:r>
      <w:r/>
    </w:p>
    <w:p>
      <w:pPr>
        <w:pStyle w:val="Heading2"/>
      </w:pPr>
      <w:r>
        <w:t>Not every queer classic has to be your classic</w:t>
      </w:r>
      <w:r/>
    </w:p>
    <w:p>
      <w:r/>
      <w:r>
        <w:t>The modern gay TV landscape is packed with choice, from emotionally bruising dramas to bright, campy competition shows. Netflix’s LGBTQ+ catalogue reflects that spread, offering everything from relationship stories to coming-of-age series, so there’s no shortage of options when one title leaves you cold.</w:t>
      </w:r>
      <w:r/>
    </w:p>
    <w:p>
      <w:r/>
      <w:r>
        <w:t>That abundance matters because representation and enjoyment aren't the same thing. A show can be culturally significant, beautifully made and still fail to connect with a particular viewer. Sometimes the dialogue feels too polished, the pacing too slow or the emotional temperature simply wrong.</w:t>
      </w:r>
      <w:r/>
    </w:p>
    <w:p>
      <w:pPr>
        <w:pStyle w:val="Heading2"/>
      </w:pPr>
      <w:r>
        <w:t>Why acclaimed gay dramas can miss the mark</w:t>
      </w:r>
      <w:r/>
    </w:p>
    <w:p>
      <w:r/>
      <w:r>
        <w:t xml:space="preserve">Take </w:t>
      </w:r>
      <w:r>
        <w:rPr>
          <w:i/>
        </w:rPr>
        <w:t>It's a Sin</w:t>
      </w:r>
      <w:r>
        <w:t>, the Russell T Davies drama set during the HIV/AIDS crisis of the 1980s. Its focus on friendship, fear and loss has made it an important part of modern queer television, but its emotional intensity won't suit everyone. Some viewers may find the grief relentless, even while recognising the series' historical value.</w:t>
      </w:r>
      <w:r/>
    </w:p>
    <w:p>
      <w:r/>
      <w:r>
        <w:t xml:space="preserve">The same goes for </w:t>
      </w:r>
      <w:r>
        <w:rPr>
          <w:i/>
        </w:rPr>
        <w:t>Angels in America</w:t>
      </w:r>
      <w:r>
        <w:t>, adapted from Tony Kushner's influential stage play. Its ambitious themes, theatrical scale and political allegory are precisely what many admirers celebrate, yet that heightened style can feel demanding if you're after something quieter and more naturalistic.</w:t>
      </w:r>
      <w:r/>
    </w:p>
    <w:p>
      <w:pPr>
        <w:pStyle w:val="Heading2"/>
      </w:pPr>
      <w:r>
        <w:t>A landmark story can still feel distant</w:t>
      </w:r>
      <w:r/>
    </w:p>
    <w:p>
      <w:r/>
      <w:r>
        <w:t xml:space="preserve">Earlier television offered fewer gay stories, but the available ones weren't automatically universal favourites. </w:t>
      </w:r>
      <w:r>
        <w:rPr>
          <w:i/>
        </w:rPr>
        <w:t>That Certain Summer</w:t>
      </w:r>
      <w:r>
        <w:t>, a 1972 television film about a father's relationship with another man, is often discussed as an early milestone in American queer representation.</w:t>
      </w:r>
      <w:r/>
    </w:p>
    <w:p>
      <w:r/>
      <w:r>
        <w:t>Its importance is difficult to ignore, particularly in the context of its era. Still, older productions can feel formal or restrained to contemporary audiences. The social language, acting style and television conventions may create distance, reminding us that historical significance and easy viewing are two different pleasures.</w:t>
      </w:r>
      <w:r/>
    </w:p>
    <w:p>
      <w:pPr>
        <w:pStyle w:val="Heading2"/>
      </w:pPr>
      <w:r>
        <w:t>The gay TV shows worth trying before you give up</w:t>
      </w:r>
      <w:r/>
    </w:p>
    <w:p>
      <w:r/>
      <w:r>
        <w:t>If serious dramas aren't working, a change of tone may be all that's needed. Rotten Tomatoes' LGBTQ+ television recommendations include a wide range of genres, while IMDb's user-curated lists point viewers towards everything from comedy and romance to crime and reality television.</w:t>
      </w:r>
      <w:r/>
    </w:p>
    <w:p>
      <w:r/>
      <w:r>
        <w:t>That variety is useful when choosing what to watch next. Fast-paced viewers might prefer a compact comedy, while anyone wanting emotional depth could try a limited series rather than committing to several seasons. And if a famously campy show makes you reach for the remote, that's useful information too.</w:t>
      </w:r>
      <w:r/>
    </w:p>
    <w:p>
      <w:pPr>
        <w:pStyle w:val="Heading2"/>
      </w:pPr>
      <w:r>
        <w:t>How to decide whether a queer show is for you</w:t>
      </w:r>
      <w:r/>
    </w:p>
    <w:p>
      <w:r/>
      <w:r>
        <w:t>Start with the mood rather than the reputation. Ask whether you want warmth, tension, silliness, historical drama or something visually extravagant, then check the premise and episode length before pressing play. A celebrated title is more likely to land when it matches your evening.</w:t>
      </w:r>
      <w:r/>
    </w:p>
    <w:p>
      <w:r/>
      <w:r>
        <w:t>It also helps to stop early without guilt. There are too many excellent gay films and TV shows to spend hours forcing a connection with one that isn't working. Your viewing history is personal, and sometimes the most honest review is simply, "Not for me."</w:t>
      </w:r>
      <w:r/>
    </w:p>
    <w:p>
      <w:r/>
      <w:r>
        <w:t>A good queer screen culture should make room for disagreement as well as celebration. After all, taste is meant to be varied, not compulsory.</w:t>
      </w:r>
      <w:r/>
    </w:p>
    <w:p>
      <w:r/>
      <w:r>
        <w:t>Explore the stories that suit your mood, not just the ones everyone praises.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https://www.queerty.com/whats-a-gay-movie-or-tv-show-that-you-just-cant-get-into-why-20260910/</w:t>
        </w:r>
      </w:hyperlink>
      <w:r>
        <w:t xml:space="preserve"> - Please view link - unable to able to access data</w:t>
      </w:r>
      <w:r/>
    </w:p>
    <w:p>
      <w:pPr>
        <w:pStyle w:val="ListNumber"/>
        <w:spacing w:line="240" w:lineRule="auto"/>
        <w:ind w:left="720"/>
      </w:pPr>
      <w:r/>
      <w:hyperlink r:id="rId10">
        <w:r>
          <w:rPr>
            <w:color w:val="0000EE"/>
            <w:u w:val="single"/>
          </w:rPr>
          <w:t>https://www.netflix.com/browse/genre/100010</w:t>
        </w:r>
      </w:hyperlink>
      <w:r>
        <w:t xml:space="preserve"> - Netflix offers a diverse selection of LGBTQ+ TV shows, including titles like 'Heartstopper', 'Sex Education', and 'Elite'. These series explore various aspects of queer life and relationships, providing entertainment and representation for LGBTQ+ audiences. The platform regularly updates its library, ensuring a fresh and engaging experience for viewers seeking inclusive content.</w:t>
      </w:r>
      <w:r/>
    </w:p>
    <w:p>
      <w:pPr>
        <w:pStyle w:val="ListNumber"/>
        <w:spacing w:line="240" w:lineRule="auto"/>
        <w:ind w:left="720"/>
      </w:pPr>
      <w:r/>
      <w:hyperlink r:id="rId12">
        <w:r>
          <w:rPr>
            <w:color w:val="0000EE"/>
            <w:u w:val="single"/>
          </w:rPr>
          <w:t>https://en.wikipedia.org/wiki/It's_a_Sin_%28TV_series%29</w:t>
        </w:r>
      </w:hyperlink>
      <w:r>
        <w:t xml:space="preserve"> - 'It's a Sin' is a British drama series set in London between 1981 and 1991, depicting the lives of a group of gay men during the HIV/AIDS crisis. Created by Russell T Davies, the show features a main cast including Olly Alexander and Omari Douglas. It has received critical acclaim for its storytelling and performances.</w:t>
      </w:r>
      <w:r/>
    </w:p>
    <w:p>
      <w:pPr>
        <w:pStyle w:val="ListNumber"/>
        <w:spacing w:line="240" w:lineRule="auto"/>
        <w:ind w:left="720"/>
      </w:pPr>
      <w:r/>
      <w:hyperlink r:id="rId14">
        <w:r>
          <w:rPr>
            <w:color w:val="0000EE"/>
            <w:u w:val="single"/>
          </w:rPr>
          <w:t>https://en.wikipedia.org/wiki/That_Certain_Summer</w:t>
        </w:r>
      </w:hyperlink>
      <w:r>
        <w:t xml:space="preserve"> - 'That Certain Summer' is a 1972 American made-for-television drama film directed by Lamont Johnson. Written by Richard Levinson and William Link, it was considered the first sympathetic depiction of gay people on American television. The film received several television awards and nominations, marking a significant moment in LGBTQ+ representation on TV.</w:t>
      </w:r>
      <w:r/>
    </w:p>
    <w:p>
      <w:pPr>
        <w:pStyle w:val="ListNumber"/>
        <w:spacing w:line="240" w:lineRule="auto"/>
        <w:ind w:left="720"/>
      </w:pPr>
      <w:r/>
      <w:hyperlink r:id="rId13">
        <w:r>
          <w:rPr>
            <w:color w:val="0000EE"/>
            <w:u w:val="single"/>
          </w:rPr>
          <w:t>https://en.wikipedia.org/wiki/Angels_in_America_%28miniseries%29</w:t>
        </w:r>
      </w:hyperlink>
      <w:r>
        <w:t xml:space="preserve"> - 'Angels in America' is a 2003 American miniseries directed by Mike Nichols, based on Tony Kushner's Pulitzer Prize-winning play. Set in 1985, it follows six New Yorkers whose lives intersect, focusing on Prior Walter, a gay man living with AIDS. The series features performances by Al Pacino, Meryl Streep, and Patrick Wilson.</w:t>
      </w:r>
      <w:r/>
    </w:p>
    <w:p>
      <w:pPr>
        <w:pStyle w:val="ListNumber"/>
        <w:spacing w:line="240" w:lineRule="auto"/>
        <w:ind w:left="720"/>
      </w:pPr>
      <w:r/>
      <w:hyperlink r:id="rId11">
        <w:r>
          <w:rPr>
            <w:color w:val="0000EE"/>
            <w:u w:val="single"/>
          </w:rPr>
          <w:t>https://editorial.rottentomatoes.com/guide/favorite-lgbtq-tv-shows/</w:t>
        </w:r>
      </w:hyperlink>
      <w:r>
        <w:t xml:space="preserve"> - Rotten Tomatoes provides a curated list of essential LGBTQ+ TV shows, highlighting 180 series that have broken ground, enlightened, and entertained. The list is divided into categories such as shows that center on the LGBTQ+ experience, shows with LGBTQ+ characters and storylines, and reality shows and docuseries, offering a comprehensive guide to queer television.</w:t>
      </w:r>
      <w:r/>
    </w:p>
    <w:p>
      <w:pPr>
        <w:pStyle w:val="ListNumber"/>
        <w:spacing w:line="240" w:lineRule="auto"/>
        <w:ind w:left="720"/>
      </w:pPr>
      <w:r/>
      <w:hyperlink r:id="rId15">
        <w:r>
          <w:rPr>
            <w:color w:val="0000EE"/>
            <w:u w:val="single"/>
          </w:rPr>
          <w:t>https://www.imdb.com/list/ls008977817/</w:t>
        </w:r>
      </w:hyperlink>
      <w:r>
        <w:t xml:space="preserve"> - IMDb features a list of gay-themed TV series, including titles like 'Queer as Folk', 'Shameless', and 'Oz'. This compilation showcases a range of series that explore LGBTQ+ themes and characters, providing viewers with diverse options for queer television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s-a-gay-movie-or-tv-show-that-you-just-cant-get-into-why-20260910/" TargetMode="External"/><Relationship Id="rId10" Type="http://schemas.openxmlformats.org/officeDocument/2006/relationships/hyperlink" Target="https://www.netflix.com/browse/genre/100010" TargetMode="External"/><Relationship Id="rId11" Type="http://schemas.openxmlformats.org/officeDocument/2006/relationships/hyperlink" Target="https://editorial.rottentomatoes.com/guide/favorite-lgbtq-tv-shows/" TargetMode="External"/><Relationship Id="rId12" Type="http://schemas.openxmlformats.org/officeDocument/2006/relationships/hyperlink" Target="https://en.wikipedia.org/wiki/It's_a_Sin_%28TV_series%29" TargetMode="External"/><Relationship Id="rId13" Type="http://schemas.openxmlformats.org/officeDocument/2006/relationships/hyperlink" Target="https://en.wikipedia.org/wiki/Angels_in_America_%28miniseries%29" TargetMode="External"/><Relationship Id="rId14" Type="http://schemas.openxmlformats.org/officeDocument/2006/relationships/hyperlink" Target="https://en.wikipedia.org/wiki/That_Certain_Summer" TargetMode="External"/><Relationship Id="rId15" Type="http://schemas.openxmlformats.org/officeDocument/2006/relationships/hyperlink" Target="https://www.imdb.com/list/ls0089778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