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Inclusive Sport Matters During Jyväskylä Pride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putting inclusive sport at the centre of Jyväskylä Pride Week, alongside the Finlandia Marathon. The focus is simple but important: LGBTQ+ people should feel safe and visible as athletes, coaches, spectators and volunteers. By linking Pride with a major sporting event, the city is asking local clubs and teams to make belonging part of everyday training, not just a once-a-year message.</w:t>
      </w:r>
      <w:r/>
    </w:p>
    <w:p>
      <w:pPr>
        <w:pStyle w:val="Heading2"/>
      </w:pPr>
      <w:r>
        <w:t>Sport should feel safe for everyone</w:t>
      </w:r>
      <w:r/>
    </w:p>
    <w:p>
      <w:r/>
      <w:r>
        <w:t>A changing room should be a place to prepare, chat and concentrate, not somewhere people brace themselves for a careless joke. Yet LGBTQ+ participants can still feel pressure to hide who they are or stay quiet when comments become discriminatory.</w:t>
      </w:r>
      <w:r/>
    </w:p>
    <w:p>
      <w:r/>
      <w:r>
        <w:t xml:space="preserve">That is why the theme, “Movement peace belongs to everyone”, has such a practical edge. According to Jyväskylä Seta, rainbow people are already part of every kind of sporting community, even if their presence isn't always visible. The issue isn't whether they participate. It's whether they can do so as themselves. </w:t>
      </w:r>
      <w:hyperlink r:id="rId9">
        <w:r>
          <w:rPr>
            <w:color w:val="0000EE"/>
            <w:u w:val="single"/>
          </w:rPr>
          <w:t>[2]</w:t>
        </w:r>
      </w:hyperlink>
      <w:r>
        <w:t xml:space="preserve">, </w:t>
      </w:r>
      <w:hyperlink r:id="rId10">
        <w:r>
          <w:rPr>
            <w:color w:val="0000EE"/>
            <w:u w:val="single"/>
          </w:rPr>
          <w:t>[3]</w:t>
        </w:r>
      </w:hyperlink>
      <w:r/>
    </w:p>
    <w:p>
      <w:pPr>
        <w:pStyle w:val="Heading2"/>
      </w:pPr>
      <w:r>
        <w:t>Pride and the marathon share a week</w:t>
      </w:r>
      <w:r/>
    </w:p>
    <w:p>
      <w:r/>
      <w:r>
        <w:t>The timing alongside the Finlandia Marathon is deliberate. A large public sporting event creates a natural platform for discussing who gets to feel welcome in sport, while Pride brings visibility to experiences that can otherwise remain hidden.</w:t>
      </w:r>
      <w:r/>
    </w:p>
    <w:p>
      <w:r/>
      <w:r>
        <w:t xml:space="preserve">The marathon also connects the message with the everyday reality of movement. Not everyone is chasing a podium; many people simply want to run, train, volunteer or cheer without worrying about judgement. Event information from Central Finland and the University of Jyväskylä shows how the marathon week brings together competition, participation and wider sporting activity. </w:t>
      </w:r>
      <w:hyperlink r:id="rId11">
        <w:r>
          <w:rPr>
            <w:color w:val="0000EE"/>
            <w:u w:val="single"/>
          </w:rPr>
          <w:t>[5]</w:t>
        </w:r>
      </w:hyperlink>
      <w:r>
        <w:t xml:space="preserve">, </w:t>
      </w:r>
      <w:hyperlink r:id="rId12">
        <w:r>
          <w:rPr>
            <w:color w:val="0000EE"/>
            <w:u w:val="single"/>
          </w:rPr>
          <w:t>[6]</w:t>
        </w:r>
      </w:hyperlink>
      <w:r/>
    </w:p>
    <w:p>
      <w:pPr>
        <w:pStyle w:val="Heading2"/>
      </w:pPr>
      <w:r>
        <w:t>What local clubs are being asked to do</w:t>
      </w:r>
      <w:r/>
    </w:p>
    <w:p>
      <w:r/>
      <w:r>
        <w:t>Jyväskylä Seta is challenging local sports clubs and teams to join the conversation rather than leaving inclusion to city officials or Pride organisers. That could mean reviewing club language, making registration forms more inclusive, setting clear expectations for changing-room behaviour or ensuring that complaints are taken seriously.</w:t>
      </w:r>
      <w:r/>
    </w:p>
    <w:p>
      <w:r/>
      <w:r>
        <w:t xml:space="preserve">Small details matter. A welcome message that doesn't assume everyone's gender, a coach who challenges a slur immediately and facilities that respect privacy can change how safe a session feels. None of this needs to be complicated, but it does need to be consistent. </w:t>
      </w:r>
      <w:hyperlink r:id="rId10">
        <w:r>
          <w:rPr>
            <w:color w:val="0000EE"/>
            <w:u w:val="single"/>
          </w:rPr>
          <w:t>[3]</w:t>
        </w:r>
      </w:hyperlink>
      <w:r>
        <w:t xml:space="preserve">, </w:t>
      </w:r>
      <w:hyperlink r:id="rId13">
        <w:r>
          <w:rPr>
            <w:color w:val="0000EE"/>
            <w:u w:val="single"/>
          </w:rPr>
          <w:t>[7]</w:t>
        </w:r>
      </w:hyperlink>
      <w:r/>
    </w:p>
    <w:p>
      <w:pPr>
        <w:pStyle w:val="Heading2"/>
      </w:pPr>
      <w:r>
        <w:t>A responsibility for a sporting city</w:t>
      </w:r>
      <w:r/>
    </w:p>
    <w:p>
      <w:r/>
      <w:r>
        <w:t>Jyväskylä's role as Pride Week's main city partner gives the campaign extra weight. The city has described its position as a sporting centre as a responsibility to show leadership and support equal opportunities, including in competitive sport.</w:t>
      </w:r>
      <w:r/>
    </w:p>
    <w:p>
      <w:r/>
      <w:r>
        <w:t xml:space="preserve">That matters because sporting institutions often shape local culture far beyond the pitch. If clubs make inclusion visible in policies, coaching and communications, younger participants are more likely to see sport as somewhere they can belong. The Olympic Committee has likewise highlighted the idea that sport is for everyone, including through participation in Pride activities. </w:t>
      </w:r>
      <w:hyperlink r:id="rId14">
        <w:r>
          <w:rPr>
            <w:color w:val="0000EE"/>
            <w:u w:val="single"/>
          </w:rPr>
          <w:t>[4]</w:t>
        </w:r>
      </w:hyperlink>
      <w:r>
        <w:t xml:space="preserve">, </w:t>
      </w:r>
      <w:hyperlink r:id="rId13">
        <w:r>
          <w:rPr>
            <w:color w:val="0000EE"/>
            <w:u w:val="single"/>
          </w:rPr>
          <w:t>[7]</w:t>
        </w:r>
      </w:hyperlink>
      <w:r/>
    </w:p>
    <w:p>
      <w:pPr>
        <w:pStyle w:val="Heading2"/>
      </w:pPr>
      <w:r>
        <w:t>Visibility is only the beginning</w:t>
      </w:r>
      <w:r/>
    </w:p>
    <w:p>
      <w:r/>
      <w:r>
        <w:t>A rainbow logo can be encouraging, but it can't replace safer routines or accountable leadership. The real test will come after Pride Week, when ordinary training continues and clubs decide whether the message remains part of their work.</w:t>
      </w:r>
      <w:r/>
    </w:p>
    <w:p>
      <w:r/>
      <w:r>
        <w:t xml:space="preserve">For participants who have felt overlooked, even a clear statement from a coach or team can be meaningful. As one Jyväskylä Seta training specialist noted in the coverage, LGBTQ+ people are present throughout sport, while rainbow identities can still be remarkably invisible. The next step is making that visibility feel normal, supported and safe. </w:t>
      </w:r>
      <w:hyperlink r:id="rId9">
        <w:r>
          <w:rPr>
            <w:color w:val="0000EE"/>
            <w:u w:val="single"/>
          </w:rPr>
          <w:t>[2]</w:t>
        </w:r>
      </w:hyperlink>
      <w:r>
        <w:t xml:space="preserve">, </w:t>
      </w:r>
      <w:hyperlink r:id="rId10">
        <w:r>
          <w:rPr>
            <w:color w:val="0000EE"/>
            <w:u w:val="single"/>
          </w:rPr>
          <w:t>[3]</w:t>
        </w:r>
      </w:hyperlink>
      <w:r/>
    </w:p>
    <w:p>
      <w:r/>
      <w:r>
        <w:t>Inclusive sport isn't an extra fixture; it's the foundation of a healthier sporting community.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[7]</w:t>
        </w:r>
      </w:hyperlink>
      <w:r>
        <w:t xml:space="preserve">- Paragraph 5: </w:t>
      </w:r>
      <w:hyperlink r:id="rId14">
        <w:r>
          <w:rPr>
            <w:color w:val="0000EE"/>
            <w:u w:val="single"/>
          </w:rPr>
          <w:t>[4]</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https://www.ksml.fi/urheilu/9775734</w:t>
        </w:r>
      </w:hyperlink>
      <w:r>
        <w:t xml:space="preserve"> - Please view link - unable to able to access data</w:t>
      </w:r>
      <w:r/>
    </w:p>
    <w:p>
      <w:pPr>
        <w:pStyle w:val="ListNumber"/>
        <w:spacing w:line="240" w:lineRule="auto"/>
        <w:ind w:left="720"/>
      </w:pPr>
      <w:r/>
      <w:hyperlink r:id="rId9">
        <w:r>
          <w:rPr>
            <w:color w:val="0000EE"/>
            <w:u w:val="single"/>
          </w:rPr>
          <w:t>https://jklseta.fi/pride/</w:t>
        </w:r>
      </w:hyperlink>
      <w:r>
        <w:t xml:space="preserve"> - The Jyväskylä Pride 2026 event, themed 'Liikuntarauha kuuluu kaikille' ('Peace of exercise for all'), is scheduled for 7–13 September 2026. This theme addresses the invisibility of sexual and gender minorities in sports, highlighting issues such as exclusionary jokes in locker rooms and the lack of safe spaces for individuals to engage in physical activities authentically. The event aims to promote inclusivity and equality within the sports community.</w:t>
      </w:r>
      <w:r/>
    </w:p>
    <w:p>
      <w:pPr>
        <w:pStyle w:val="ListNumber"/>
        <w:spacing w:line="240" w:lineRule="auto"/>
        <w:ind w:left="720"/>
      </w:pPr>
      <w:r/>
      <w:hyperlink r:id="rId10">
        <w:r>
          <w:rPr>
            <w:color w:val="0000EE"/>
            <w:u w:val="single"/>
          </w:rPr>
          <w:t>https://jklseta.fi/pride/haastamme-mukaan-jyvaskylalaiset-urheiluseurat-ja-joukkueet/</w:t>
        </w:r>
      </w:hyperlink>
      <w:r>
        <w:t xml:space="preserve"> - Jyväskylä Seta ry is challenging local sports clubs and teams to participate in the Pride Week, emphasizing the theme 'Liikuntarauha kuuluu kaikille' ('Peace of exercise for all'). The initiative encourages sports organizations to support the well-being of all individuals, regardless of their background or identity, and to actively combat discrimination within the sports environment.</w:t>
      </w:r>
      <w:r/>
    </w:p>
    <w:p>
      <w:pPr>
        <w:pStyle w:val="ListNumber"/>
        <w:spacing w:line="240" w:lineRule="auto"/>
        <w:ind w:left="720"/>
      </w:pPr>
      <w:r/>
      <w:hyperlink r:id="rId14">
        <w:r>
          <w:rPr>
            <w:color w:val="0000EE"/>
            <w:u w:val="single"/>
          </w:rPr>
          <w:t>https://www.jyvaskyla.fi/en/news/2026-09-02_city-jyvaskyla-organising-varied-programme-events-during-pride-week</w:t>
        </w:r>
      </w:hyperlink>
      <w:r>
        <w:t xml:space="preserve"> - The City of Jyväskylä is organizing a diverse programme of events during Pride Week from 7 to 13 September 2026, focusing on promoting and defending the rights of sexual and gender minorities. The 2026 theme, 'Peace of exercise for all', emphasizes the importance of equality in sport and leisure activities. The city is committed to creating a safe and inclusive environment for all residents, regardless of their background or personal characteristics.</w:t>
      </w:r>
      <w:r/>
    </w:p>
    <w:p>
      <w:pPr>
        <w:pStyle w:val="ListNumber"/>
        <w:spacing w:line="240" w:lineRule="auto"/>
        <w:ind w:left="720"/>
      </w:pPr>
      <w:r/>
      <w:hyperlink r:id="rId11">
        <w:r>
          <w:rPr>
            <w:color w:val="0000EE"/>
            <w:u w:val="single"/>
          </w:rPr>
          <w:t>https://keskisuomi.fi/tapahtuma/finlandia-marathon/</w:t>
        </w:r>
      </w:hyperlink>
      <w:r>
        <w:t xml:space="preserve"> - The Finlandia Marathon is a running event in Jyväskylä, Finland, scheduled for 11–12 September 2026. It offers four different distances: 5 km, 10 km, 21.1 km, and 42.1 km. The marathon route follows the Jyväskylä Rantaraitti, a scenic lakeside trail known for its flat and fast course. The event aims to provide an inclusive and accessible experience for all participants.</w:t>
      </w:r>
      <w:r/>
    </w:p>
    <w:p>
      <w:pPr>
        <w:pStyle w:val="ListNumber"/>
        <w:spacing w:line="240" w:lineRule="auto"/>
        <w:ind w:left="720"/>
      </w:pPr>
      <w:r/>
      <w:hyperlink r:id="rId12">
        <w:r>
          <w:rPr>
            <w:color w:val="0000EE"/>
            <w:u w:val="single"/>
          </w:rPr>
          <w:t>https://www.jyu.fi/fi/tapahtumat/jyu-finlandia-marathonissa-opintovinkkeja-liikunnan-lomassa-mm-liikuntatieteista</w:t>
        </w:r>
      </w:hyperlink>
      <w:r>
        <w:t xml:space="preserve"> - Jyväskylä University is participating in the Finlandia Marathon by setting up an information booth at the event centre, Paviljonki. The booth will provide information about open university courses, including those in sports and health sciences, and offer opportunities to win study gift cards. This initiative aims to promote education and engagement in physical activities during the marathon.</w:t>
      </w:r>
      <w:r/>
    </w:p>
    <w:p>
      <w:pPr>
        <w:pStyle w:val="ListNumber"/>
        <w:spacing w:line="240" w:lineRule="auto"/>
        <w:ind w:left="720"/>
      </w:pPr>
      <w:r/>
      <w:hyperlink r:id="rId13">
        <w:r>
          <w:rPr>
            <w:color w:val="0000EE"/>
            <w:u w:val="single"/>
          </w:rPr>
          <w:t>https://www.olympiakomitea.fi/ajankohtaista/uutiset/urheilu-kuuluu-kaikille-ilmoittaudu-mukaan-pride-kulkueeseen/</w:t>
        </w:r>
      </w:hyperlink>
      <w:r>
        <w:t xml:space="preserve"> - The Finnish Olympic Committee is inviting the entire sports community to participate in the Helsinki Pride parade, emphasizing that 'Urheilu kuuluu kaikille' ('Sport belongs to everyone'). The initiative aims to promote a more accessible and open sports culture, ensuring that sports are a safe space for everyone, regardless of their gender or sexual orientation.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klseta.fi/pride/" TargetMode="External"/><Relationship Id="rId10" Type="http://schemas.openxmlformats.org/officeDocument/2006/relationships/hyperlink" Target="https://jklseta.fi/pride/haastamme-mukaan-jyvaskylalaiset-urheiluseurat-ja-joukkueet/" TargetMode="External"/><Relationship Id="rId11" Type="http://schemas.openxmlformats.org/officeDocument/2006/relationships/hyperlink" Target="https://keskisuomi.fi/tapahtuma/finlandia-marathon/" TargetMode="External"/><Relationship Id="rId12" Type="http://schemas.openxmlformats.org/officeDocument/2006/relationships/hyperlink" Target="https://www.jyu.fi/fi/tapahtumat/jyu-finlandia-marathonissa-opintovinkkeja-liikunnan-lomassa-mm-liikuntatieteista" TargetMode="External"/><Relationship Id="rId13" Type="http://schemas.openxmlformats.org/officeDocument/2006/relationships/hyperlink" Target="https://www.olympiakomitea.fi/ajankohtaista/uutiset/urheilu-kuuluu-kaikille-ilmoittaudu-mukaan-pride-kulkueeseen/" TargetMode="External"/><Relationship Id="rId14" Type="http://schemas.openxmlformats.org/officeDocument/2006/relationships/hyperlink" Target="https://www.jyvaskyla.fi/en/news/2026-09-02_city-jyvaskyla-organising-varied-programme-events-during-pride-week" TargetMode="External"/><Relationship Id="rId15" Type="http://schemas.openxmlformats.org/officeDocument/2006/relationships/hyperlink" Target="https://www.ksml.fi/urheilu/97757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