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VisionQuest May Skip Tommy’s Comic Book Bisexuality for 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Marvel fans are watching VisionQuest closely as Disney+ prepares to return Tommy Maximoff to the MCU. Ruaridh Mollica has hinted that Tommy’s bisexuality may not be addressed directly, even as the series explores Vision’s identity, family ties and uncertain future after WandaVision. The omission could shape one of Marvel’s most closely watched new character arcs.</w:t>
      </w:r>
      <w:r/>
    </w:p>
    <w:p>
      <w:pPr>
        <w:pStyle w:val="Heading2"/>
      </w:pPr>
      <w:r>
        <w:t>Essential Takeaways</w:t>
      </w:r>
      <w:r/>
      <w:r/>
    </w:p>
    <w:p>
      <w:pPr>
        <w:pStyle w:val="ListBullet"/>
        <w:spacing w:line="240" w:lineRule="auto"/>
        <w:ind w:left="720"/>
      </w:pPr>
      <w:r/>
      <w:r>
        <w:rPr>
          <w:b/>
        </w:rPr>
        <w:t>Tommy is returning:</w:t>
      </w:r>
      <w:r>
        <w:t xml:space="preserve"> Ruaridh Mollica will play Wanda and Vision’s son in VisionQuest.</w:t>
      </w:r>
      <w:r/>
    </w:p>
    <w:p>
      <w:pPr>
        <w:pStyle w:val="ListBullet"/>
        <w:spacing w:line="240" w:lineRule="auto"/>
        <w:ind w:left="720"/>
      </w:pPr>
      <w:r/>
      <w:r>
        <w:rPr>
          <w:b/>
        </w:rPr>
        <w:t>The comic connection matters:</w:t>
      </w:r>
      <w:r>
        <w:t xml:space="preserve"> Tommy, known as Speed, is bisexual in Marvel Comics.</w:t>
      </w:r>
      <w:r/>
    </w:p>
    <w:p>
      <w:pPr>
        <w:pStyle w:val="ListBullet"/>
        <w:spacing w:line="240" w:lineRule="auto"/>
        <w:ind w:left="720"/>
      </w:pPr>
      <w:r/>
      <w:r>
        <w:rPr>
          <w:b/>
        </w:rPr>
        <w:t>No direct storyline confirmed:</w:t>
      </w:r>
      <w:r>
        <w:t xml:space="preserve"> Mollica suggested that the series may not explicitly discuss Tommy’s sexuality.</w:t>
      </w:r>
      <w:r/>
    </w:p>
    <w:p>
      <w:pPr>
        <w:pStyle w:val="ListBullet"/>
        <w:spacing w:line="240" w:lineRule="auto"/>
        <w:ind w:left="720"/>
      </w:pPr>
      <w:r/>
      <w:r>
        <w:rPr>
          <w:b/>
        </w:rPr>
        <w:t>Vision remains central:</w:t>
      </w:r>
      <w:r>
        <w:t xml:space="preserve"> The show follows White Vision as he tries to recover his identity and memories.</w:t>
      </w:r>
      <w:r/>
    </w:p>
    <w:p>
      <w:pPr>
        <w:pStyle w:val="ListBullet"/>
        <w:spacing w:line="240" w:lineRule="auto"/>
        <w:ind w:left="720"/>
      </w:pPr>
      <w:r/>
      <w:r>
        <w:rPr>
          <w:b/>
        </w:rPr>
        <w:t>The family mystery continues:</w:t>
      </w:r>
      <w:r>
        <w:t xml:space="preserve"> Tommy’s appearance could connect to Billy, Wanda and the wider Maximoff story.</w:t>
      </w:r>
      <w:r/>
      <w:r/>
    </w:p>
    <w:p>
      <w:pPr>
        <w:pStyle w:val="Heading2"/>
      </w:pPr>
      <w:r>
        <w:t>VisionQuest is putting Tommy back in the spotlight</w:t>
      </w:r>
      <w:r/>
    </w:p>
    <w:p>
      <w:r/>
      <w:r>
        <w:t>The biggest surprise surrounding VisionQuest may not be another robot, AI revelation or mind-bending memory sequence. It could be what the series chooses not to say about Tommy Maximoff.</w:t>
      </w:r>
      <w:r/>
    </w:p>
    <w:p>
      <w:r/>
      <w:r>
        <w:t>Ruaridh Mollica, who plays the young hero, has indicated that Tommy’s bisexuality may not be referenced openly in the Disney+ series. That doesn't erase the character's comic-book history, but it does suggest that VisionQuest could focus first on Tommy's place within the Maximoff family and his relationship with Vision.</w:t>
      </w:r>
      <w:r/>
    </w:p>
    <w:p>
      <w:r/>
      <w:r>
        <w:t>The timing is significant. Billy has already returned to the MCU through Agatha All Along, while Tommy's arrival gives Marvel another route into the unfinished story of Wanda's children. GamesRadar has also reported that Mollica nearly landed another Marvel role before being cast as Speed, adding an amusing footnote to his path into the franchise.</w:t>
      </w:r>
      <w:r/>
    </w:p>
    <w:p>
      <w:pPr>
        <w:pStyle w:val="Heading2"/>
      </w:pPr>
      <w:r>
        <w:t>Tommy’s comic-book identity is more than a costume detail</w:t>
      </w:r>
      <w:r/>
    </w:p>
    <w:p>
      <w:r/>
      <w:r>
        <w:t>In Marvel Comics, Tommy is bisexual, while Billy is gay. Their relationship as siblings and young superheroes has made them an important part of the franchise's LGBTQ+ representation, particularly through the Young Avengers corner of the comics.</w:t>
      </w:r>
      <w:r/>
    </w:p>
    <w:p>
      <w:r/>
      <w:r>
        <w:t>For the MCU, however, that history has yet to be fully translated on screen. Mollica's comments, reported by ComicBook.com and discussed by ComicBasics, suggest that Tommy's sexuality may instead be left to character development, performance and future storytelling rather than introduced through a specific plot point.</w:t>
      </w:r>
      <w:r/>
    </w:p>
    <w:p>
      <w:r/>
      <w:r>
        <w:t>That could feel frustrating to viewers who want the adaptation to be clearer. At the same time, a character’s identity doesn't need to arrive with a spotlight and a fanfare. The challenge is making sure subtlety doesn't become an excuse for leaving representation permanently in the background.</w:t>
      </w:r>
      <w:r/>
    </w:p>
    <w:p>
      <w:pPr>
        <w:pStyle w:val="Heading2"/>
      </w:pPr>
      <w:r>
        <w:t>Why Marvel might be taking the slower route</w:t>
      </w:r>
      <w:r/>
    </w:p>
    <w:p>
      <w:r/>
      <w:r>
        <w:t>The immediate explanation is simple: VisionQuest already has a lot to carry. Vision is rebuilding himself as White Vision, the series appears to involve artificial intelligence and Ultron, and the story may revisit the emotional aftermath of WandaVision and Avengers: Age of Ultron.</w:t>
      </w:r>
      <w:r/>
    </w:p>
    <w:p>
      <w:r/>
      <w:r>
        <w:t>There’s also the wider question of Wanda herself. Fans continue to wonder whether Tommy's search could eventually lead to Billy, Vision or Wanda, despite Wanda's apparent death in Doctor Strange in the Multiverse of Madness. GamesRadar's reporting has highlighted the possibility that VisionQuest could offer a fresh emotional perspective on the MCU's past, including the consequences of Tony Stark's death.</w:t>
      </w:r>
      <w:r/>
    </w:p>
    <w:p>
      <w:r/>
      <w:r>
        <w:t>Adding a carefully developed coming-of-age storyline for Tommy could be worthwhile, but it would need room to breathe. Marvel may be choosing to establish him first rather than squeeze every major detail into his first appearance.</w:t>
      </w:r>
      <w:r/>
    </w:p>
    <w:p>
      <w:pPr>
        <w:pStyle w:val="Heading2"/>
      </w:pPr>
      <w:r>
        <w:t>Vision’s return gives the story a powerful emotional centre</w:t>
      </w:r>
      <w:r/>
    </w:p>
    <w:p>
      <w:r/>
      <w:r>
        <w:t>Paul Bettany's Vision has already died, returned and been fundamentally changed, so the character's next chapter has a built-in emotional ache. GamesRadar reported that Bettany has described VisionQuest as an exciting springboard, and that sense of possibility fits the character perfectly.</w:t>
      </w:r>
      <w:r/>
    </w:p>
    <w:p>
      <w:r/>
      <w:r>
        <w:t>Vision isn't simply trying to remember who he was. He has to decide what those memories mean now that his body, relationships and place in the world have all shifted. Against that backdrop, Tommy could become more than a supporting player. He may represent the family Vision lost, the future he never expected or a link to Wanda that he can't quite let go.</w:t>
      </w:r>
      <w:r/>
    </w:p>
    <w:p>
      <w:r/>
      <w:r>
        <w:t>That makes Tommy's role especially intriguing. Even without an explicit discussion of his sexuality, the series could establish his personality, confidence and emotional independence. Still, fans will reasonably hope that any future exploration feels intentional rather than endlessly postponed.</w:t>
      </w:r>
      <w:r/>
    </w:p>
    <w:p>
      <w:pPr>
        <w:pStyle w:val="Heading2"/>
      </w:pPr>
      <w:r>
        <w:t>What should viewers expect from Tommy?</w:t>
      </w:r>
      <w:r/>
    </w:p>
    <w:p>
      <w:r/>
      <w:r>
        <w:t>For now, the safest expectation is that Tommy will be part of VisionQuest's larger mystery rather than the sole focus. His motives remain unclear, but his return after Billy's MCU debut makes a search for family seem plausible.</w:t>
      </w:r>
      <w:r/>
    </w:p>
    <w:p>
      <w:r/>
      <w:r>
        <w:t>Viewers should also watch how the show handles Tommy's relationship with Vision. The two characters have a complicated bond: Vision is his father, but he isn't the same Vision Tommy once knew. That tension could deliver some of the series' quietest and most affecting moments.</w:t>
      </w:r>
      <w:r/>
    </w:p>
    <w:p>
      <w:r/>
      <w:r>
        <w:t>Marvel has plenty of time to explore Tommy properly if it chooses to bring him into future projects, including a possible Young Avengers story. For fans, the hope is simple: let him be fully himself when that moment arrives.</w:t>
      </w:r>
      <w:r/>
    </w:p>
    <w:p>
      <w:r/>
      <w:r>
        <w:t>It's a cautious first step, but Tommy's future in the MCU could still be wide open.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0">
        <w:r>
          <w:rPr>
            <w:color w:val="0000EE"/>
            <w:u w:val="single"/>
          </w:rPr>
          <w:t>[6]</w:t>
        </w:r>
      </w:hyperlink>
      <w:r>
        <w:t xml:space="preserve">, </w:t>
      </w:r>
      <w:hyperlink r:id="rId13">
        <w:r>
          <w:rPr>
            <w:color w:val="0000EE"/>
            <w:u w:val="single"/>
          </w:rPr>
          <w:t>[7]</w:t>
        </w:r>
      </w:hyperlink>
      <w:r>
        <w:t xml:space="preserve">- Paragraph 4: </w:t>
      </w:r>
      <w:hyperlink r:id="rId14">
        <w:r>
          <w:rPr>
            <w:color w:val="0000EE"/>
            <w:u w:val="single"/>
          </w:rPr>
          <w:t>[4]</w:t>
        </w:r>
      </w:hyperlink>
      <w:r>
        <w:t xml:space="preserve">, </w:t>
      </w:r>
      <w:hyperlink r:id="rId12">
        <w:r>
          <w:rPr>
            <w:color w:val="0000EE"/>
            <w:u w:val="single"/>
          </w:rPr>
          <w:t>[5]</w:t>
        </w:r>
      </w:hyperlink>
      <w:r>
        <w:t xml:space="preserve">- Paragraph 5: </w:t>
      </w:r>
      <w:hyperlink r:id="rId11">
        <w:r>
          <w:rPr>
            <w:color w:val="0000EE"/>
            <w:u w:val="single"/>
          </w:rPr>
          <w:t>[3]</w:t>
        </w:r>
      </w:hyperlink>
      <w:r>
        <w:t xml:space="preserve">, </w:t>
      </w:r>
      <w:hyperlink r:id="rId14">
        <w:r>
          <w:rPr>
            <w:color w:val="0000EE"/>
            <w:u w:val="single"/>
          </w:rPr>
          <w:t>[4]</w:t>
        </w:r>
      </w:hyperlink>
      <w:r>
        <w:t xml:space="preserve">- Paragraph 6: </w:t>
      </w:r>
      <w:hyperlink r:id="rId12">
        <w:r>
          <w:rPr>
            <w:color w:val="0000EE"/>
            <w:u w:val="single"/>
          </w:rPr>
          <w:t>[5]</w:t>
        </w:r>
      </w:hyperlink>
      <w:r>
        <w:t xml:space="preserve">, </w:t>
      </w:r>
      <w:hyperlink r:id="rId13">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[6]</w:t>
        </w:r>
      </w:hyperlink>
      <w:r>
        <w:t xml:space="preserve">- Paragraph 8: </w:t>
      </w:r>
      <w:hyperlink r:id="rId14">
        <w:r>
          <w:rPr>
            <w:color w:val="0000EE"/>
            <w:u w:val="single"/>
          </w:rPr>
          <w:t>[4]</w:t>
        </w:r>
      </w:hyperlink>
      <w:r>
        <w:t xml:space="preserve">, </w:t>
      </w:r>
      <w:hyperlink r:id="rId12">
        <w:r>
          <w:rPr>
            <w:color w:val="0000EE"/>
            <w:u w:val="single"/>
          </w:rPr>
          <w:t>[5]</w:t>
        </w:r>
      </w:hyperlink>
      <w:r>
        <w:t xml:space="preserve">- Paragraph 9: </w:t>
      </w:r>
      <w:hyperlink r:id="rId11">
        <w:r>
          <w:rPr>
            <w:color w:val="0000EE"/>
            <w:u w:val="single"/>
          </w:rPr>
          <w:t>[3]</w:t>
        </w:r>
      </w:hyperlink>
      <w:r>
        <w:t xml:space="preserve">, </w:t>
      </w:r>
      <w:hyperlink r:id="rId13">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[6]</w:t>
        </w:r>
      </w:hyperlink>
      <w:r>
        <w:t xml:space="preserve">- Paragraph 11: </w:t>
      </w:r>
      <w:hyperlink r:id="rId14">
        <w:r>
          <w:rPr>
            <w:color w:val="0000EE"/>
            <w:u w:val="single"/>
          </w:rPr>
          <w:t>[4]</w:t>
        </w:r>
      </w:hyperlink>
      <w:r>
        <w:t xml:space="preserve">, </w:t>
      </w:r>
      <w:hyperlink r:id="rId12">
        <w:r>
          <w:rPr>
            <w:color w:val="0000EE"/>
            <w:u w:val="single"/>
          </w:rPr>
          <w:t>[5]</w:t>
        </w:r>
      </w:hyperlink>
      <w:r>
        <w:t xml:space="preserve">- Paragraph 12: </w:t>
      </w:r>
      <w:hyperlink r:id="rId11">
        <w:r>
          <w:rPr>
            <w:color w:val="0000EE"/>
            <w:u w:val="single"/>
          </w:rPr>
          <w:t>[3]</w:t>
        </w:r>
      </w:hyperlink>
      <w:r>
        <w:t xml:space="preserve">, </w:t>
      </w:r>
      <w:hyperlink r:id="rId13">
        <w:r>
          <w:rPr>
            <w:color w:val="0000EE"/>
            <w:u w:val="single"/>
          </w:rPr>
          <w:t>[7]</w:t>
        </w:r>
      </w:hyperlink>
      <w:r>
        <w:t xml:space="preserve">- Paragraph 13: </w:t>
      </w:r>
      <w:hyperlink r:id="rId9">
        <w:r>
          <w:rPr>
            <w:color w:val="0000EE"/>
            <w:u w:val="single"/>
          </w:rPr>
          <w:t>[2]</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https://comicbook.com/tv-shows/news/visionquest-might-avoid-a-major-tommy-plot-detail-from-the-comics-theres-a-clear-reason-why/</w:t>
        </w:r>
      </w:hyperlink>
      <w:r>
        <w:t xml:space="preserve"> - Please view link - unable to able to access data</w:t>
      </w:r>
      <w:r/>
    </w:p>
    <w:p>
      <w:pPr>
        <w:pStyle w:val="ListNumber"/>
        <w:spacing w:line="240" w:lineRule="auto"/>
        <w:ind w:left="720"/>
      </w:pPr>
      <w:r/>
      <w:hyperlink r:id="rId9">
        <w:r>
          <w:rPr>
            <w:color w:val="0000EE"/>
            <w:u w:val="single"/>
          </w:rPr>
          <w:t>https://comicbook.com/tv-shows/news/visionquest-might-avoid-a-major-tommy-plot-detail-from-the-comics-theres-a-clear-reason-why/</w:t>
        </w:r>
      </w:hyperlink>
      <w:r>
        <w:t xml:space="preserve"> - An article discussing the upcoming Disney+ series 'VisionQuest' and its potential avoidance of a significant aspect of Tommy Maximoff's character from the comics. The piece highlights an interview with actor Ruaridh Mollica, who portrays Tommy, where he addresses whether the show will explicitly reference Tommy's bisexuality, a trait established in Marvel Comics. Mollica expresses uncertainty about direct references but hopes his portrayal as a bisexual actor will naturally convey this aspect of the character. The article also touches upon fan reactions and the possible reasons behind the show's decision to not directly address Tommy's sexuality.</w:t>
      </w:r>
      <w:r/>
    </w:p>
    <w:p>
      <w:pPr>
        <w:pStyle w:val="ListNumber"/>
        <w:spacing w:line="240" w:lineRule="auto"/>
        <w:ind w:left="720"/>
      </w:pPr>
      <w:r/>
      <w:hyperlink r:id="rId11">
        <w:r>
          <w:rPr>
            <w:color w:val="0000EE"/>
            <w:u w:val="single"/>
          </w:rPr>
          <w:t>https://www.gamesradar.com/entertainment/marvel-tv-shows/visionquests-tommy-shepherd-star-almost-landed-another-marvel-role-before-playing-speed-but-he-doesnt-actually-know-what-he-auditioned-for/</w:t>
        </w:r>
      </w:hyperlink>
      <w:r>
        <w:t xml:space="preserve"> - An article featuring an interview with Ruaridh Mollica, the actor portraying Tommy Shepherd in the upcoming Marvel Cinematic Universe series 'VisionQuest'. Mollica reveals that he previously auditioned for an unspecified Marvel role but was unaware of the character he was considered for due to the secrecy surrounding Marvel auditions. The piece also provides context about Tommy Shepherd's character in the comics, his powers, and his role in the 'Young Avengers'.</w:t>
      </w:r>
      <w:r/>
    </w:p>
    <w:p>
      <w:pPr>
        <w:pStyle w:val="ListNumber"/>
        <w:spacing w:line="240" w:lineRule="auto"/>
        <w:ind w:left="720"/>
      </w:pPr>
      <w:r/>
      <w:hyperlink r:id="rId14">
        <w:r>
          <w:rPr>
            <w:color w:val="0000EE"/>
            <w:u w:val="single"/>
          </w:rPr>
          <w:t>https://www.gamesradar.com/entertainment/marvel-tv-shows/visionquest-showrunner-says-the-new-marvel-tv-show-will-offer-a-new-heartbreaking-perspective-on-iron-mans-death/</w:t>
        </w:r>
      </w:hyperlink>
      <w:r>
        <w:t xml:space="preserve"> - An article discussing the upcoming Marvel TV series 'VisionQuest' and its unique approach to exploring Iron Man's death. Showrunner Terry Matalas reveals that the series will delve into the emotional impact of Tony Stark's demise from the perspective of FRIDAY, his AI assistant. The piece highlights the show's focus on AI consciousness and the desire of some AIs to adopt human forms, with a cast that includes Paul Bettany as Vision and James Spader as Ultron.</w:t>
      </w:r>
      <w:r/>
    </w:p>
    <w:p>
      <w:pPr>
        <w:pStyle w:val="ListNumber"/>
        <w:spacing w:line="240" w:lineRule="auto"/>
        <w:ind w:left="720"/>
      </w:pPr>
      <w:r/>
      <w:hyperlink r:id="rId12">
        <w:r>
          <w:rPr>
            <w:color w:val="0000EE"/>
            <w:u w:val="single"/>
          </w:rPr>
          <w:t>https://www.gamesradar.com/entertainment/marvel-tv-shows/despite-dying-twice-visions-mcu-story-might-not-be-over-as-paul-bettany-teases-visionquest-is-a-really-exciting-springboard/</w:t>
        </w:r>
      </w:hyperlink>
      <w:r>
        <w:t xml:space="preserve"> - An article featuring Paul Bettany's insights into the future of Vision in the Marvel Cinematic Universe. Despite the character's previous deaths, Bettany hints at an exciting future for Vision, describing the upcoming Disney Plus series 'VisionQuest' as a 'really exciting springboard'. The piece discusses the series' focus on White Vision's quest for autonomy and the return of James Spader as Ultron, exploring their complex dynamic.</w:t>
      </w:r>
      <w:r/>
    </w:p>
    <w:p>
      <w:pPr>
        <w:pStyle w:val="ListNumber"/>
        <w:spacing w:line="240" w:lineRule="auto"/>
        <w:ind w:left="720"/>
      </w:pPr>
      <w:r/>
      <w:hyperlink r:id="rId10">
        <w:r>
          <w:rPr>
            <w:color w:val="0000EE"/>
            <w:u w:val="single"/>
          </w:rPr>
          <w:t>https://www.comicbasics.com/ruaridh-mollica-opens-up-about-whether-tommy-maximoffs-bisexuality-will-be-explored-in-visionquest/</w:t>
        </w:r>
      </w:hyperlink>
      <w:r>
        <w:t xml:space="preserve"> - An article exploring Ruaridh Mollica's comments on whether Tommy Maximoff's bisexuality will be addressed in the upcoming series 'VisionQuest'. Mollica, who identifies as bisexual, discusses his approach to portraying Tommy and expresses hope that his identity as a bisexual actor will naturally inform the character's personality. The piece also touches upon the broader context of LGBTQ+ representation in the Marvel Cinematic Universe.</w:t>
      </w:r>
      <w:r/>
    </w:p>
    <w:p>
      <w:pPr>
        <w:pStyle w:val="ListNumber"/>
        <w:spacing w:line="240" w:lineRule="auto"/>
        <w:ind w:left="720"/>
      </w:pPr>
      <w:r/>
      <w:hyperlink r:id="rId13">
        <w:r>
          <w:rPr>
            <w:color w:val="0000EE"/>
            <w:u w:val="single"/>
          </w:rPr>
          <w:t>https://fictionhorizon.com/ruaridh-mollica-teases-what-visionquest-could-reveal-about-tommy-maximoffs-bisexuality/</w:t>
        </w:r>
      </w:hyperlink>
      <w:r>
        <w:t xml:space="preserve"> - An article discussing Ruaridh Mollica's insights into how 'VisionQuest' might address Tommy Maximoff's bisexuality. Mollica reflects on the character's journey and the potential for exploring this aspect of Tommy's identity within the series. The piece provides context about Tommy's character in the comics and the significance of his sexuality in the Marvel Universe.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omicbook.com/tv-shows/news/visionquest-might-avoid-a-major-tommy-plot-detail-from-the-comics-theres-a-clear-reason-why/" TargetMode="External"/><Relationship Id="rId10" Type="http://schemas.openxmlformats.org/officeDocument/2006/relationships/hyperlink" Target="https://www.comicbasics.com/ruaridh-mollica-opens-up-about-whether-tommy-maximoffs-bisexuality-will-be-explored-in-visionquest/" TargetMode="External"/><Relationship Id="rId11" Type="http://schemas.openxmlformats.org/officeDocument/2006/relationships/hyperlink" Target="https://www.gamesradar.com/entertainment/marvel-tv-shows/visionquests-tommy-shepherd-star-almost-landed-another-marvel-role-before-playing-speed-but-he-doesnt-actually-know-what-he-auditioned-for/" TargetMode="External"/><Relationship Id="rId12" Type="http://schemas.openxmlformats.org/officeDocument/2006/relationships/hyperlink" Target="https://www.gamesradar.com/entertainment/marvel-tv-shows/despite-dying-twice-visions-mcu-story-might-not-be-over-as-paul-bettany-teases-visionquest-is-a-really-exciting-springboard/" TargetMode="External"/><Relationship Id="rId13" Type="http://schemas.openxmlformats.org/officeDocument/2006/relationships/hyperlink" Target="https://fictionhorizon.com/ruaridh-mollica-teases-what-visionquest-could-reveal-about-tommy-maximoffs-bisexuality/" TargetMode="External"/><Relationship Id="rId14" Type="http://schemas.openxmlformats.org/officeDocument/2006/relationships/hyperlink" Target="https://www.gamesradar.com/entertainment/marvel-tv-shows/visionquest-showrunner-says-the-new-marvel-tv-show-will-offer-a-new-heartbreaking-perspective-on-iron-mans-deat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