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Sacramento LGBTQ+ Safety Concerns Grow After Lavender Heights Attacks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and community groups are calling for stronger LGBTQ+ safety measures in Sacramento’s Lavender Heights after several reported attacks near the city’s gay district. The incidents have renewed fears about hate-motivated violence, raised questions about late-night policing, and left local leaders pressing authorities for a faster, more visible response.</w:t>
      </w:r>
      <w:r/>
    </w:p>
    <w:p>
      <w:pPr>
        <w:pStyle w:val="Heading2"/>
      </w:pPr>
      <w:r>
        <w:t>Essential Takeaways</w:t>
      </w:r>
      <w:r/>
      <w:r/>
    </w:p>
    <w:p>
      <w:pPr>
        <w:pStyle w:val="ListBullet"/>
        <w:spacing w:line="240" w:lineRule="auto"/>
        <w:ind w:left="720"/>
      </w:pPr>
      <w:r/>
      <w:r>
        <w:rPr>
          <w:b/>
        </w:rPr>
        <w:t>Several incidents:</w:t>
      </w:r>
      <w:r>
        <w:t xml:space="preserve"> Recent attacks were reported around Sacramento’s Lavender Heights, including an assault being investigated as a possible hate crime.</w:t>
      </w:r>
      <w:r/>
    </w:p>
    <w:p>
      <w:pPr>
        <w:pStyle w:val="ListBullet"/>
        <w:spacing w:line="240" w:lineRule="auto"/>
        <w:ind w:left="720"/>
      </w:pPr>
      <w:r/>
      <w:r>
        <w:rPr>
          <w:b/>
        </w:rPr>
        <w:t>Community pressure:</w:t>
      </w:r>
      <w:r>
        <w:t xml:space="preserve"> Fourteen local organisations are urging police and city officials to act more decisively.</w:t>
      </w:r>
      <w:r/>
    </w:p>
    <w:p>
      <w:pPr>
        <w:pStyle w:val="ListBullet"/>
        <w:spacing w:line="240" w:lineRule="auto"/>
        <w:ind w:left="720"/>
      </w:pPr>
      <w:r/>
      <w:r>
        <w:rPr>
          <w:b/>
        </w:rPr>
        <w:t>Late-night concern:</w:t>
      </w:r>
      <w:r>
        <w:t xml:space="preserve"> A petition calls for dedicated patrols along the 20th Street corridor between 9pm and 2am.</w:t>
      </w:r>
      <w:r/>
    </w:p>
    <w:p>
      <w:pPr>
        <w:pStyle w:val="ListBullet"/>
        <w:spacing w:line="240" w:lineRule="auto"/>
        <w:ind w:left="720"/>
      </w:pPr>
      <w:r/>
      <w:r>
        <w:rPr>
          <w:b/>
        </w:rPr>
        <w:t>A painful backdrop:</w:t>
      </w:r>
      <w:r>
        <w:t xml:space="preserve"> The latest reports follow the death of LGBTQ+ community leader Alvin Prasad after an earlier assault.</w:t>
      </w:r>
      <w:r/>
    </w:p>
    <w:p>
      <w:pPr>
        <w:pStyle w:val="ListBullet"/>
        <w:spacing w:line="240" w:lineRule="auto"/>
        <w:ind w:left="720"/>
      </w:pPr>
      <w:r/>
      <w:r>
        <w:rPr>
          <w:b/>
        </w:rPr>
        <w:t>Police response:</w:t>
      </w:r>
      <w:r>
        <w:t xml:space="preserve"> Authorities say they’re monitoring crime patterns and adjusting resources, though they haven’t outlined specific tactics.</w:t>
      </w:r>
      <w:r/>
      <w:r/>
    </w:p>
    <w:p>
      <w:pPr>
        <w:pStyle w:val="Heading2"/>
      </w:pPr>
      <w:r>
        <w:t>Lavender Heights is asking for safety, not silence</w:t>
      </w:r>
      <w:r/>
    </w:p>
    <w:p>
      <w:r/>
      <w:r>
        <w:t>The strongest emotion in Sacramento’s Lavender Heights right now is exhaustion. Community members have spent months mourning, warning and organising, only to see fresh reports of violence close to the same nightlife corridor.</w:t>
      </w:r>
      <w:r/>
    </w:p>
    <w:p>
      <w:r/>
      <w:r>
        <w:t>The latest cases include an assault on activist Joseph Sais, which police are examining as a felony attack with a possible bias motive. Sais said the people who attacked him used racist and anti-LGBTQ+ slurs, according to reporting from The Advocate and KVIE.</w:t>
      </w:r>
      <w:r/>
    </w:p>
    <w:p>
      <w:r/>
      <w:r>
        <w:t>Two women also reported being attacked after leaving the Sacramento Rainbow Festival. Their injuries were described as minor, but the location, roughly a block from the assault on Sais, has intensified concerns about whether people feel safe walking through the neighbourhood after dark.</w:t>
      </w:r>
      <w:r/>
    </w:p>
    <w:p>
      <w:pPr>
        <w:pStyle w:val="Heading2"/>
      </w:pPr>
      <w:r>
        <w:t>Why the recent incidents feel especially serious</w:t>
      </w:r>
      <w:r/>
    </w:p>
    <w:p>
      <w:r/>
      <w:r>
        <w:t>For many residents, these reports don't stand alone. They arrive after the death of Alvin Prasad, a local LGBTQ+ leader who was attacked outside a gay club and later died from his injuries.</w:t>
      </w:r>
      <w:r/>
    </w:p>
    <w:p>
      <w:r/>
      <w:r>
        <w:t>That history gives every new incident added weight. As local coverage has noted, residents had already raised concerns about harassment and violence in Lavender Heights before the latest assault. The result is a community watching familiar streets with a sharper, more anxious eye.</w:t>
      </w:r>
      <w:r/>
    </w:p>
    <w:p>
      <w:r/>
      <w:r>
        <w:t>A separate reported beating involving several suspects and anti-LGBTQ+ slurs has also contributed to wider concern about safety for queer people in California. Coverage from LGBTQ Nation and Gay Sonoma described that case as another example of how quickly an ordinary night out can become frightening.</w:t>
      </w:r>
      <w:r/>
    </w:p>
    <w:p>
      <w:pPr>
        <w:pStyle w:val="Heading2"/>
      </w:pPr>
      <w:r>
        <w:t>Community groups want visible action</w:t>
      </w:r>
      <w:r/>
    </w:p>
    <w:p>
      <w:r/>
      <w:r>
        <w:t>Fourteen community organisations have urged Sacramento officials to investigate the recent cases aggressively and improve public safety measures. Their message is straightforward: reassurance alone won't be enough if residents don't see meaningful changes on the ground.</w:t>
      </w:r>
      <w:r/>
    </w:p>
    <w:p>
      <w:r/>
      <w:r>
        <w:t>The campaign includes an online petition calling for a dedicated police presence along five blocks of the 20th Street corridor between 9pm and 2am. That's a practical request, especially for an area where people may be leaving bars, clubs, festivals and restaurants late at night.</w:t>
      </w:r>
      <w:r/>
    </w:p>
    <w:p>
      <w:r/>
      <w:r>
        <w:t>According to the Sacramento LGBT Community Center and other local advocates, safety planning must also include people who don't report incidents. Fear, uncertainty and mistrust can keep victims silent, meaning official figures may not show the full picture.</w:t>
      </w:r>
      <w:r/>
    </w:p>
    <w:p>
      <w:pPr>
        <w:pStyle w:val="Heading2"/>
      </w:pPr>
      <w:r>
        <w:t>What stronger protection could look like</w:t>
      </w:r>
      <w:r/>
    </w:p>
    <w:p>
      <w:r/>
      <w:r>
        <w:t>Extra patrols are the most visible proposal, but they're only one possible part of the answer. Better lighting, quicker access to officers, coordinated venue safety plans and clearer reporting routes could all make the area feel less exposed.</w:t>
      </w:r>
      <w:r/>
    </w:p>
    <w:p>
      <w:r/>
      <w:r>
        <w:t>Police have not publicly detailed their specific strategy. City officials have said they're tracking crime across Sacramento and adjusting resources when the data indicates a need, according to local reports.</w:t>
      </w:r>
      <w:r/>
    </w:p>
    <w:p>
      <w:r/>
      <w:r>
        <w:t>For visitors and residents, practical precautions still matter. Travel with friends where possible, use well-lit routes, check in with someone when heading home and report threats or assaults promptly. Those steps should never be treated as a substitute for public protection, but they can provide a little extra confidence while authorities respond.</w:t>
      </w:r>
      <w:r/>
    </w:p>
    <w:p>
      <w:pPr>
        <w:pStyle w:val="Heading2"/>
      </w:pPr>
      <w:r>
        <w:t>The pressure on Sacramento is unlikely to fade</w:t>
      </w:r>
      <w:r/>
    </w:p>
    <w:p>
      <w:r/>
      <w:r>
        <w:t>The petition and public statements show that local leaders are facing more than a request for a single patrol shift. Community groups want evidence that officials understand the pattern residents believe they're seeing and are prepared to act before another tragedy.</w:t>
      </w:r>
      <w:r/>
    </w:p>
    <w:p>
      <w:r/>
      <w:r>
        <w:t>That means transparent updates, careful investigation of possible bias motives and regular communication with LGBTQ+ organisations. It also means making sure people feel safe enough to report what happens to them, whether the incident involves physical violence, threats or harassment.</w:t>
      </w:r>
      <w:r/>
    </w:p>
    <w:p>
      <w:r/>
      <w:r>
        <w:t>Lavender Heights is more than a nightlife destination. It's a place where people gather, celebrate and find community. The basic expectation is simple: they should be able to leave it safely.</w:t>
      </w:r>
      <w:r/>
    </w:p>
    <w:p>
      <w:r/>
      <w:r>
        <w:t>A safer Lavender Heights will require visible action, trusted reporting and sustained attention from Sacramento authorities.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4">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4">
        <w:r>
          <w:rPr>
            <w:color w:val="0000EE"/>
            <w:u w:val="single"/>
          </w:rPr>
          <w:t>[4]</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[5]</w:t>
        </w:r>
      </w:hyperlink>
      <w:r>
        <w:t xml:space="preserve">- Paragraph 11: </w:t>
      </w:r>
      <w:hyperlink r:id="rId11">
        <w:r>
          <w:rPr>
            <w:color w:val="0000EE"/>
            <w:u w:val="single"/>
          </w:rPr>
          <w:t>[3]</w:t>
        </w:r>
      </w:hyperlink>
      <w:r>
        <w:t xml:space="preserve">, </w:t>
      </w:r>
      <w:hyperlink r:id="rId12">
        <w:r>
          <w:rPr>
            <w:color w:val="0000EE"/>
            <w:u w:val="single"/>
          </w:rPr>
          <w:t>[6]</w:t>
        </w:r>
      </w:hyperlink>
      <w:r>
        <w:t xml:space="preserve">- Paragraph 12: </w:t>
      </w:r>
      <w:hyperlink r:id="rId14">
        <w:r>
          <w:rPr>
            <w:color w:val="0000EE"/>
            <w:u w:val="single"/>
          </w:rPr>
          <w:t>[4]</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1">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https://www.advocate.com/news/crime/sacramento-violence-lgbtq-protection</w:t>
        </w:r>
      </w:hyperlink>
      <w:r>
        <w:t xml:space="preserve"> - Please view link - unable to able to access data</w:t>
      </w:r>
      <w:r/>
    </w:p>
    <w:p>
      <w:pPr>
        <w:pStyle w:val="ListNumber"/>
        <w:spacing w:line="240" w:lineRule="auto"/>
        <w:ind w:left="720"/>
      </w:pPr>
      <w:r/>
      <w:hyperlink r:id="rId10">
        <w:r>
          <w:rPr>
            <w:color w:val="0000EE"/>
            <w:u w:val="single"/>
          </w:rPr>
          <w:t>https://saccenter.org/lavender-heights-assault</w:t>
        </w:r>
      </w:hyperlink>
      <w:r>
        <w:t xml:space="preserve"> - The Sacramento LGBT Community Center has expressed deep concern over a recent anti-LGBTQ+ attack in Lavender Heights. The assault occurred near 20th and L streets, where a community member was attacked with racist and anti-LGBTQ+ slurs. The Centre is prioritising the victims' safety and privacy and is urging anyone with information to contact the Sacramento Police Department's Bias and Hate Crime Hotline. The Centre emphasises the importance of safety in Lavender Heights, a historic hub for the LGBTQ+ community, and calls for collective action to protect its members.</w:t>
      </w:r>
      <w:r/>
    </w:p>
    <w:p>
      <w:pPr>
        <w:pStyle w:val="ListNumber"/>
        <w:spacing w:line="240" w:lineRule="auto"/>
        <w:ind w:left="720"/>
      </w:pPr>
      <w:r/>
      <w:hyperlink r:id="rId11">
        <w:r>
          <w:rPr>
            <w:color w:val="0000EE"/>
            <w:u w:val="single"/>
          </w:rPr>
          <w:t>https://thepinktimes.com/article/sacramento-police-investigate-alleged-anti-lgbtq-beating-in-lavender-heights/</w:t>
        </w:r>
      </w:hyperlink>
      <w:r>
        <w:t xml:space="preserve"> - Sacramento police are investigating an assault in Lavender Heights as a possible hate crime. The victim, Joseph Sais, reported being attacked by four men who shouted anti-LGBTQ+ and racist slurs. The suspects fled before officers arrived, and no arrests have been made. This incident follows the 2025 killing of LGBTQ+ activist Alvin Prasad after a similar assault in the area. The community is calling for increased safety measures and support for victims of hate crimes.</w:t>
      </w:r>
      <w:r/>
    </w:p>
    <w:p>
      <w:pPr>
        <w:pStyle w:val="ListNumber"/>
        <w:spacing w:line="240" w:lineRule="auto"/>
        <w:ind w:left="720"/>
      </w:pPr>
      <w:r/>
      <w:hyperlink r:id="rId14">
        <w:r>
          <w:rPr>
            <w:color w:val="0000EE"/>
            <w:u w:val="single"/>
          </w:rPr>
          <w:t>https://www.lgbtqnation.com/2026/09/man-punched-repeatedly-by-4-people-yelling-anti-lgbtq-slurs-in-absolutely-infuriating/</w:t>
        </w:r>
      </w:hyperlink>
      <w:r>
        <w:t xml:space="preserve"> - In Sacramento's Lavender Heights district, Joseph Sais was assaulted by four individuals who repeatedly punched him while shouting anti-LGBTQ+ slurs. The attack left him with bloodied clothing and minor injuries. Sais expressed disbelief over the incident, questioning how such violence could occur in a space meant for the LGBTQ+ community. The police are investigating the assault as a possible hate crime, and the community is calling for increased safety measures in the area.</w:t>
      </w:r>
      <w:r/>
    </w:p>
    <w:p>
      <w:pPr>
        <w:pStyle w:val="ListNumber"/>
        <w:spacing w:line="240" w:lineRule="auto"/>
        <w:ind w:left="720"/>
      </w:pPr>
      <w:r/>
      <w:hyperlink r:id="rId15">
        <w:r>
          <w:rPr>
            <w:color w:val="0000EE"/>
            <w:u w:val="single"/>
          </w:rPr>
          <w:t>https://www.abridged.org/news/lgbtq-community-safety-call/</w:t>
        </w:r>
      </w:hyperlink>
      <w:r>
        <w:t xml:space="preserve"> - Recent violent incidents in Sacramento's Lavender Heights have prompted the LGBTQ+ community to call for enhanced safety measures. A coalition of 14 organisations has urged the city to increase security efforts in the historic LGBTQ+ neighbourhood. These calls for action come less than a year after the fatal attack on LGBTQ+ activist Alvin Prasad, highlighting ongoing concerns about safety in the area.</w:t>
      </w:r>
      <w:r/>
    </w:p>
    <w:p>
      <w:pPr>
        <w:pStyle w:val="ListNumber"/>
        <w:spacing w:line="240" w:lineRule="auto"/>
        <w:ind w:left="720"/>
      </w:pPr>
      <w:r/>
      <w:hyperlink r:id="rId12">
        <w:r>
          <w:rPr>
            <w:color w:val="0000EE"/>
            <w:u w:val="single"/>
          </w:rPr>
          <w:t>https://www.aol.com/articles/police-investigate-potential-hate-crime-010807000.html</w:t>
        </w:r>
      </w:hyperlink>
      <w:r>
        <w:t xml:space="preserve"> - Sacramento police are investigating a physical assault in the Lavender Heights neighbourhood that may have been a hate crime. The incident occurred near 20th Street and L Street, where the victim suffered minor injuries. The suspect fled the scene before officers arrived. The police have filed the case as a 'felony assault bias report' based on the suspect's use of racist and anti-LGBTQ+ slurs during the attack.</w:t>
      </w:r>
      <w:r/>
    </w:p>
    <w:p>
      <w:pPr>
        <w:pStyle w:val="ListNumber"/>
        <w:spacing w:line="240" w:lineRule="auto"/>
        <w:ind w:left="720"/>
      </w:pPr>
      <w:r/>
      <w:hyperlink r:id="rId13">
        <w:r>
          <w:rPr>
            <w:color w:val="0000EE"/>
            <w:u w:val="single"/>
          </w:rPr>
          <w:t>https://www.gaysonoma.com/2026/09/03/four-suspects-beat-california-man-while-shouting-anti-lgbtq-slurs-police-say/</w:t>
        </w:r>
      </w:hyperlink>
      <w:r>
        <w:t xml:space="preserve"> - In Sacramento's Lavender Heights district, Joseph Sais was assaulted by four men who beat him while shouting anti-LGBTQ+ and racist slurs. The attack left him bloodied on the street, and Sais expressed disbelief over the incident occurring in an LGBTQ-friendly area. The police are investigating the assault as a possible hate crime, and the community is calling for increased safety measures in the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crime/sacramento-violence-lgbtq-protection" TargetMode="External"/><Relationship Id="rId10" Type="http://schemas.openxmlformats.org/officeDocument/2006/relationships/hyperlink" Target="https://saccenter.org/lavender-heights-assault" TargetMode="External"/><Relationship Id="rId11" Type="http://schemas.openxmlformats.org/officeDocument/2006/relationships/hyperlink" Target="https://thepinktimes.com/article/sacramento-police-investigate-alleged-anti-lgbtq-beating-in-lavender-heights/" TargetMode="External"/><Relationship Id="rId12" Type="http://schemas.openxmlformats.org/officeDocument/2006/relationships/hyperlink" Target="https://www.aol.com/articles/police-investigate-potential-hate-crime-010807000.html" TargetMode="External"/><Relationship Id="rId13" Type="http://schemas.openxmlformats.org/officeDocument/2006/relationships/hyperlink" Target="https://www.gaysonoma.com/2026/09/03/four-suspects-beat-california-man-while-shouting-anti-lgbtq-slurs-police-say/" TargetMode="External"/><Relationship Id="rId14" Type="http://schemas.openxmlformats.org/officeDocument/2006/relationships/hyperlink" Target="https://www.lgbtqnation.com/2026/09/man-punched-repeatedly-by-4-people-yelling-anti-lgbtq-slurs-in-absolutely-infuriating/" TargetMode="External"/><Relationship Id="rId15" Type="http://schemas.openxmlformats.org/officeDocument/2006/relationships/hyperlink" Target="https://www.abridged.org/news/lgbtq-community-safety-c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