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Marvel’s VisionQuest: What Tommy’s Bisexual Representation Could Mean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Marvel fans are watching closely as Ruaridh Mollica brings Tommy Maximoff to Disney+’s VisionQuest. The bisexual actor says his own queerness may inform the character, even if Tommy’s sexuality isn’t directly addressed. That leaves viewers weighing a familiar Marvel question: can authentic performance matter when explicit LGBTQ+ storytelling remains frustratingly limited?</w:t>
      </w:r>
      <w:r/>
    </w:p>
    <w:p>
      <w:pPr>
        <w:pStyle w:val="Heading2"/>
      </w:pPr>
      <w:r>
        <w:t>Essential Takeaways</w:t>
      </w:r>
      <w:r/>
      <w:r/>
    </w:p>
    <w:p>
      <w:pPr>
        <w:pStyle w:val="ListBullet"/>
        <w:spacing w:line="240" w:lineRule="auto"/>
        <w:ind w:left="720"/>
      </w:pPr>
      <w:r/>
      <w:r>
        <w:rPr>
          <w:b/>
        </w:rPr>
        <w:t>Ruaridh Mollica plays Tommy Maximoff:</w:t>
      </w:r>
      <w:r>
        <w:t xml:space="preserve"> The actor portrays the adult version of Wanda and Vision’s son.</w:t>
      </w:r>
      <w:r/>
    </w:p>
    <w:p>
      <w:pPr>
        <w:pStyle w:val="ListBullet"/>
        <w:spacing w:line="240" w:lineRule="auto"/>
        <w:ind w:left="720"/>
      </w:pPr>
      <w:r/>
      <w:r>
        <w:rPr>
          <w:b/>
        </w:rPr>
        <w:t>Sexuality remains unclear:</w:t>
      </w:r>
      <w:r>
        <w:t xml:space="preserve"> Mollica hasn’t confirmed whether Tommy will be openly LGBTQ+ in the series.</w:t>
      </w:r>
      <w:r/>
    </w:p>
    <w:p>
      <w:pPr>
        <w:pStyle w:val="ListBullet"/>
        <w:spacing w:line="240" w:lineRule="auto"/>
        <w:ind w:left="720"/>
      </w:pPr>
      <w:r/>
      <w:r>
        <w:rPr>
          <w:b/>
        </w:rPr>
        <w:t>Personal perspective matters:</w:t>
      </w:r>
      <w:r>
        <w:t xml:space="preserve"> He hopes his experience as a bisexual actor comes through in Tommy’s personality.</w:t>
      </w:r>
      <w:r/>
    </w:p>
    <w:p>
      <w:pPr>
        <w:pStyle w:val="ListBullet"/>
        <w:spacing w:line="240" w:lineRule="auto"/>
        <w:ind w:left="720"/>
      </w:pPr>
      <w:r/>
      <w:r>
        <w:rPr>
          <w:b/>
        </w:rPr>
        <w:t>Marvel’s record is mixed:</w:t>
      </w:r>
      <w:r>
        <w:t xml:space="preserve"> Previous queer moments have often been brief or easy to remove from international releases.</w:t>
      </w:r>
      <w:r/>
    </w:p>
    <w:p>
      <w:pPr>
        <w:pStyle w:val="ListBullet"/>
        <w:spacing w:line="240" w:lineRule="auto"/>
        <w:ind w:left="720"/>
      </w:pPr>
      <w:r/>
      <w:r>
        <w:rPr>
          <w:b/>
        </w:rPr>
        <w:t>VisionQuest arrives on Disney+:</w:t>
      </w:r>
      <w:r>
        <w:t xml:space="preserve"> The series is scheduled to premiere on 14 October, with episodes released weekly.</w:t>
      </w:r>
      <w:r/>
      <w:r/>
    </w:p>
    <w:p>
      <w:pPr>
        <w:pStyle w:val="Heading2"/>
      </w:pPr>
      <w:r>
        <w:t>Tommy Maximoff arrives with plenty to prove</w:t>
      </w:r>
      <w:r/>
    </w:p>
    <w:p>
      <w:r/>
      <w:r>
        <w:t>Marvel’s next big gamble isn’t just about superpowers. In VisionQuest, Tommy Maximoff is expected to appear as a grown-up speedster, but the character’s emotional direction is being kept almost as tightly locked away as the plot.</w:t>
      </w:r>
      <w:r/>
    </w:p>
    <w:p>
      <w:r/>
      <w:r>
        <w:t>Mollica describes Tommy as a drifter with a mischievous edge, someone who steals, searches for purpose and eventually travels with Vision. That sounds less like a polished superhero arrival and more like a bruised, restless young man trying to work out where he belongs. According to ComingSoon.net, that uncertainty is central to Mollica’s understanding of the role.</w:t>
      </w:r>
      <w:r/>
    </w:p>
    <w:p>
      <w:r/>
      <w:r>
        <w:t>It’s an appealing starting point. Superhero stories can sometimes rush towards costumes and world-saving, while the most memorable characters are often the ones who feel slightly lost before they find their footing.</w:t>
      </w:r>
      <w:r/>
    </w:p>
    <w:p>
      <w:pPr>
        <w:pStyle w:val="Heading2"/>
      </w:pPr>
      <w:r>
        <w:t>Could a bisexual actor reshape Tommy’s story?</w:t>
      </w:r>
      <w:r/>
    </w:p>
    <w:p>
      <w:r/>
      <w:r>
        <w:t>Mollica hasn’t said that Tommy will be explicitly bisexual, and there’s no confirmation that the series will make his sexuality a storyline. Still, he has suggested that his own identity could influence the role’s texture, from Tommy’s mannerisms to his sense of self.</w:t>
      </w:r>
      <w:r/>
    </w:p>
    <w:p>
      <w:r/>
      <w:r>
        <w:t>That distinction matters. Representation doesn’t have to be reduced to a single announcement or romantic subplot, but audiences are understandably wary when queer identity is left so vague that it can disappear entirely. ComicBookMovie reported on Mollica’s comments about bringing his bisexual perspective to the character, which has fuelled both optimism and scepticism among fans.</w:t>
      </w:r>
      <w:r/>
    </w:p>
    <w:p>
      <w:r/>
      <w:r>
        <w:t>A performer can add warmth, subtlety and lived-in detail. But viewers also want the story to meet them halfway. A character shouldn’t need a magnifying glass and a social media debate to establish who they are.</w:t>
      </w:r>
      <w:r/>
    </w:p>
    <w:p>
      <w:pPr>
        <w:pStyle w:val="Heading2"/>
      </w:pPr>
      <w:r>
        <w:t>Marvel’s LGBTQ+ record keeps fans cautious</w:t>
      </w:r>
      <w:r/>
    </w:p>
    <w:p>
      <w:r/>
      <w:r>
        <w:t>The wider Marvel picture explains the hesitation. The studio has introduced queer characters and moments over the years, yet several have been brief, understated or vulnerable to cuts in markets where LGBTQ+ relationships remain politically sensitive.</w:t>
      </w:r>
      <w:r/>
    </w:p>
    <w:p>
      <w:r/>
      <w:r>
        <w:t>Time previously examined how Loki’s bisexuality was acknowledged in the Marvel Cinematic Universe, while reporting has also highlighted the limits placed on queer storytelling in major franchise films. Meanwhile, LGBTQ Nation reported that Black Panther: Wakanda Forever once included a queer kiss that did not make the final version.</w:t>
      </w:r>
      <w:r/>
    </w:p>
    <w:p>
      <w:r/>
      <w:r>
        <w:t>That history makes every new tease feel slightly loaded. Fans aren’t simply asking whether Tommy might be queer. They’re asking whether Marvel will give him enough space to be queer openly, naturally and without turning the moment into a disposable bit of background detail.</w:t>
      </w:r>
      <w:r/>
    </w:p>
    <w:p>
      <w:pPr>
        <w:pStyle w:val="Heading2"/>
      </w:pPr>
      <w:r>
        <w:t>What viewers should look for in VisionQuest</w:t>
      </w:r>
      <w:r/>
    </w:p>
    <w:p>
      <w:r/>
      <w:r>
        <w:t>For now, Tommy’s confirmed shape is more character-driven than identity-driven. He’s a small-time thief, an artful dodger and someone without a clear destination. His journey with Vision could provide room for questions of family, identity and belonging, even if the series doesn’t immediately attach a label to him.</w:t>
      </w:r>
      <w:r/>
    </w:p>
    <w:p>
      <w:r/>
      <w:r>
        <w:t>The most useful clue may be how Tommy’s relationships are handled. Does the show give him meaningful chemistry with men as well as women? Is his emotional life treated as part of the story, rather than a wink for viewers to decode? Or does the series keep everything safely implied?</w:t>
      </w:r>
      <w:r/>
    </w:p>
    <w:p>
      <w:r/>
      <w:r>
        <w:t>According to AOL’s coverage, much of VisionQuest remains under wraps, including the precise details of Tommy’s place in the narrative. That secrecy may be standard Marvel marketing, but it also means expectations are doing a lot of the work. Fans are filling in the blanks because the studio hasn’t offered much else.</w:t>
      </w:r>
      <w:r/>
    </w:p>
    <w:p>
      <w:pPr>
        <w:pStyle w:val="Heading2"/>
      </w:pPr>
      <w:r>
        <w:t>A small step, or a missed opportunity?</w:t>
      </w:r>
      <w:r/>
    </w:p>
    <w:p>
      <w:r/>
      <w:r>
        <w:t>Casting a bisexual actor as Tommy is a positive move, particularly if Mollica is given room to bring nuance to the role. It could help the character feel less manufactured and more emotionally unpredictable, which suits a young superhero with a complicated family history.</w:t>
      </w:r>
      <w:r/>
    </w:p>
    <w:p>
      <w:r/>
      <w:r>
        <w:t>But representation works best when casting and storytelling pull in the same direction. A queer performer can bring authenticity, yet the script still needs to make choices. As Queerty reported, some fans are hopeful that Tommy might eventually date a man, while others expect Disney to avoid making his sexuality a clear plot point.</w:t>
      </w:r>
      <w:r/>
    </w:p>
    <w:p>
      <w:r/>
      <w:r>
        <w:t>VisionQuest will therefore arrive with two audiences watching at once: Marvel followers keen to see the next chapter of the Maximoff family, and LGBTQ+ viewers waiting to see whether this time the subtext becomes something sturdier. Hopefully, Tommy gets to be more than a hint.</w:t>
      </w:r>
      <w:r/>
    </w:p>
    <w:p>
      <w:r/>
      <w:r>
        <w:t>The real test will be whether VisionQuest lets Tommy live openly, rather than leaving fans to read between the lines.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2">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https://www.queerty.com/visionquest-star-ruaridh-mollica-addresses-tommys-sexuality-bringing-his-own-queerness-to-the-role-20260909/</w:t>
        </w:r>
      </w:hyperlink>
      <w:r>
        <w:t xml:space="preserve"> - Please view link - unable to able to access data</w:t>
      </w:r>
      <w:r/>
    </w:p>
    <w:p>
      <w:pPr>
        <w:pStyle w:val="ListNumber"/>
        <w:spacing w:line="240" w:lineRule="auto"/>
        <w:ind w:left="720"/>
      </w:pPr>
      <w:r/>
      <w:hyperlink r:id="rId9">
        <w:r>
          <w:rPr>
            <w:color w:val="0000EE"/>
            <w:u w:val="single"/>
          </w:rPr>
          <w:t>https://www.queerty.com/visionquest-star-ruaridh-mollica-addresses-tommys-sexuality-bringing-his-own-queerness-to-the-role-20260909/</w:t>
        </w:r>
      </w:hyperlink>
      <w:r>
        <w:t xml:space="preserve"> - Actor Ruaridh Mollica, cast as Tommy Maximoff in Marvel's 'VisionQuest', discusses his portrayal of the character's sexuality. While uncertain if Tommy's bisexuality will be explicitly addressed, Mollica hopes his own bisexual identity will influence his performance, bringing authenticity to the role. Fans express mixed reactions, with some optimistic about the representation and others sceptical about Disney's commitment to queer characters. The series is set to premiere on Disney+ on October 14, 2026.</w:t>
      </w:r>
      <w:r/>
    </w:p>
    <w:p>
      <w:pPr>
        <w:pStyle w:val="ListNumber"/>
        <w:spacing w:line="240" w:lineRule="auto"/>
        <w:ind w:left="720"/>
      </w:pPr>
      <w:r/>
      <w:hyperlink r:id="rId10">
        <w:r>
          <w:rPr>
            <w:color w:val="0000EE"/>
            <w:u w:val="single"/>
          </w:rPr>
          <w:t>https://www.comingsoon.net/tv/news/2188382-visionquest-ruaridh-mollica-talks-tommy-maximoff-bi-sexuality</w:t>
        </w:r>
      </w:hyperlink>
      <w:r>
        <w:t xml:space="preserve"> - Ruaridh Mollica, portraying Tommy Maximoff in Marvel's 'VisionQuest', shares insights into the character's bisexuality. While the series hasn't confirmed this aspect, Mollica, a bisexual actor himself, aims to infuse his personal identity into Tommy's portrayal, potentially paving the way for future exploration of the character's sexuality. The show is scheduled to debut on Disney+ on October 14, 2026.</w:t>
      </w:r>
      <w:r/>
    </w:p>
    <w:p>
      <w:pPr>
        <w:pStyle w:val="ListNumber"/>
        <w:spacing w:line="240" w:lineRule="auto"/>
        <w:ind w:left="720"/>
      </w:pPr>
      <w:r/>
      <w:hyperlink r:id="rId11">
        <w:r>
          <w:rPr>
            <w:color w:val="0000EE"/>
            <w:u w:val="single"/>
          </w:rPr>
          <w:t>https://comicbookmovie.com/tv/marvel/vision/visionquest-stills-reveal-new-look-at-speed-coat-of-arms-ruaridh-mollica-on-his-characters-bisexuality-a229796</w:t>
        </w:r>
      </w:hyperlink>
      <w:r>
        <w:t xml:space="preserve"> - New stills from Marvel's 'VisionQuest' showcase Ruaridh Mollica as Tommy Maximoff. In an interview, Mollica discusses the potential exploration of Tommy's bisexuality in the series. While not explicitly confirmed, Mollica hopes his own bisexual identity will naturally influence his portrayal, adding depth to the character. The series is set to premiere on Disney+ on October 14, 2026.</w:t>
      </w:r>
      <w:r/>
    </w:p>
    <w:p>
      <w:pPr>
        <w:pStyle w:val="ListNumber"/>
        <w:spacing w:line="240" w:lineRule="auto"/>
        <w:ind w:left="720"/>
      </w:pPr>
      <w:r/>
      <w:hyperlink r:id="rId12">
        <w:r>
          <w:rPr>
            <w:color w:val="0000EE"/>
            <w:u w:val="single"/>
          </w:rPr>
          <w:t>https://www.aol.com/articles/visionquest-star-makes-feelings-clear-141946000.html</w:t>
        </w:r>
      </w:hyperlink>
      <w:r>
        <w:t xml:space="preserve"> - Ruaridh Mollica, cast as Tommy Maximoff in Marvel's 'VisionQuest', addresses the character's bisexuality. While the series hasn't confirmed this aspect, Mollica, a bisexual actor, hopes his personal identity will influence his portrayal, bringing authenticity to the role. Fans have mixed reactions, with some optimistic about the representation and others sceptical about Disney's commitment to queer characters. The series is set to premiere on Disney+ on October 14, 2026.</w:t>
      </w:r>
      <w:r/>
    </w:p>
    <w:p>
      <w:pPr>
        <w:pStyle w:val="ListNumber"/>
        <w:spacing w:line="240" w:lineRule="auto"/>
        <w:ind w:left="720"/>
      </w:pPr>
      <w:r/>
      <w:hyperlink r:id="rId13">
        <w:r>
          <w:rPr>
            <w:color w:val="0000EE"/>
            <w:u w:val="single"/>
          </w:rPr>
          <w:t>https://www.lgbtqnation.com/2023/01/marvels-black-panther-wakanda-forever-originally-included-queer-kiss/</w:t>
        </w:r>
      </w:hyperlink>
      <w:r>
        <w:t xml:space="preserve"> - Marvel's 'Black Panther: Wakanda Forever' initially featured a queer kiss between characters Aneka and Ayo, played by Michaela Coel and Florence Kasumba, respectively. However, this scene was cut from the final film, leading to discussions about the representation of LGBTQ+ characters in Marvel productions. The omission highlights ongoing debates about the inclusion of queer narratives in mainstream media.</w:t>
      </w:r>
      <w:r/>
    </w:p>
    <w:p>
      <w:pPr>
        <w:pStyle w:val="ListNumber"/>
        <w:spacing w:line="240" w:lineRule="auto"/>
        <w:ind w:left="720"/>
      </w:pPr>
      <w:r/>
      <w:hyperlink r:id="rId14">
        <w:r>
          <w:rPr>
            <w:color w:val="0000EE"/>
            <w:u w:val="single"/>
          </w:rPr>
          <w:t>https://time.com/6075230/loki-bisexual-mcu-lgbtq-representation/</w:t>
        </w:r>
      </w:hyperlink>
      <w:r>
        <w:t xml:space="preserve"> - In June 2021, the Disney+ series 'Loki' confirmed the character's bisexuality, marking the first canonically queer lead in the Marvel Cinematic Universe (MCU). This revelation was made during a conversation between Loki and a female variant, Sylvie, where he mentioned romantic experiences with both princes and princesses. The series had already hinted at Loki’s gender fluidity in an earlier episode. While not the first queer character in the MCU—Valkyrie from 'Thor: Ragnarok' was revealed to be bisexual offscreen—Loki’s confirmation is notable for its directness.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visionquest-star-ruaridh-mollica-addresses-tommys-sexuality-bringing-his-own-queerness-to-the-role-20260909/" TargetMode="External"/><Relationship Id="rId10" Type="http://schemas.openxmlformats.org/officeDocument/2006/relationships/hyperlink" Target="https://www.comingsoon.net/tv/news/2188382-visionquest-ruaridh-mollica-talks-tommy-maximoff-bi-sexuality" TargetMode="External"/><Relationship Id="rId11" Type="http://schemas.openxmlformats.org/officeDocument/2006/relationships/hyperlink" Target="https://comicbookmovie.com/tv/marvel/vision/visionquest-stills-reveal-new-look-at-speed-coat-of-arms-ruaridh-mollica-on-his-characters-bisexuality-a229796" TargetMode="External"/><Relationship Id="rId12" Type="http://schemas.openxmlformats.org/officeDocument/2006/relationships/hyperlink" Target="https://www.aol.com/articles/visionquest-star-makes-feelings-clear-141946000.html" TargetMode="External"/><Relationship Id="rId13" Type="http://schemas.openxmlformats.org/officeDocument/2006/relationships/hyperlink" Target="https://www.lgbtqnation.com/2023/01/marvels-black-panther-wakanda-forever-originally-included-queer-kiss/" TargetMode="External"/><Relationship Id="rId14" Type="http://schemas.openxmlformats.org/officeDocument/2006/relationships/hyperlink" Target="https://time.com/6075230/loki-bisexual-mcu-lgbtq-represent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