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Star Trek 60th Anniversary Highlights and LGBTQ+ Emmy Wins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marking Star Trek's 60th anniversary with screenings, salute records and fresh discussion about its hopeful vision, while the 2026 Creative Arts Emmys spotlight LGBTQ+-connected talent. Together, the stories show how television can entertain, challenge prejudice and keep a devoted audience looking ahead.</w:t>
      </w:r>
      <w:r/>
    </w:p>
    <w:p>
      <w:pPr>
        <w:pStyle w:val="Heading2"/>
      </w:pPr>
      <w:r>
        <w:t>Essential Takeaways</w:t>
      </w:r>
      <w:r/>
      <w:r/>
    </w:p>
    <w:p>
      <w:pPr>
        <w:pStyle w:val="ListBullet"/>
        <w:spacing w:line="240" w:lineRule="auto"/>
        <w:ind w:left="720"/>
      </w:pPr>
      <w:r/>
      <w:r>
        <w:rPr>
          <w:b/>
        </w:rPr>
        <w:t>Star Trek turns 60:</w:t>
      </w:r>
      <w:r>
        <w:t xml:space="preserve"> The franchise's optimistic future remains closely tied to conversations about inclusion and equality.</w:t>
      </w:r>
      <w:r/>
    </w:p>
    <w:p>
      <w:pPr>
        <w:pStyle w:val="ListBullet"/>
        <w:spacing w:line="240" w:lineRule="auto"/>
        <w:ind w:left="720"/>
      </w:pPr>
      <w:r/>
      <w:r>
        <w:rPr>
          <w:b/>
        </w:rPr>
        <w:t>Fans are celebrating:</w:t>
      </w:r>
      <w:r>
        <w:t xml:space="preserve"> Events, screenings and a world-record Vulcan salute are adding a lively, hands-on feel to the anniversary.</w:t>
      </w:r>
      <w:r/>
    </w:p>
    <w:p>
      <w:pPr>
        <w:pStyle w:val="ListBullet"/>
        <w:spacing w:line="240" w:lineRule="auto"/>
        <w:ind w:left="720"/>
      </w:pPr>
      <w:r/>
      <w:r>
        <w:rPr>
          <w:b/>
        </w:rPr>
        <w:t>LGBTQ+ talent wins recognition:</w:t>
      </w:r>
      <w:r>
        <w:t xml:space="preserve"> Shows including Hacks and Pluribus picked up early Creative Arts Emmy honours.</w:t>
      </w:r>
      <w:r/>
    </w:p>
    <w:p>
      <w:pPr>
        <w:pStyle w:val="ListBullet"/>
        <w:spacing w:line="240" w:lineRule="auto"/>
        <w:ind w:left="720"/>
      </w:pPr>
      <w:r/>
      <w:r>
        <w:rPr>
          <w:b/>
        </w:rPr>
        <w:t>Alan Cumming adds sparkle:</w:t>
      </w:r>
      <w:r>
        <w:t xml:space="preserve"> The Traitors host received a presenting award during the ceremonies.</w:t>
      </w:r>
      <w:r/>
    </w:p>
    <w:p>
      <w:pPr>
        <w:pStyle w:val="ListBullet"/>
        <w:spacing w:line="240" w:lineRule="auto"/>
        <w:ind w:left="720"/>
      </w:pPr>
      <w:r/>
      <w:r>
        <w:rPr>
          <w:b/>
        </w:rPr>
        <w:t>Pop culture still pushes back:</w:t>
      </w:r>
      <w:r>
        <w:t xml:space="preserve"> South Park used its Emmy moment to mock Donald Trump's renaming habits.</w:t>
      </w:r>
      <w:r/>
      <w:r/>
    </w:p>
    <w:p>
      <w:pPr>
        <w:pStyle w:val="Heading2"/>
      </w:pPr>
      <w:r>
        <w:t>Star Trek's hopeful future still feels surprisingly current</w:t>
      </w:r>
      <w:r/>
    </w:p>
    <w:p>
      <w:r/>
      <w:r>
        <w:t>Sixty years after its first broadcast, Star Trek remains unusually good at making big social ideas feel accessible. Its bridge crews, sleek uniforms and calm, starry optimism offered audiences a future shaped by cooperation rather than fear.</w:t>
      </w:r>
      <w:r/>
    </w:p>
    <w:p>
      <w:r/>
      <w:r>
        <w:t>That vision matters because the questions at the heart of the franchise haven't disappeared. As NPR notes, the series continues to resonate amid debates about racism, representation and equity. It's a remarkable achievement for a programme once regarded simply as ambitious science fiction.</w:t>
      </w:r>
      <w:r/>
    </w:p>
    <w:p>
      <w:r/>
      <w:r>
        <w:t>The Los Angeles Times has also looked back at the anniversary as a cultural milestone, underlining how deeply the franchise has travelled beyond television. For many viewers, returning to Star Trek feels less like opening an old box and more like revisiting a familiar promise.</w:t>
      </w:r>
      <w:r/>
    </w:p>
    <w:p>
      <w:pPr>
        <w:pStyle w:val="Heading2"/>
      </w:pPr>
      <w:r>
        <w:t>Trekkies are turning the anniversary into a shared spectacle</w:t>
      </w:r>
      <w:r/>
    </w:p>
    <w:p>
      <w:r/>
      <w:r>
        <w:t>The celebrations aren't confined to a calendar date. According to Space.com, fans are gathering for special screenings, public events and a world-record attempt involving the famous Vulcan salute, which is exactly the sort of joyful, slightly gloriously nerdy gesture that Star Trek inspires.</w:t>
      </w:r>
      <w:r/>
    </w:p>
    <w:p>
      <w:r/>
      <w:r>
        <w:t>That communal energy is part of the appeal. A screening can be nostalgic, but a room full of fans raising their hands in unison makes the anniversary feel present and wonderfully tactile. There's costume fabric, excited chatter and, inevitably, someone who knows more trivia than the rest of the audience combined.</w:t>
      </w:r>
      <w:r/>
    </w:p>
    <w:p>
      <w:r/>
      <w:r>
        <w:t>The franchise's staying power also comes from its ability to welcome different generations. One person may remember the original series, while another has arrived through a newer cast or streaming-era discovery. The result is a fandom that keeps refreshing itself without losing its old spark.</w:t>
      </w:r>
      <w:r/>
    </w:p>
    <w:p>
      <w:pPr>
        <w:pStyle w:val="Heading2"/>
      </w:pPr>
      <w:r>
        <w:t>LGBTQ+ stories take centre stage at the Creative Arts Emmys</w:t>
      </w:r>
      <w:r/>
    </w:p>
    <w:p>
      <w:r/>
      <w:r>
        <w:t>Meanwhile, the 2026 Creative Arts Emmys offered a reminder that representation is being recognised across a broad range of television categories. PinkNews reported early wins for Hacks and lesbian-led Pluribus, alongside an award connected with The Traitors and host Alan Cumming.</w:t>
      </w:r>
      <w:r/>
    </w:p>
    <w:p>
      <w:r/>
      <w:r>
        <w:t>The ceremonies often reward the crafts that make television work behind the scenes, so these victories aren't merely decorative. They acknowledge writing, performance, production and the creative choices that help distinctive stories reach a wide audience.</w:t>
      </w:r>
      <w:r/>
    </w:p>
    <w:p>
      <w:r/>
      <w:r>
        <w:t>BMI's roundup of its 2026 winners adds further industry context, showing how music and other creative disciplines contribute to the programmes people remember. It may happen away from the headline awards, but those details shape a show's mood, identity and emotional afterlife.</w:t>
      </w:r>
      <w:r/>
    </w:p>
    <w:p>
      <w:pPr>
        <w:pStyle w:val="Heading2"/>
      </w:pPr>
      <w:r>
        <w:t>Why these awards matter beyond the red carpet</w:t>
      </w:r>
      <w:r/>
    </w:p>
    <w:p>
      <w:r/>
      <w:r>
        <w:t>An award can't settle every argument about representation, and it shouldn't be treated as a substitute for meaningful progress. Still, recognition can help give visibility to stories that might otherwise be pushed towards the margins, particularly when LGBTQ+ characters and creators are involved.</w:t>
      </w:r>
      <w:r/>
    </w:p>
    <w:p>
      <w:r/>
      <w:r>
        <w:t>The full winners coverage from ScreenRant shows how widely distributed these honours are across television. That spread matters because audiences increasingly discover favourite shows through individual performances, sharp writing, memorable design or a striking musical cue, rather than through one lead star alone.</w:t>
      </w:r>
      <w:r/>
    </w:p>
    <w:p>
      <w:r/>
      <w:r>
        <w:t>For viewers choosing what to watch next, the practical lesson is simple: don't stop at the biggest category. Creative Arts winners can be useful signposts for smart, inventive programmes, especially if you're looking for something with a strong ensemble, distinctive voice or richer production detail.</w:t>
      </w:r>
      <w:r/>
    </w:p>
    <w:p>
      <w:pPr>
        <w:pStyle w:val="Heading2"/>
      </w:pPr>
      <w:r>
        <w:t>South Park keeps the political satire machine running</w:t>
      </w:r>
      <w:r/>
    </w:p>
    <w:p>
      <w:r/>
      <w:r>
        <w:t>Television's sharper edge was also on display when South Park used an Emmy win to make fun of Donald Trump's renaming habits. The Daily Beast described the moment as another example of the animated series turning an awards platform into a punchline.</w:t>
      </w:r>
      <w:r/>
    </w:p>
    <w:p>
      <w:r/>
      <w:r>
        <w:t>It's a familiar South Park tactic: take a political fixation, stretch it until it looks absurd, then let the joke do the arguing. Whether viewers find the approach hilarious or exhausting, the show remains confident that pop culture can puncture official language with a well-timed gag.</w:t>
      </w:r>
      <w:r/>
    </w:p>
    <w:p>
      <w:r/>
      <w:r>
        <w:t>Placed alongside Star Trek's idealism and the Creative Arts Emmys' recognition of LGBTQ+-connected work, the contrast is striking. One story imagines a better future, another celebrates the people building compelling television now, and the third laughs at the theatre of power.</w:t>
      </w:r>
      <w:r/>
    </w:p>
    <w:p>
      <w:r/>
      <w:r>
        <w:t>Television's best moments can still make the future feel possible, the present feel visible and the powerful look faintly ridiculous.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[2]</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5">
        <w:r>
          <w:rPr>
            <w:color w:val="0000EE"/>
            <w:u w:val="single"/>
          </w:rPr>
          <w:t>[3]</w:t>
        </w:r>
      </w:hyperlink>
      <w:r>
        <w:t xml:space="preserve">- Paragraph 4: </w:t>
      </w:r>
      <w:hyperlink r:id="rId11">
        <w:r>
          <w:rPr>
            <w:color w:val="0000EE"/>
            <w:u w:val="single"/>
          </w:rPr>
          <w:t>[2]</w:t>
        </w:r>
      </w:hyperlink>
      <w:r>
        <w:t xml:space="preserve">, </w:t>
      </w:r>
      <w:hyperlink r:id="rId10">
        <w:r>
          <w:rPr>
            <w:color w:val="0000EE"/>
            <w:u w:val="single"/>
          </w:rPr>
          <w:t>[5]</w:t>
        </w:r>
      </w:hyperlink>
      <w:r>
        <w:t xml:space="preserve">- Paragraph 5: </w:t>
      </w:r>
      <w:hyperlink r:id="rId13">
        <w:r>
          <w:rPr>
            <w:color w:val="0000EE"/>
            <w:u w:val="single"/>
          </w:rPr>
          <w:t>[6]</w:t>
        </w:r>
      </w:hyperlink>
      <w:r>
        <w:t xml:space="preserve">, </w:t>
      </w:r>
      <w:hyperlink r:id="rId12">
        <w:r>
          <w:rPr>
            <w:color w:val="0000EE"/>
            <w:u w:val="single"/>
          </w:rPr>
          <w:t>[4]</w:t>
        </w:r>
      </w:hyperlink>
      <w:r>
        <w:t xml:space="preserve">- Paragraph 6: </w:t>
      </w:r>
      <w:hyperlink r:id="rId14">
        <w:r>
          <w:rPr>
            <w:color w:val="0000EE"/>
            <w:u w:val="single"/>
          </w:rPr>
          <w:t>[7]</w:t>
        </w:r>
      </w:hyperlink>
      <w:r>
        <w:t xml:space="preserve">, </w:t>
      </w:r>
      <w:hyperlink r:id="rId13">
        <w:r>
          <w:rPr>
            <w:color w:val="0000EE"/>
            <w:u w:val="single"/>
          </w:rPr>
          <w:t>[6]</w:t>
        </w:r>
      </w:hyperlink>
      <w:r>
        <w:t xml:space="preserve">- Paragraph 7: </w:t>
      </w:r>
      <w:hyperlink r:id="rId15">
        <w:r>
          <w:rPr>
            <w:color w:val="0000EE"/>
            <w:u w:val="single"/>
          </w:rPr>
          <w:t>[3]</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https://therandyreport.com/star-trek-turns-60-lgbtq-wins-at-creative-arts-emmys-more/?utm_source=rss&amp;utm_medium=rss&amp;utm_campaign=star-trek-turns-60-lgbtq-wins-at-creative-arts-emmys-more</w:t>
        </w:r>
      </w:hyperlink>
      <w:r>
        <w:t xml:space="preserve"> - Please view link - unable to able to access data</w:t>
      </w:r>
      <w:r/>
    </w:p>
    <w:p>
      <w:pPr>
        <w:pStyle w:val="ListNumber"/>
        <w:spacing w:line="240" w:lineRule="auto"/>
        <w:ind w:left="720"/>
      </w:pPr>
      <w:r/>
      <w:hyperlink r:id="rId11">
        <w:r>
          <w:rPr>
            <w:color w:val="0000EE"/>
            <w:u w:val="single"/>
          </w:rPr>
          <w:t>https://www.space.com/entertainment/space-movies-shows/trekkies-honor-star-treks-60th-birthday-with-fan-events-special-screenings-and-a-world-record-vulcan-salute</w:t>
        </w:r>
      </w:hyperlink>
      <w:r>
        <w:t xml:space="preserve"> - As 'Star Trek' approaches its 60th anniversary on September 8, 2026, fans worldwide are commemorating the enduring sci-fi franchise through a series of special events and tributes. Originally launched in 1966 by Gene Roddenberry with the episode 'The Man Trap,' the series has since expanded into nine live-action series, three animated series, and 14 feature films over six decades. Paramount and its partners are holding global celebrations including restored 4K showings of the first four 'Star Trek' films from September 4-8 at over 750 cinema locations across the U.S., complete with limited-edition merchandise. Television specials include an 'ET Vault Unlocked' episode with archival interviews, themed episodes of 'The Price Is Right' and 'Let's Make a Deal' on CBS and Paramount+, and a 'Big Bang Theory' Star Trek episode marathon on Nick at Nite. In London, fans will attempt to break the Guinness World Record for most people performing the Vulcan Salute. In Hollywood, Roddenberry’s Walk of Fame star is being refurbished. Finally, ESA astronaut Sophie Adenot will wear the Starfleet Delta badge aboard the International Space Station on September 8. The celebration powerfully honors the franchise’s legacy of optimism, exploration, and unity.</w:t>
      </w:r>
      <w:r/>
    </w:p>
    <w:p>
      <w:pPr>
        <w:pStyle w:val="ListNumber"/>
        <w:spacing w:line="240" w:lineRule="auto"/>
        <w:ind w:left="720"/>
      </w:pPr>
      <w:r/>
      <w:hyperlink r:id="rId15">
        <w:r>
          <w:rPr>
            <w:color w:val="0000EE"/>
            <w:u w:val="single"/>
          </w:rPr>
          <w:t>https://www.thedailybeast.com/obsessed/south-park-uses-emmy-win-to-humiliate-trump/</w:t>
        </w:r>
      </w:hyperlink>
      <w:r>
        <w:t xml:space="preserve"> - At the 78th Primetime Creative Arts Emmy Awards, South Park won its fifth Emmy for Outstanding Animated Program, marking its first win since 2013. The show triumphed over popular animated series such as Rick and Morty, The Simpsons, and Bob’s Burgers. In celebration, South Park trolled President Donald Trump by sharing a graphic depicting him holding an Emmy with his pants down—a nod to his ongoing frustration over never winning an Emmy for 'The Apprentice.' Trump has expressed repeated outrage over this, blaming politics and criticizing the credibility of the Emmys. The winning episode, 'Sermon on the Mount,' from South Park’s 27th season, features a biting, satirical portrayal of Trump, including absurd and explicit depictions of his relationship with Satan and Vice President JD Vance. The show’s creators, Trey Parker and Matt Stone, used this episode to launch a no-holds-barred parody of Trump’s presidency, continuing their tradition of politically charged satire.</w:t>
      </w:r>
      <w:r/>
    </w:p>
    <w:p>
      <w:pPr>
        <w:pStyle w:val="ListNumber"/>
        <w:spacing w:line="240" w:lineRule="auto"/>
        <w:ind w:left="720"/>
      </w:pPr>
      <w:r/>
      <w:hyperlink r:id="rId12">
        <w:r>
          <w:rPr>
            <w:color w:val="0000EE"/>
            <w:u w:val="single"/>
          </w:rPr>
          <w:t>https://www.bmi.com/news/bmi-congratulates-its-2026-creative-arts-emmy-winners</w:t>
        </w:r>
      </w:hyperlink>
      <w:r>
        <w:t xml:space="preserve"> - BMI was thrilled to see affiliates honoured at the Creative Arts Emmy Awards, which were split over two nights this past weekend at the Peacock Theatre in downtown Los Angeles. An edited presentation will air on Saturday, September 12, 2026 at 8 p.m. PT on FXX and will be available to stream on Hulu. Here’s the complete list of BMI’s winners. Congratulations to all. Outstanding Music Composition For A Limited Or Anthology Series, Movie Or Special (Original Dramatic Score) The Beast In Me • 'The Beast and Me' Sean Callery, Composer Outstanding Music Composition For A Documentary/Nonfiction Or Reality Program (Original Dramatic Score) John Candy: I Like Me Tyler Strickland, Composer Outstanding Music Direction The Apple Music Super Bowl LX Halftime Show Starring Bad Bunny Miguel Gandelman, Music Director</w:t>
      </w:r>
      <w:r/>
    </w:p>
    <w:p>
      <w:pPr>
        <w:pStyle w:val="ListNumber"/>
        <w:spacing w:line="240" w:lineRule="auto"/>
        <w:ind w:left="720"/>
      </w:pPr>
      <w:r/>
      <w:hyperlink r:id="rId10">
        <w:r>
          <w:rPr>
            <w:color w:val="0000EE"/>
            <w:u w:val="single"/>
          </w:rPr>
          <w:t>https://www.latimes.com/entertainment-arts/tv/story/2026-09-08/star-trek-60th-anniversary</w:t>
        </w:r>
      </w:hyperlink>
      <w:r>
        <w:t xml:space="preserve"> - As 'Star Trek' marks 60 years, the creatives, stars and fans of the franchise reflect on its lasting influence and enduring legacy. The original series used diverse crews and allegorical storytelling to champion inclusion, collaboration and optimism — tenets that continue today. If you ask George Takei whether he ever thought he’d still be talking about 'Star Trek' 60 years after its debut, he will respond with a smile and a shrug. 'I’m not a visionary,' the actor and activist said during an interview on a scorching July afternoon.</w:t>
      </w:r>
      <w:r/>
    </w:p>
    <w:p>
      <w:pPr>
        <w:pStyle w:val="ListNumber"/>
        <w:spacing w:line="240" w:lineRule="auto"/>
        <w:ind w:left="720"/>
      </w:pPr>
      <w:r/>
      <w:hyperlink r:id="rId13">
        <w:r>
          <w:rPr>
            <w:color w:val="0000EE"/>
            <w:u w:val="single"/>
          </w:rPr>
          <w:t>https://www.thepinknews.com/2026/09/08/creative-arts-emmys-2026-winners/</w:t>
        </w:r>
      </w:hyperlink>
      <w:r>
        <w:t xml:space="preserve"> - The 2026 Creative Arts Emmy Awards in Los Angeles saw multiple LGBTQ+-connected shows and stars recognised, including wins for Hacks and Pluribus and a hosting award for The Traitors’ Alan Cumming. The ceremonies took place on 5 and 6 September. HBO’s Hacks won Outstanding Picture Editing for a Single Camera Comedy Series, adding to what has been described as a record-breaking 24 Emmy nominations for the show this year. Jean Smart is nominated for Outstanding Lead Actress in a Comedy Series, with the winner set to be announced at the Primetime Emmy Awards on 14 September. Smart has also spoken publicly about LGBTQ+ equality. At the 2024 Human Rights Campaign Dinner, she said: 'In a world where children are starving and dying because of war, it seems obscene and beyond understanding that any of us should be concerned with someone else’s sexuality'.</w:t>
      </w:r>
      <w:r/>
    </w:p>
    <w:p>
      <w:pPr>
        <w:pStyle w:val="ListNumber"/>
        <w:spacing w:line="240" w:lineRule="auto"/>
        <w:ind w:left="720"/>
      </w:pPr>
      <w:r/>
      <w:hyperlink r:id="rId14">
        <w:r>
          <w:rPr>
            <w:color w:val="0000EE"/>
            <w:u w:val="single"/>
          </w:rPr>
          <w:t>https://screenradar.com/2026-creative-arts-emmy-awards-complete-winners-list-from-both-nights/</w:t>
        </w:r>
      </w:hyperlink>
      <w:r>
        <w:t xml:space="preserve"> - The 2026 Creative Arts Emmy Awards wrapped up Sunday night after two nights honoring the best in television’s technical, artistic, guest acting and unscripted categories. The ceremonies were held Sept. 5 and 6 at the Peacock Theatre at L.A. LIVE in Los Angeles, kicking off the 78th Emmy Awards. Night One largely focused on reality, variety and nonfiction programming, while Night Two shifted the spotlight to scripted television, including comedy, drama, limited series and animation. Across the two ceremonies, Widow’s Bay emerged as the biggest winner with eight Emmys. The Apple Music Super Bowl LX Halftime Show Starring Bad Bunny followed with seven, while DTF St. Louis and The Traitors each collected six. The Late Show With Stephen Colbert and Spider-Noir earned five apiece.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randyreport.com/star-trek-turns-60-lgbtq-wins-at-creative-arts-emmys-more/?utm_source=rss&amp;utm_medium=rss&amp;utm_campaign=star-trek-turns-60-lgbtq-wins-at-creative-arts-emmys-more" TargetMode="External"/><Relationship Id="rId10" Type="http://schemas.openxmlformats.org/officeDocument/2006/relationships/hyperlink" Target="https://www.latimes.com/entertainment-arts/tv/story/2026-09-08/star-trek-60th-anniversary" TargetMode="External"/><Relationship Id="rId11" Type="http://schemas.openxmlformats.org/officeDocument/2006/relationships/hyperlink" Target="https://www.space.com/entertainment/space-movies-shows/trekkies-honor-star-treks-60th-birthday-with-fan-events-special-screenings-and-a-world-record-vulcan-salute" TargetMode="External"/><Relationship Id="rId12" Type="http://schemas.openxmlformats.org/officeDocument/2006/relationships/hyperlink" Target="https://www.bmi.com/news/bmi-congratulates-its-2026-creative-arts-emmy-winners" TargetMode="External"/><Relationship Id="rId13" Type="http://schemas.openxmlformats.org/officeDocument/2006/relationships/hyperlink" Target="https://www.thepinknews.com/2026/09/08/creative-arts-emmys-2026-winners/" TargetMode="External"/><Relationship Id="rId14" Type="http://schemas.openxmlformats.org/officeDocument/2006/relationships/hyperlink" Target="https://screenradar.com/2026-creative-arts-emmy-awards-complete-winners-list-from-both-nights/" TargetMode="External"/><Relationship Id="rId15" Type="http://schemas.openxmlformats.org/officeDocument/2006/relationships/hyperlink" Target="https://www.thedailybeast.com/obsessed/south-park-uses-emmy-win-to-humiliate-trum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