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storytelling events and LGBTQIA2S+ reading spaces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writers and readers are finding fresh ways to connect online, from a coming-out story slam linked to National Coming Out Month to a free LGBTQIA2S+ book directory. The projects offer something more valuable than promotion alone: a welcoming place to share lived experience, discover new work and meet people who understand why representation matters.</w:t>
      </w:r>
      <w:r/>
    </w:p>
    <w:p>
      <w:pPr>
        <w:pStyle w:val="Heading2"/>
      </w:pPr>
      <w:r>
        <w:t>Essential Takeaways</w:t>
      </w:r>
      <w:r/>
      <w:r/>
    </w:p>
    <w:p>
      <w:pPr>
        <w:pStyle w:val="ListBullet"/>
        <w:spacing w:line="240" w:lineRule="auto"/>
        <w:ind w:left="720"/>
      </w:pPr>
      <w:r/>
      <w:r>
        <w:rPr>
          <w:b/>
        </w:rPr>
        <w:t>Storytellers wanted:</w:t>
      </w:r>
      <w:r>
        <w:t xml:space="preserve"> A queer-themed live story slam is inviting Substack writers to share coming-out experiences.</w:t>
      </w:r>
      <w:r/>
    </w:p>
    <w:p>
      <w:pPr>
        <w:pStyle w:val="ListBullet"/>
        <w:spacing w:line="240" w:lineRule="auto"/>
        <w:ind w:left="720"/>
      </w:pPr>
      <w:r/>
      <w:r>
        <w:rPr>
          <w:b/>
        </w:rPr>
        <w:t>Broad welcome:</w:t>
      </w:r>
      <w:r>
        <w:t xml:space="preserve"> Organisers are seeking women, men, cis and trans people, and writers across the queer spectrum.</w:t>
      </w:r>
      <w:r/>
    </w:p>
    <w:p>
      <w:pPr>
        <w:pStyle w:val="ListBullet"/>
        <w:spacing w:line="240" w:lineRule="auto"/>
        <w:ind w:left="720"/>
      </w:pPr>
      <w:r/>
      <w:r>
        <w:rPr>
          <w:b/>
        </w:rPr>
        <w:t>Free book discovery:</w:t>
      </w:r>
      <w:r>
        <w:t xml:space="preserve"> A new website aims to connect readers with LGBTQIA2S+ authors and books through searchable filters.</w:t>
      </w:r>
      <w:r/>
    </w:p>
    <w:p>
      <w:pPr>
        <w:pStyle w:val="ListBullet"/>
        <w:spacing w:line="240" w:lineRule="auto"/>
        <w:ind w:left="720"/>
      </w:pPr>
      <w:r/>
      <w:r>
        <w:rPr>
          <w:b/>
        </w:rPr>
        <w:t>Community first:</w:t>
      </w:r>
      <w:r>
        <w:t xml:space="preserve"> The projects combine performance, publishing and conversation rather than treating queer culture as a one-off theme.</w:t>
      </w:r>
      <w:r/>
    </w:p>
    <w:p>
      <w:pPr>
        <w:pStyle w:val="ListBullet"/>
        <w:spacing w:line="240" w:lineRule="auto"/>
        <w:ind w:left="720"/>
      </w:pPr>
      <w:r/>
      <w:r>
        <w:rPr>
          <w:b/>
        </w:rPr>
        <w:t>More events ahead:</w:t>
      </w:r>
      <w:r>
        <w:t xml:space="preserve"> The book platform is expected to add e-reader-focused activities in the future.</w:t>
      </w:r>
      <w:r/>
      <w:r/>
    </w:p>
    <w:p>
      <w:pPr>
        <w:pStyle w:val="Heading2"/>
      </w:pPr>
      <w:r>
        <w:t>A story slam with room for every kind of coming-out story</w:t>
      </w:r>
      <w:r/>
    </w:p>
    <w:p>
      <w:r/>
      <w:r>
        <w:t>The standout announcement is a queer story slam planned for October, arriving during National Coming Out Month. It follows the energetic format associated with Wham! Bam! Thank You! Slam!, but puts queer experience firmly at the centre, creating space for stories that can be funny, awkward, tender or all three at once.</w:t>
      </w:r>
      <w:r/>
    </w:p>
    <w:p>
      <w:r/>
      <w:r>
        <w:t>According to the event information, storytellers with a Substack publication and feminist values are being encouraged to take part. The invitation reaches across identities, including lesbian, gay, bisexual, trans, non-binary and intersex communities. That broad approach matters because coming out isn't one neat, universal experience. For some people it's a triumphant announcement; for others, it's a quiet, ongoing negotiation.</w:t>
      </w:r>
      <w:r/>
    </w:p>
    <w:p>
      <w:r/>
      <w:r>
        <w:t>The event organisers are asking interested writers to contact Nan Tepper to secure a place. Wham! Bam! Thank You! Slam!'s calendar shows the wider project uses themed slams to give writers a clear prompt and a supportive performance setting.</w:t>
      </w:r>
      <w:r/>
    </w:p>
    <w:p>
      <w:pPr>
        <w:pStyle w:val="Heading2"/>
      </w:pPr>
      <w:r>
        <w:t>Why live queer storytelling still matters</w:t>
      </w:r>
      <w:r/>
    </w:p>
    <w:p>
      <w:r/>
      <w:r>
        <w:t>Online publishing can make it easier to find an audience, but live storytelling adds something different: a room, a reaction and the slight nervousness before someone begins. A personal story can feel less isolated when it's heard alongside other accounts, especially when the audience recognises the complicated bits that rarely fit into a polished social-media post.</w:t>
      </w:r>
      <w:r/>
    </w:p>
    <w:p>
      <w:r/>
      <w:r>
        <w:t>The format also encourages writers who might not think of themselves as traditional performers. A short, carefully shaped memory can carry plenty of emotional weight, whether it centres on family, work, dating, faith or the simple realisation that a long-held feeling finally has a name.</w:t>
      </w:r>
      <w:r/>
    </w:p>
    <w:p>
      <w:r/>
      <w:r>
        <w:t>The slam's existing programme suggests that themed events are a regular part of the organiser's work, rather than a one-off experiment. That gives prospective participants a little reassurance: there should be a structure to lean on, even if the subject matter feels personal.</w:t>
      </w:r>
      <w:r/>
    </w:p>
    <w:p>
      <w:pPr>
        <w:pStyle w:val="Heading2"/>
      </w:pPr>
      <w:r>
        <w:t>A new directory wants to make LGBTQIA2S+ books easier to find</w:t>
      </w:r>
      <w:r/>
    </w:p>
    <w:p>
      <w:r/>
      <w:r>
        <w:t>Alongside the event news comes a quieter but potentially useful publishing project. Carly Bryant Black has launched a free website designed to connect readers and authors of LGBTQIA2S+ books. Authors can list their work, while readers can browse using filters instead of relying on whichever title happens to surface in a general bestseller list.</w:t>
      </w:r>
      <w:r/>
    </w:p>
    <w:p>
      <w:r/>
      <w:r>
        <w:t>That sounds simple, but discoverability remains one of the thorniest problems for independent and marginalised authors. A reader may know they want queer romance, speculative fiction, memoir or a particular identity-led perspective, yet still struggle to find a useful starting point. A focused directory could turn that vague search into something more manageable.</w:t>
      </w:r>
      <w:r/>
    </w:p>
    <w:p>
      <w:r/>
      <w:r>
        <w:t>Author pages and listings connected with Carly Bryant's work appear across literary and book-focused platforms, including Lantern Serials, Goodreads and Queeromance Ink. The project is also expected to expand with e-reader events next year, which could give readers a more social way to explore recommendations and meet authors.</w:t>
      </w:r>
      <w:r/>
    </w:p>
    <w:p>
      <w:pPr>
        <w:pStyle w:val="Heading2"/>
      </w:pPr>
      <w:r>
        <w:t>How readers and writers can make the most of these spaces</w:t>
      </w:r>
      <w:r/>
    </w:p>
    <w:p>
      <w:r/>
      <w:r>
        <w:t>For storytellers, the best preparation is usually specificity. Rather than trying to explain an entire identity or life history, choose one scene, object or conversation that still feels vivid. A kitchen table, an unsent message or a single badly timed question can often tell a more powerful story than a sweeping summary.</w:t>
      </w:r>
      <w:r/>
    </w:p>
    <w:p>
      <w:r/>
      <w:r>
        <w:t>Writers should also check the event's practical details before committing, including length, format, recording arrangements and audience expectations. Coming-out stories can involve sensitive material, so knowing whether the session is public, streamed or archived is especially important.</w:t>
      </w:r>
      <w:r/>
    </w:p>
    <w:p>
      <w:r/>
      <w:r>
        <w:t>Readers exploring the new directory may want to search by genre as well as identity. Queer books aren't a single category, and a good filter system should help people move between romance, fantasy, literary fiction, poetry and non-fiction without reducing the work to labels alone. Your next favourite read might be hiding behind a surprisingly specific search term.</w:t>
      </w:r>
      <w:r/>
    </w:p>
    <w:p>
      <w:pPr>
        <w:pStyle w:val="Heading2"/>
      </w:pPr>
      <w:r>
        <w:t>A small network with bigger ambitions</w:t>
      </w:r>
      <w:r/>
    </w:p>
    <w:p>
      <w:r/>
      <w:r>
        <w:t>The wider Qstack announcements point to a lively ecosystem of writers, coaches, photographers and literary projects. Its recommendations include queer and diaspora-focused writing, flash fiction and personal essays, suggesting that the newsletter is functioning as a noticeboard as much as a publication.</w:t>
      </w:r>
      <w:r/>
    </w:p>
    <w:p>
      <w:r/>
      <w:r>
        <w:t>That mix is part of the appeal. One reader might arrive for a story slam and leave with a new author; another might find a book directory after discovering a writer through a recommendation. These connections can feel modest at first, but communities are often built from exactly this kind of handoff.</w:t>
      </w:r>
      <w:r/>
    </w:p>
    <w:p>
      <w:r/>
      <w:r>
        <w:t>For queer writers and readers, the most encouraging sign is that the projects aren't waiting for a single perfect platform to appear. They're making their own stages, directories and conversations now. And frankly, that sounds like a much more interesting way to build a literary community.</w:t>
      </w:r>
      <w:r/>
    </w:p>
    <w:p>
      <w:r/>
      <w:r>
        <w:t>It's a warm invitation to share a story, find a book and stay curious.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1">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[6]</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3">
        <w:r>
          <w:rPr>
            <w:color w:val="0000EE"/>
            <w:u w:val="single"/>
          </w:rPr>
          <w:t>[4]</w:t>
        </w:r>
      </w:hyperlink>
      <w:r>
        <w:t xml:space="preserve">, </w:t>
      </w:r>
      <w:hyperlink r:id="rId15">
        <w:r>
          <w:rPr>
            <w:color w:val="0000EE"/>
            <w:u w:val="single"/>
          </w:rPr>
          <w:t>[6]</w:t>
        </w:r>
      </w:hyperlink>
      <w:r>
        <w:t xml:space="preserve">- Paragraph 7: </w:t>
      </w:r>
      <w:hyperlink r:id="rId14">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https://qstack.substack.com/p/come-out-come-out-whoever-you-are</w:t>
        </w:r>
      </w:hyperlink>
      <w:r>
        <w:t xml:space="preserve"> - Please view link - unable to able to access data</w:t>
      </w:r>
      <w:r/>
    </w:p>
    <w:p>
      <w:pPr>
        <w:pStyle w:val="ListNumber"/>
        <w:spacing w:line="240" w:lineRule="auto"/>
        <w:ind w:left="720"/>
      </w:pPr>
      <w:r/>
      <w:hyperlink r:id="rId10">
        <w:r>
          <w:rPr>
            <w:color w:val="0000EE"/>
            <w:u w:val="single"/>
          </w:rPr>
          <w:t>https://www.whambamthankyouslam.com/p/slam-calendar-themes?action=share</w:t>
        </w:r>
      </w:hyperlink>
      <w:r>
        <w:t xml:space="preserve"> - Wham! Bam! Thank You! Slam! is hosting a queer-themed story slam for National Coming Out Month in October. Open spots are available for storytellers from the queer community on Substack, including women, men, cis &amp; trans individuals, lesbian, gay, nonbinary, intersex, and bisexual people. The event aims to provide a platform for sharing coming out stories and connecting with other storytellers. Interested individuals are encouraged to message Nan Tepper to secure a spot.</w:t>
      </w:r>
      <w:r/>
    </w:p>
    <w:p>
      <w:pPr>
        <w:pStyle w:val="ListNumber"/>
        <w:spacing w:line="240" w:lineRule="auto"/>
        <w:ind w:left="720"/>
      </w:pPr>
      <w:r/>
      <w:hyperlink r:id="rId12">
        <w:r>
          <w:rPr>
            <w:color w:val="0000EE"/>
            <w:u w:val="single"/>
          </w:rPr>
          <w:t>https://www.whambamthankyouslam.com/about</w:t>
        </w:r>
      </w:hyperlink>
      <w:r>
        <w:t xml:space="preserve"> - Wham! Bam! Thank You! Slam! is a monthly feminist story slam on Zoom, created by Nan Tepper. It offers a space for feminist writers to share their stories, fostering community and self-esteem. The slam is inclusive, welcoming all women, trans and cis, nonbinary and intersex individuals, and people of color. Men are welcome to attend as audience members. The event is non-competitive and occurs once a month, aiming to support both new and experienced writers.</w:t>
      </w:r>
      <w:r/>
    </w:p>
    <w:p>
      <w:pPr>
        <w:pStyle w:val="ListNumber"/>
        <w:spacing w:line="240" w:lineRule="auto"/>
        <w:ind w:left="720"/>
      </w:pPr>
      <w:r/>
      <w:hyperlink r:id="rId13">
        <w:r>
          <w:rPr>
            <w:color w:val="0000EE"/>
            <w:u w:val="single"/>
          </w:rPr>
          <w:t>https://lanternserials.com/author/carly-bryant</w:t>
        </w:r>
      </w:hyperlink>
      <w:r>
        <w:t xml:space="preserve"> - Carly Bryant is an author known for her contemporary romance novels that blend heartfelt emotion with elements of fantasy. Her works often feature sapphic and MM relationships, focusing on characters who navigate personal growth and self-acceptance. Carly resides in rural Kentucky with her husband and three dogs. When she's not writing, she enjoys reading, supporting indie authors, and contemplating her next story. Her writing is characterised by its emotional depth and relatable characters.</w:t>
      </w:r>
      <w:r/>
    </w:p>
    <w:p>
      <w:pPr>
        <w:pStyle w:val="ListNumber"/>
        <w:spacing w:line="240" w:lineRule="auto"/>
        <w:ind w:left="720"/>
      </w:pPr>
      <w:r/>
      <w:hyperlink r:id="rId14">
        <w:r>
          <w:rPr>
            <w:color w:val="0000EE"/>
            <w:u w:val="single"/>
          </w:rPr>
          <w:t>https://www.goodreads.com/author/show/45283921.Carly_Bryant</w:t>
        </w:r>
      </w:hyperlink>
      <w:r>
        <w:t xml:space="preserve"> - Carly Bryant is an author specialising in contemporary romance, with a focus on LGBTQIA+ themes. Her books are noted for their emotional depth, awkward charm, and characters who learn to love themselves as much as each other. Carly's works include sapphic and MM romances, often following messy, tender characters on their journey toward healing and self-acceptance. She resides in rural Kentucky with her husband and three dogs, and is an avid reader who supports indie authors.</w:t>
      </w:r>
      <w:r/>
    </w:p>
    <w:p>
      <w:pPr>
        <w:pStyle w:val="ListNumber"/>
        <w:spacing w:line="240" w:lineRule="auto"/>
        <w:ind w:left="720"/>
      </w:pPr>
      <w:r/>
      <w:hyperlink r:id="rId15">
        <w:r>
          <w:rPr>
            <w:color w:val="0000EE"/>
            <w:u w:val="single"/>
          </w:rPr>
          <w:t>https://www.queeromanceink.com/mbm-book-author/carly-bryant/</w:t>
        </w:r>
      </w:hyperlink>
      <w:r>
        <w:t xml:space="preserve"> - Carly Bryant is an author of contemporary romance novels that delve into heartfelt emotions and the complexities of love. Her stories often feature characters who stumble, grow, and learn to love themselves as deeply as they love each other. Carly's works include sapphic and MM romances, with narratives that feel both tender and true. She lives in rural Kentucky with her husband, three dogs, and numerous koi, and is an avid reader with a special love for indie authors.</w:t>
      </w:r>
      <w:r/>
    </w:p>
    <w:p>
      <w:pPr>
        <w:pStyle w:val="ListNumber"/>
        <w:spacing w:line="240" w:lineRule="auto"/>
        <w:ind w:left="720"/>
      </w:pPr>
      <w:r/>
      <w:hyperlink r:id="rId11">
        <w:r>
          <w:rPr>
            <w:color w:val="0000EE"/>
            <w:u w:val="single"/>
          </w:rPr>
          <w:t>https://www.whambamthankyouslam.com/p/era-now-dammit-our-march-story-slam</w:t>
        </w:r>
      </w:hyperlink>
      <w:r>
        <w:t xml:space="preserve"> - Wham! Bam! Thank You! Slam! is hosting a story slam titled 'E.R.A. Now, Dammit!' on March 21, 2026, at 5 PM ET, live on Zoom. The event features a lineup of storytellers sharing their narratives, with opportunities for audience members to join the virtual stage and tell their own stories. The slam is open to individuals with a publication on Substack who wish to share their experiences. Tickets are available on Eventbrite, and the event is free to attend.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stack.substack.com/p/come-out-come-out-whoever-you-are" TargetMode="External"/><Relationship Id="rId10" Type="http://schemas.openxmlformats.org/officeDocument/2006/relationships/hyperlink" Target="https://www.whambamthankyouslam.com/p/slam-calendar-themes?action=share" TargetMode="External"/><Relationship Id="rId11" Type="http://schemas.openxmlformats.org/officeDocument/2006/relationships/hyperlink" Target="https://www.whambamthankyouslam.com/p/era-now-dammit-our-march-story-slam" TargetMode="External"/><Relationship Id="rId12" Type="http://schemas.openxmlformats.org/officeDocument/2006/relationships/hyperlink" Target="https://www.whambamthankyouslam.com/about" TargetMode="External"/><Relationship Id="rId13" Type="http://schemas.openxmlformats.org/officeDocument/2006/relationships/hyperlink" Target="https://lanternserials.com/author/carly-bryant" TargetMode="External"/><Relationship Id="rId14" Type="http://schemas.openxmlformats.org/officeDocument/2006/relationships/hyperlink" Target="https://www.goodreads.com/author/show/45283921.Carly_Bryant" TargetMode="External"/><Relationship Id="rId15" Type="http://schemas.openxmlformats.org/officeDocument/2006/relationships/hyperlink" Target="https://www.queeromanceink.com/mbm-book-author/carly-brya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