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nightlife in Posadas: La Macanuda returns with sparkle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Partygoers are getting ready for La Macanuda Vol. III, a queer nightlife event in Posadas bringing DJs, performances, dancing and playful surprises to El Convite on 12 September. Born from a need for community-led celebration, the night promises bold styling, collective energy and plenty of glitter, drama and fantasy.</w:t>
      </w:r>
      <w:r/>
    </w:p>
    <w:p>
      <w:pPr>
        <w:pStyle w:val="Heading2"/>
      </w:pPr>
      <w:r>
        <w:t>Essential Takeaways</w:t>
      </w:r>
      <w:r/>
      <w:r/>
    </w:p>
    <w:p>
      <w:pPr>
        <w:pStyle w:val="ListBullet"/>
        <w:spacing w:line="240" w:lineRule="auto"/>
        <w:ind w:left="720"/>
      </w:pPr>
      <w:r/>
      <w:r>
        <w:rPr>
          <w:b/>
        </w:rPr>
        <w:t>The date:</w:t>
      </w:r>
      <w:r>
        <w:t xml:space="preserve"> La Macanuda Vol. III takes place on Friday 12 September, from 11.30pm until 5am.</w:t>
      </w:r>
      <w:r/>
    </w:p>
    <w:p>
      <w:pPr>
        <w:pStyle w:val="ListBullet"/>
        <w:spacing w:line="240" w:lineRule="auto"/>
        <w:ind w:left="720"/>
      </w:pPr>
      <w:r/>
      <w:r>
        <w:rPr>
          <w:b/>
        </w:rPr>
        <w:t>The venue:</w:t>
      </w:r>
      <w:r>
        <w:t xml:space="preserve"> El Convite, at Colón 1422 in Posadas, will host the event.</w:t>
      </w:r>
      <w:r/>
    </w:p>
    <w:p>
      <w:pPr>
        <w:pStyle w:val="ListBullet"/>
        <w:spacing w:line="240" w:lineRule="auto"/>
        <w:ind w:left="720"/>
      </w:pPr>
      <w:r/>
      <w:r>
        <w:rPr>
          <w:b/>
        </w:rPr>
        <w:t>The line-up:</w:t>
      </w:r>
      <w:r>
        <w:t xml:space="preserve"> DJs Emma and Stepssoul will provide the soundtrack, alongside performers and live interventions.</w:t>
      </w:r>
      <w:r/>
    </w:p>
    <w:p>
      <w:pPr>
        <w:pStyle w:val="ListBullet"/>
        <w:spacing w:line="240" w:lineRule="auto"/>
        <w:ind w:left="720"/>
      </w:pPr>
      <w:r/>
      <w:r>
        <w:rPr>
          <w:b/>
        </w:rPr>
        <w:t>The mood:</w:t>
      </w:r>
      <w:r>
        <w:t xml:space="preserve"> Expect excess, shine, drama and fantasy rather than a conventional night out.</w:t>
      </w:r>
      <w:r/>
    </w:p>
    <w:p>
      <w:pPr>
        <w:pStyle w:val="ListBullet"/>
        <w:spacing w:line="240" w:lineRule="auto"/>
        <w:ind w:left="720"/>
      </w:pPr>
      <w:r/>
      <w:r>
        <w:rPr>
          <w:b/>
        </w:rPr>
        <w:t>The bigger picture:</w:t>
      </w:r>
      <w:r>
        <w:t xml:space="preserve"> The party is designed as a welcoming space for queer people and dissident communities to meet, dance and express themselves.</w:t>
      </w:r>
      <w:r/>
      <w:r/>
    </w:p>
    <w:p>
      <w:pPr>
        <w:pStyle w:val="Heading2"/>
      </w:pPr>
      <w:r>
        <w:t>Posadas gets a night built around queer expression</w:t>
      </w:r>
      <w:r/>
    </w:p>
    <w:p>
      <w:r/>
      <w:r>
        <w:t>The strongest draw is the atmosphere. La Macanuda isn't simply advertising a dance floor, but a late-night setting where music, movement and self-expression can share the same space. The event's organisers describe it as a place to dance, play and meet others while exploring different ways of inhabiting the body and expressing desire. The Territory has also reported on the region's growing appetite for queer-focused nightlife and performance-led events.</w:t>
      </w:r>
      <w:r/>
    </w:p>
    <w:p>
      <w:r/>
      <w:r>
        <w:t>That makes the party feel more like a shared cultural gathering than a standard club booking. There'll be sound, movement and visual surprises, but also the softer pleasure of finding a room where people can relax into themselves. Similar queer dance events listed by Eventim show how these parties increasingly combine entertainment with community and visibility.</w:t>
      </w:r>
      <w:r/>
    </w:p>
    <w:p>
      <w:pPr>
        <w:pStyle w:val="Heading2"/>
      </w:pPr>
      <w:r>
        <w:t>Expect DJs, performances and plenty of theatrical energy</w:t>
      </w:r>
      <w:r/>
    </w:p>
    <w:p>
      <w:r/>
      <w:r>
        <w:t>Music will lead the night, with Emma and Stepssoul behind the decks. Their sets will be joined by invited performers and interventions staged throughout the evening, so the experience should keep shifting rather than settling into a single format. Passline listings for queer events such as Escandalx Brat point to a wider appetite for nights that blend club culture with performance and attitude.</w:t>
      </w:r>
      <w:r/>
    </w:p>
    <w:p>
      <w:r/>
      <w:r>
        <w:t>The organisers are leaning into a deliberately heightened aesthetic: shine, excess, drama and fantasy. In practical terms, that means a night where dressing up can feel as natural as turning up in something comfortable. Your outfit doesn't need to be elaborate, but a little sparkle probably won't go amiss.</w:t>
      </w:r>
      <w:r/>
    </w:p>
    <w:p>
      <w:pPr>
        <w:pStyle w:val="Heading2"/>
      </w:pPr>
      <w:r>
        <w:t>From a local idea to a recurring community night</w:t>
      </w:r>
      <w:r/>
    </w:p>
    <w:p>
      <w:r/>
      <w:r>
        <w:t>La Macanuda began in November 2025, created by Paula Delucca and Emma after they identified the need for a dedicated meeting point for Posadas' queer community and wider dissident groups. Since then, the format has brought together dancing, music, performance and play, giving the city a recurring space for connection.</w:t>
      </w:r>
      <w:r/>
    </w:p>
    <w:p>
      <w:r/>
      <w:r>
        <w:t>That local origin matters. While platforms such as Glitter.zone and Texas Gay highlight queer culture and nightlife in broader settings, La Macanuda is rooted in Posadas itself. It offers something more immediate: a night shaped by local organisers, local audiences and the particular social rhythm of the city.</w:t>
      </w:r>
      <w:r/>
    </w:p>
    <w:p>
      <w:pPr>
        <w:pStyle w:val="Heading2"/>
      </w:pPr>
      <w:r>
        <w:t>Why queer parties are becoming more than a dance floor</w:t>
      </w:r>
      <w:r/>
    </w:p>
    <w:p>
      <w:r/>
      <w:r>
        <w:t>Across the nightlife scene, queer parties are increasingly presented as spaces for participation rather than passive entertainment. The examples gathered by Eventim and Tierra Sin Mal include dance nights, pride celebrations and programming that mixes music with performance, conversation or playful spectacle. The result is a more expansive idea of what a party can be.</w:t>
      </w:r>
      <w:r/>
    </w:p>
    <w:p>
      <w:r/>
      <w:r>
        <w:t>For visitors, the useful takeaway is to arrive ready for a collective experience. Check the event's social channels before setting off, confirm any ticket or entry details, and plan transport for the early-morning finish. Most importantly, give the night room to surprise you. The best queer parties often work because nobody is expected to behave like they're at an ordinary club.</w:t>
      </w:r>
      <w:r/>
    </w:p>
    <w:p>
      <w:pPr>
        <w:pStyle w:val="Heading2"/>
      </w:pPr>
      <w:r>
        <w:t>When and where to go</w:t>
      </w:r>
      <w:r/>
    </w:p>
    <w:p>
      <w:r/>
      <w:r>
        <w:t>La Macanuda Vol. III is scheduled for Friday 12 September at El Convite, Colón 1422, Posadas. Doors and programming run from 11.30pm to 5am, making it a proper late-night option for anyone looking for queer nightlife in Posadas.</w:t>
      </w:r>
      <w:r/>
    </w:p>
    <w:p>
      <w:r/>
      <w:r>
        <w:t>For updates, guests can follow the event's Instagram account at instagram.com/lamacanudafest. With DJs, performances and interventions spread across the night, this is one for people who'd rather dance inside the fantasy than watch it from the sidelines.</w:t>
      </w:r>
      <w:r/>
    </w:p>
    <w:p>
      <w:r/>
      <w:r>
        <w:t>A little glitter, a strong soundtrack and a room full of people finding their freedom can go a long 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4">
        <w:r>
          <w:rPr>
            <w:color w:val="0000EE"/>
            <w:u w:val="single"/>
          </w:rPr>
          <w:t>[6]</w:t>
        </w:r>
      </w:hyperlink>
      <w:r>
        <w:t xml:space="preserve">- Paragraph 4: </w:t>
      </w:r>
      <w:hyperlink r:id="rId13">
        <w:r>
          <w:rPr>
            <w:color w:val="0000EE"/>
            <w:u w:val="single"/>
          </w:rPr>
          <w:t>[4]</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4">
        <w:r>
          <w:rPr>
            <w:color w:val="0000EE"/>
            <w:u w:val="single"/>
          </w:rPr>
          <w:t>[6]</w:t>
        </w:r>
      </w:hyperlink>
      <w:r>
        <w:t xml:space="preserve">- Paragraph 6: </w:t>
      </w:r>
      <w:hyperlink r:id="rId12">
        <w:r>
          <w:rPr>
            <w:color w:val="0000EE"/>
            <w:u w:val="single"/>
          </w:rPr>
          <w:t>[3]</w:t>
        </w:r>
      </w:hyperlink>
      <w:r>
        <w:t xml:space="preserve">, </w:t>
      </w:r>
      <w:hyperlink r:id="rId11">
        <w:r>
          <w:rPr>
            <w:color w:val="0000EE"/>
            <w:u w:val="single"/>
          </w:rPr>
          <w:t>[5]</w:t>
        </w:r>
      </w:hyperlink>
      <w:r>
        <w:t xml:space="preserve">- Paragraph 7: </w:t>
      </w:r>
      <w:hyperlink r:id="rId9">
        <w:r>
          <w:rPr>
            <w:color w:val="0000EE"/>
            <w:u w:val="single"/>
          </w:rPr>
          <w:t>[1]</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https://misionesonline.net/2026/09/09/fiesta-queer-y-disidente-en-posadas/</w:t>
        </w:r>
      </w:hyperlink>
      <w:r>
        <w:t xml:space="preserve"> - Please view link - unable to able to access data</w:t>
      </w:r>
      <w:r/>
    </w:p>
    <w:p>
      <w:pPr>
        <w:pStyle w:val="ListNumber"/>
        <w:spacing w:line="240" w:lineRule="auto"/>
        <w:ind w:left="720"/>
      </w:pPr>
      <w:r/>
      <w:hyperlink r:id="rId10">
        <w:r>
          <w:rPr>
            <w:color w:val="0000EE"/>
            <w:u w:val="single"/>
          </w:rPr>
          <w:t>https://www.elterritorio.com.ar/noticias/2026/05/16/885828-club-queer-vuelve-con-stand-up-unplugged-y-pista-de-baile</w:t>
        </w:r>
      </w:hyperlink>
      <w:r>
        <w:t xml:space="preserve"> - Club Queer reopens its doors on May 16, 2026, at Espacio Reciclado in Posadas, Argentina, marking the start of its fourth season. The event features stand-up comedy led by drag performer Barbarita Rodríguez, live music, and DJ sets. The lineup includes Dani Azida, La Pinky Banda with Pinky Lala &amp; Cami Groovy, and interactive monologues by Barbarita. The show aims to celebrate diversity and foster community engagement through music, performance, and dialogue.</w:t>
      </w:r>
      <w:r/>
    </w:p>
    <w:p>
      <w:pPr>
        <w:pStyle w:val="ListNumber"/>
        <w:spacing w:line="240" w:lineRule="auto"/>
        <w:ind w:left="720"/>
      </w:pPr>
      <w:r/>
      <w:hyperlink r:id="rId12">
        <w:r>
          <w:rPr>
            <w:color w:val="0000EE"/>
            <w:u w:val="single"/>
          </w:rPr>
          <w:t>https://www.passline.com/eventos/escandalx-brat</w:t>
        </w:r>
      </w:hyperlink>
      <w:r>
        <w:t xml:space="preserve"> - ESCANDALX BRAT is a queer party scheduled for September 6, 2026, at Jet Club in Gualeguaychú, Entre Ríos, Argentina. The event promises a night of pop, reggaeton, house, and dance music, encouraging attendees to embrace their uninhibited selves. With a focus on inclusivity and freedom of expression, ESCANDALX BRAT invites everyone to join in a night of music, dance, and unapologetic fun.</w:t>
      </w:r>
      <w:r/>
    </w:p>
    <w:p>
      <w:pPr>
        <w:pStyle w:val="ListNumber"/>
        <w:spacing w:line="240" w:lineRule="auto"/>
        <w:ind w:left="720"/>
      </w:pPr>
      <w:r/>
      <w:hyperlink r:id="rId13">
        <w:r>
          <w:rPr>
            <w:color w:val="0000EE"/>
            <w:u w:val="single"/>
          </w:rPr>
          <w:t>https://glitter.zone/</w:t>
        </w:r>
      </w:hyperlink>
      <w:r>
        <w:t xml:space="preserve"> - Glitter is a global guide to queer parties and club nights, featuring techno raves, drag shows, ballroom events, and more. The platform provides information on upcoming events in various cities, including Paris, Berlin, and New York City. Users can browse events by city, submit their own parties, and stay updated on the latest queer nightlife happenings worldwide.</w:t>
      </w:r>
      <w:r/>
    </w:p>
    <w:p>
      <w:pPr>
        <w:pStyle w:val="ListNumber"/>
        <w:spacing w:line="240" w:lineRule="auto"/>
        <w:ind w:left="720"/>
      </w:pPr>
      <w:r/>
      <w:hyperlink r:id="rId11">
        <w:r>
          <w:rPr>
            <w:color w:val="0000EE"/>
            <w:u w:val="single"/>
          </w:rPr>
          <w:t>https://www.eventim.com/event/loud-proud-queer-dance-party-la-rosa-22035016/</w:t>
        </w:r>
      </w:hyperlink>
      <w:r>
        <w:t xml:space="preserve"> - The Loud &amp; Proud Queer Dance Party is set for September 6, 2026, at La Rosa in Tucson, Arizona, USA. The event features performances by local drag artists and music by DJs Shorty and DJSAINTX. It's a 21+ standing-room-only show, aiming to provide a vibrant and inclusive space for the queer community to celebrate and dance the night away.</w:t>
      </w:r>
      <w:r/>
    </w:p>
    <w:p>
      <w:pPr>
        <w:pStyle w:val="ListNumber"/>
        <w:spacing w:line="240" w:lineRule="auto"/>
        <w:ind w:left="720"/>
      </w:pPr>
      <w:r/>
      <w:hyperlink r:id="rId14">
        <w:r>
          <w:rPr>
            <w:color w:val="0000EE"/>
            <w:u w:val="single"/>
          </w:rPr>
          <w:t>https://tierrasinmal.ar/lo-mejor-de-tsm/la-casa-del-streaming-abre-el-closet-una-noche-para-celebrar-el-orgullo/</w:t>
        </w:r>
      </w:hyperlink>
      <w:r>
        <w:t xml:space="preserve"> - On June 26, 2026, La Casa del Streaming hosts 'El Closet' at El Convite in Posadas, Argentina, to celebrate LGBTQ+ pride. The event includes live music, performances, a Lip Sync competition, open mic sessions, and DJ sets. Local artists such as Micol Ortas, Dúo Lira Verá, Samantha Fox, and Katy Solem are set to perform. The initiative aims to create a safe and inclusive space for free expression and community engagement.</w:t>
      </w:r>
      <w:r/>
    </w:p>
    <w:p>
      <w:pPr>
        <w:pStyle w:val="ListNumber"/>
        <w:spacing w:line="240" w:lineRule="auto"/>
        <w:ind w:left="720"/>
      </w:pPr>
      <w:r/>
      <w:hyperlink r:id="rId15">
        <w:r>
          <w:rPr>
            <w:color w:val="0000EE"/>
            <w:u w:val="single"/>
          </w:rPr>
          <w:t>https://texas.gay/</w:t>
        </w:r>
      </w:hyperlink>
      <w:r>
        <w:t xml:space="preserve"> - Texas.gay is a bilingual media network serving four Texas markets, offering news, events, and resources for the queer community. The platform features a calendar of upcoming events, including the Big Texas ComiCon Official After Party at Bonham Exchange in San Antonio from October 9 to 11, 2026. It also highlights the Pride of San Antonio Show Band's Fall Concert on October 10, 2026, at the Woodlawn Pointe Center for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isionesonline.net/2026/09/09/fiesta-queer-y-disidente-en-posadas/" TargetMode="External"/><Relationship Id="rId10" Type="http://schemas.openxmlformats.org/officeDocument/2006/relationships/hyperlink" Target="https://www.elterritorio.com.ar/noticias/2026/05/16/885828-club-queer-vuelve-con-stand-up-unplugged-y-pista-de-baile" TargetMode="External"/><Relationship Id="rId11" Type="http://schemas.openxmlformats.org/officeDocument/2006/relationships/hyperlink" Target="https://www.eventim.com/event/loud-proud-queer-dance-party-la-rosa-22035016/" TargetMode="External"/><Relationship Id="rId12" Type="http://schemas.openxmlformats.org/officeDocument/2006/relationships/hyperlink" Target="https://www.passline.com/eventos/escandalx-brat" TargetMode="External"/><Relationship Id="rId13" Type="http://schemas.openxmlformats.org/officeDocument/2006/relationships/hyperlink" Target="https://glitter.zone/" TargetMode="External"/><Relationship Id="rId14" Type="http://schemas.openxmlformats.org/officeDocument/2006/relationships/hyperlink" Target="https://tierrasinmal.ar/lo-mejor-de-tsm/la-casa-del-streaming-abre-el-closet-una-noche-para-celebrar-el-orgullo/" TargetMode="External"/><Relationship Id="rId15" Type="http://schemas.openxmlformats.org/officeDocument/2006/relationships/hyperlink" Target="https://texas.g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