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Celebrity Style Moments and Tour News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celebrating another lively line-up of queer queens, from Kehlani's touring momentum to Queen Latifah's polished US Open appearance. The latest Women Crush Wednesday round-up blends fashion, music and cultural influence, offering a bright snapshot of performers and public figures whose talent, confidence and community presence keep them firmly in the spotlight.</w:t>
      </w:r>
      <w:r/>
    </w:p>
    <w:p>
      <w:pPr>
        <w:pStyle w:val="Heading2"/>
      </w:pPr>
      <w:r>
        <w:t>A fresh roll call of queer icons</w:t>
      </w:r>
      <w:r/>
    </w:p>
    <w:p>
      <w:r/>
      <w:r>
        <w:t>The latest Women Crush Wednesday feature arrives with plenty of sparkle, personality and star power. Its central idea is simple but effective: beauty may catch the eye, but influence is what keeps these women memorable.</w:t>
      </w:r>
      <w:r/>
    </w:p>
    <w:p>
      <w:r/>
      <w:r>
        <w:t>The round-up highlights 50 queer queens who are making an impression across entertainment, fashion and social media. That gives the list a broader feel than a conventional celebrity gallery, because it celebrates visibility alongside glamour.</w:t>
      </w:r>
      <w:r/>
    </w:p>
    <w:p>
      <w:r/>
      <w:r>
        <w:t>Atlanta Pride provides a fitting backdrop to the feature's timing. Pride events often turn the volume up on style and self-expression, and this selection captures that same colourful, confident energy.</w:t>
      </w:r>
      <w:r/>
    </w:p>
    <w:p>
      <w:pPr>
        <w:pStyle w:val="Heading2"/>
      </w:pPr>
      <w:r>
        <w:t>Kehlani's tour momentum keeps building</w:t>
      </w:r>
      <w:r/>
    </w:p>
    <w:p>
      <w:r/>
      <w:r>
        <w:t>Kehlani stands out as one of the clearest music highlights, with touring news adding fresh momentum to the singer's already busy profile. Reports from Syracuse.com, That Eric Alper and mxdwn.com point to an extensive 2026 North American run, with dates stretching across multiple cities.</w:t>
      </w:r>
      <w:r/>
    </w:p>
    <w:p>
      <w:r/>
      <w:r>
        <w:t>NME also reported international tour plans spanning the UK, Europe and North America. For fans, that means the current era isn't confined to one market, and the live show is becoming an important part of Kehlani's wider connection with audiences.</w:t>
      </w:r>
      <w:r/>
    </w:p>
    <w:p>
      <w:r/>
      <w:r>
        <w:t>A long tour can be demanding, but it also creates the kind of shared experience that streaming can't quite replicate. The lights go down, the first beat lands and suddenly a favourite song feels personal again.</w:t>
      </w:r>
      <w:r/>
    </w:p>
    <w:p>
      <w:pPr>
        <w:pStyle w:val="Heading2"/>
      </w:pPr>
      <w:r>
        <w:t>Queen Latifah brings polished courtside style</w:t>
      </w:r>
      <w:r/>
    </w:p>
    <w:p>
      <w:r/>
      <w:r>
        <w:t>Queen Latifah's appearance at the US Open adds a classic fashion moment to the mix. As Marie Claire's coverage of celebrity looks suggests, major sporting events have become informal red carpets, with guests often watched almost as closely as the action on court.</w:t>
      </w:r>
      <w:r/>
    </w:p>
    <w:p>
      <w:r/>
      <w:r>
        <w:t>That setting suits Latifah's public image. She can look polished without seeming overworked, which is a useful reminder that presence often matters more than chasing every passing trend.</w:t>
      </w:r>
      <w:r/>
    </w:p>
    <w:p>
      <w:r/>
      <w:r>
        <w:t>The best courtside outfits tend to balance comfort, tailoring and a touch of drama. In other words, they need to work under bright cameras while still allowing room for cheering, chatting and the occasional very serious look at a tie-break.</w:t>
      </w:r>
      <w:r/>
    </w:p>
    <w:p>
      <w:pPr>
        <w:pStyle w:val="Heading2"/>
      </w:pPr>
      <w:r>
        <w:t>Why these lists still matter</w:t>
      </w:r>
      <w:r/>
    </w:p>
    <w:p>
      <w:r/>
      <w:r>
        <w:t>Celebrity round-ups can be light-hearted, but visibility carries real weight, particularly for queer audiences looking for familiar faces who are thriving openly. The feature's emphasis on community figures, trendsetters and creators gives the list more substance than a simple ranking of looks.</w:t>
      </w:r>
      <w:r/>
    </w:p>
    <w:p>
      <w:r/>
      <w:r>
        <w:t>That wider approach reflects how modern celebrity works. Music, television, fashion and online culture now overlap constantly, so a performer can influence a wardrobe one day and a conversation about representation the next.</w:t>
      </w:r>
      <w:r/>
    </w:p>
    <w:p>
      <w:r/>
      <w:r>
        <w:t>It also explains why these features remain popular. People aren't only looking for someone attractive to admire; they're looking for confidence, wit, talent and a sense that public success can belong to them, too.</w:t>
      </w:r>
      <w:r/>
    </w:p>
    <w:p>
      <w:pPr>
        <w:pStyle w:val="Heading2"/>
      </w:pPr>
      <w:r>
        <w:t>How to read the next wave of star power</w:t>
      </w:r>
      <w:r/>
    </w:p>
    <w:p>
      <w:r/>
      <w:r>
        <w:t>Kehlani's international touring plans suggest that live performance will remain a major driver of fan culture, while Queen Latifah's courtside appearance shows how enduring star power can move comfortably between entertainment and style. Together, they offer two different routes to staying culturally relevant.</w:t>
      </w:r>
      <w:r/>
    </w:p>
    <w:p>
      <w:r/>
      <w:r>
        <w:t>For readers, the most interesting names may not always be the biggest ones. Look for artists with a distinctive point of view, public figures using their platforms thoughtfully and newcomers whose style feels genuinely personal rather than carefully copied.</w:t>
      </w:r>
      <w:r/>
    </w:p>
    <w:p>
      <w:r/>
      <w:r>
        <w:t>That may be the lasting appeal of this kind of weekly feature. It's a quick hit of glamour, but it also acts as a small map of who is shaping the culture right now.</w:t>
      </w:r>
      <w:r/>
    </w:p>
    <w:p>
      <w:r/>
      <w:r>
        <w:t>The spotlight keeps moving, but these queer queens are giving it plenty to follow.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https://madamenoire.com/1689107/wcw-women-crush-wednesday-sexy-queer-queens-vol-38/</w:t>
        </w:r>
      </w:hyperlink>
      <w:r>
        <w:t xml:space="preserve"> - Please view link - unable to able to access data</w:t>
      </w:r>
      <w:r/>
    </w:p>
    <w:p>
      <w:pPr>
        <w:pStyle w:val="ListNumber"/>
        <w:spacing w:line="240" w:lineRule="auto"/>
        <w:ind w:left="720"/>
      </w:pPr>
      <w:r/>
      <w:hyperlink r:id="rId10">
        <w:r>
          <w:rPr>
            <w:color w:val="0000EE"/>
            <w:u w:val="single"/>
          </w:rPr>
          <w:t>https://www.marieclaire.com/fashion/celebrity-style/us-open-2026-best-celebrity-looks/</w:t>
        </w:r>
      </w:hyperlink>
      <w:r>
        <w:t xml:space="preserve"> - An article from Marie Claire highlights the standout fashion choices of celebrities at the 2026 US Open, including Queen Latifah's stylish appearance. (</w:t>
      </w:r>
      <w:hyperlink r:id="rId16">
        <w:r>
          <w:rPr>
            <w:color w:val="0000EE"/>
            <w:u w:val="single"/>
          </w:rPr>
          <w:t>marieclaire.com</w:t>
        </w:r>
      </w:hyperlink>
      <w:r>
        <w:t>)</w:t>
      </w:r>
      <w:r/>
    </w:p>
    <w:p>
      <w:pPr>
        <w:pStyle w:val="ListNumber"/>
        <w:spacing w:line="240" w:lineRule="auto"/>
        <w:ind w:left="720"/>
      </w:pPr>
      <w:r/>
      <w:hyperlink r:id="rId11">
        <w:r>
          <w:rPr>
            <w:color w:val="0000EE"/>
            <w:u w:val="single"/>
          </w:rPr>
          <w:t>https://www.syracuse.com/live-entertainment/2026/05/kehlani-announces-2026-north-american-tour-dates-includes-upstate-ny-stop.html</w:t>
        </w:r>
      </w:hyperlink>
      <w:r>
        <w:t xml:space="preserve"> - Syracuse.com reports on Kehlani's announcement of her 2026 North American tour, featuring a performance in Upstate New York. (</w:t>
      </w:r>
      <w:hyperlink r:id="rId17">
        <w:r>
          <w:rPr>
            <w:color w:val="0000EE"/>
            <w:u w:val="single"/>
          </w:rPr>
          <w:t>syracuse.com</w:t>
        </w:r>
      </w:hyperlink>
      <w:r>
        <w:t>)</w:t>
      </w:r>
      <w:r/>
    </w:p>
    <w:p>
      <w:pPr>
        <w:pStyle w:val="ListNumber"/>
        <w:spacing w:line="240" w:lineRule="auto"/>
        <w:ind w:left="720"/>
      </w:pPr>
      <w:r/>
      <w:hyperlink r:id="rId12">
        <w:r>
          <w:rPr>
            <w:color w:val="0000EE"/>
            <w:u w:val="single"/>
          </w:rPr>
          <w:t>https://www.thatericalper.com/2026/05/27/kehlani-takes-the-kehlani-world-tour-across-north-america-with-33-dates-this-fall/</w:t>
        </w:r>
      </w:hyperlink>
      <w:r>
        <w:t xml:space="preserve"> - That Eric Alper discusses Kehlani's 2026 North American tour, detailing the 33-date schedule and special guests. (</w:t>
      </w:r>
      <w:hyperlink r:id="rId18">
        <w:r>
          <w:rPr>
            <w:color w:val="0000EE"/>
            <w:u w:val="single"/>
          </w:rPr>
          <w:t>thatericalper.com</w:t>
        </w:r>
      </w:hyperlink>
      <w:r>
        <w:t>)</w:t>
      </w:r>
      <w:r/>
    </w:p>
    <w:p>
      <w:pPr>
        <w:pStyle w:val="ListNumber"/>
        <w:spacing w:line="240" w:lineRule="auto"/>
        <w:ind w:left="720"/>
      </w:pPr>
      <w:r/>
      <w:hyperlink r:id="rId13">
        <w:r>
          <w:rPr>
            <w:color w:val="0000EE"/>
            <w:u w:val="single"/>
          </w:rPr>
          <w:t>https://www.mxdwn.com/music/2026/05/26/news/kehlani-announces-summer-fall-2026-north-american-tour-dates/</w:t>
        </w:r>
      </w:hyperlink>
      <w:r>
        <w:t xml:space="preserve"> - mxdwn Music covers Kehlani's announcement of her 2026 North American tour, including major cities and special guests. (</w:t>
      </w:r>
      <w:hyperlink r:id="rId19">
        <w:r>
          <w:rPr>
            <w:color w:val="0000EE"/>
            <w:u w:val="single"/>
          </w:rPr>
          <w:t>music.mxdwn.com</w:t>
        </w:r>
      </w:hyperlink>
      <w:r>
        <w:t>)</w:t>
      </w:r>
      <w:r/>
    </w:p>
    <w:p>
      <w:pPr>
        <w:pStyle w:val="ListNumber"/>
        <w:spacing w:line="240" w:lineRule="auto"/>
        <w:ind w:left="720"/>
      </w:pPr>
      <w:r/>
      <w:hyperlink r:id="rId14">
        <w:r>
          <w:rPr>
            <w:color w:val="0000EE"/>
            <w:u w:val="single"/>
          </w:rPr>
          <w:t>https://www.nme.com/news/music/kehlani-announces-2026-tour-of-uk-europe-and-north-america-buy-tickets-dates-3948908</w:t>
        </w:r>
      </w:hyperlink>
      <w:r>
        <w:t xml:space="preserve"> - NME reports on Kehlani's 2026 tour across the UK, Europe, and North America, highlighting key dates and venues. (</w:t>
      </w:r>
      <w:hyperlink r:id="rId20">
        <w:r>
          <w:rPr>
            <w:color w:val="0000EE"/>
            <w:u w:val="single"/>
          </w:rPr>
          <w:t>nme.com</w:t>
        </w:r>
      </w:hyperlink>
      <w:r>
        <w:t>)</w:t>
      </w:r>
      <w:r/>
    </w:p>
    <w:p>
      <w:pPr>
        <w:pStyle w:val="ListNumber"/>
        <w:spacing w:line="240" w:lineRule="auto"/>
        <w:ind w:left="720"/>
      </w:pPr>
      <w:r/>
      <w:hyperlink r:id="rId15">
        <w:r>
          <w:rPr>
            <w:color w:val="0000EE"/>
            <w:u w:val="single"/>
          </w:rPr>
          <w:t>https://www.youtube.com/watch?v=Avm8vdQGP9U</w:t>
        </w:r>
      </w:hyperlink>
      <w:r>
        <w:t xml:space="preserve"> - A YouTube video announcing Kehlani's 2026 World Tour, featuring tour dates and special guests. (</w:t>
      </w:r>
      <w:hyperlink r:id="rId21">
        <w:r>
          <w:rPr>
            <w:color w:val="0000EE"/>
            <w:u w:val="single"/>
          </w:rPr>
          <w:t>youtube.com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damenoire.com/1689107/wcw-women-crush-wednesday-sexy-queer-queens-vol-38/" TargetMode="External"/><Relationship Id="rId10" Type="http://schemas.openxmlformats.org/officeDocument/2006/relationships/hyperlink" Target="https://www.marieclaire.com/fashion/celebrity-style/us-open-2026-best-celebrity-looks/" TargetMode="External"/><Relationship Id="rId11" Type="http://schemas.openxmlformats.org/officeDocument/2006/relationships/hyperlink" Target="https://www.syracuse.com/live-entertainment/2026/05/kehlani-announces-2026-north-american-tour-dates-includes-upstate-ny-stop.html" TargetMode="External"/><Relationship Id="rId12" Type="http://schemas.openxmlformats.org/officeDocument/2006/relationships/hyperlink" Target="https://www.thatericalper.com/2026/05/27/kehlani-takes-the-kehlani-world-tour-across-north-america-with-33-dates-this-fall/" TargetMode="External"/><Relationship Id="rId13" Type="http://schemas.openxmlformats.org/officeDocument/2006/relationships/hyperlink" Target="https://www.mxdwn.com/music/2026/05/26/news/kehlani-announces-summer-fall-2026-north-american-tour-dates/" TargetMode="External"/><Relationship Id="rId14" Type="http://schemas.openxmlformats.org/officeDocument/2006/relationships/hyperlink" Target="https://www.nme.com/news/music/kehlani-announces-2026-tour-of-uk-europe-and-north-america-buy-tickets-dates-3948908" TargetMode="External"/><Relationship Id="rId15" Type="http://schemas.openxmlformats.org/officeDocument/2006/relationships/hyperlink" Target="https://www.youtube.com/watch?v=Avm8vdQGP9U" TargetMode="External"/><Relationship Id="rId16" Type="http://schemas.openxmlformats.org/officeDocument/2006/relationships/hyperlink" Target="https://www.marieclaire.com/fashion/celebrity-style/us-open-2026-best-celebrity-looks/?utm_source=openai" TargetMode="External"/><Relationship Id="rId17" Type="http://schemas.openxmlformats.org/officeDocument/2006/relationships/hyperlink" Target="https://www.syracuse.com/live-entertainment/2026/05/kehlani-announces-2026-north-american-tour-dates-includes-upstate-ny-stop.html?utm_source=openai" TargetMode="External"/><Relationship Id="rId18" Type="http://schemas.openxmlformats.org/officeDocument/2006/relationships/hyperlink" Target="https://www.thatericalper.com/2026/05/27/kehlani-takes-the-kehlani-world-tour-across-north-america-with-33-dates-this-fall/?utm_source=openai" TargetMode="External"/><Relationship Id="rId19" Type="http://schemas.openxmlformats.org/officeDocument/2006/relationships/hyperlink" Target="https://music.mxdwn.com/2026/05/26/news/kehlani-announces-summer-fall-2026-north-american-tour-dates/?utm_source=openai" TargetMode="External"/><Relationship Id="rId20" Type="http://schemas.openxmlformats.org/officeDocument/2006/relationships/hyperlink" Target="https://www.nme.com/news/music/kehlani-announces-2026-tour-of-uk-europe-and-north-america-buy-tickets-dates-3948908?utm_source=openai" TargetMode="External"/><Relationship Id="rId21" Type="http://schemas.openxmlformats.org/officeDocument/2006/relationships/hyperlink" Target="https://www.youtube.com/watch?v=Avm8vdQGP9U&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