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Bingo Events in Brisbane for a Big Night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Brisbane's LGBTQIA+ Pride calendar is getting a lively lift as Balls OUT Bingo returns with drag, singalongs, prizes and plenty of cheeky theatre. From Jindalee to the Sunshine Coast, the popular nights offer queer entertainment, friendly competition and an easy way to celebrate Pride beyond the city centre.</w:t>
      </w:r>
      <w:r/>
    </w:p>
    <w:p>
      <w:pPr>
        <w:pStyle w:val="Heading2"/>
      </w:pPr>
      <w:r>
        <w:t>Essential Takeaways</w:t>
      </w:r>
      <w:r/>
      <w:r/>
    </w:p>
    <w:p>
      <w:pPr>
        <w:pStyle w:val="ListBullet"/>
        <w:spacing w:line="240" w:lineRule="auto"/>
        <w:ind w:left="720"/>
      </w:pPr>
      <w:r/>
      <w:r>
        <w:rPr>
          <w:b/>
        </w:rPr>
        <w:t>Drag-led fun:</w:t>
      </w:r>
      <w:r>
        <w:t xml:space="preserve"> Candy Surprise hosts evenings packed with performance, jokes and audience interaction.</w:t>
      </w:r>
      <w:r/>
    </w:p>
    <w:p>
      <w:pPr>
        <w:pStyle w:val="ListBullet"/>
        <w:spacing w:line="240" w:lineRule="auto"/>
        <w:ind w:left="720"/>
      </w:pPr>
      <w:r/>
      <w:r>
        <w:rPr>
          <w:b/>
        </w:rPr>
        <w:t>Pride across the region:</w:t>
      </w:r>
      <w:r>
        <w:t xml:space="preserve"> Events are scheduled in Brisbane, Logan, bayside suburbs, the Sunshine Coast and beyond.</w:t>
      </w:r>
      <w:r/>
    </w:p>
    <w:p>
      <w:pPr>
        <w:pStyle w:val="ListBullet"/>
        <w:spacing w:line="240" w:lineRule="auto"/>
        <w:ind w:left="720"/>
      </w:pPr>
      <w:r/>
      <w:r>
        <w:rPr>
          <w:b/>
        </w:rPr>
        <w:t>A bigger headline event:</w:t>
      </w:r>
      <w:r>
        <w:t xml:space="preserve"> Wynnum Bowls Club brings together three queens for an especially energetic evening.</w:t>
      </w:r>
      <w:r/>
    </w:p>
    <w:p>
      <w:pPr>
        <w:pStyle w:val="ListBullet"/>
        <w:spacing w:line="240" w:lineRule="auto"/>
        <w:ind w:left="720"/>
      </w:pPr>
      <w:r/>
      <w:r>
        <w:rPr>
          <w:b/>
        </w:rPr>
        <w:t>Community support included:</w:t>
      </w:r>
      <w:r>
        <w:t xml:space="preserve"> One event donates part of each ticket to the Brisbane Hustlers rugby club.</w:t>
      </w:r>
      <w:r/>
    </w:p>
    <w:p>
      <w:pPr>
        <w:pStyle w:val="ListBullet"/>
        <w:spacing w:line="240" w:lineRule="auto"/>
        <w:ind w:left="720"/>
      </w:pPr>
      <w:r/>
      <w:r>
        <w:rPr>
          <w:b/>
        </w:rPr>
        <w:t>Book ahead:</w:t>
      </w:r>
      <w:r>
        <w:t xml:space="preserve"> The format's growing popularity means popular sessions may fill quickly.</w:t>
      </w:r>
      <w:r/>
      <w:r/>
    </w:p>
    <w:p>
      <w:pPr>
        <w:pStyle w:val="Heading2"/>
      </w:pPr>
      <w:r>
        <w:t>Brisbane's bingo night is anything but quiet</w:t>
      </w:r>
      <w:r/>
    </w:p>
    <w:p>
      <w:r/>
      <w:r>
        <w:t>Forget the hushed community-hall version of bingo. Balls OUT Bingo turns the familiar game into a bright, noisy night of drag, music, comedy and crowd participation, with Candy Surprise steering the evening through its deliberately chaotic twists.</w:t>
      </w:r>
      <w:r/>
    </w:p>
    <w:p>
      <w:r/>
      <w:r>
        <w:t>There are prizes, singalongs and playful callbacks, plus a theatrical reveal from a ball boy that has become part of the show's appeal. It makes the format feel less like a formal performance and more like a shared party where the audience is in on the joke. The Star Observer's Pride guide presents the event as a regular fixture on Queensland's LGBTQIA+ calendar.</w:t>
      </w:r>
      <w:r/>
    </w:p>
    <w:p>
      <w:pPr>
        <w:pStyle w:val="Heading2"/>
      </w:pPr>
      <w:r>
        <w:t>Pride entertainment spreads beyond inner Brisbane</w:t>
      </w:r>
      <w:r/>
    </w:p>
    <w:p>
      <w:r/>
      <w:r>
        <w:t>The 2023 programme begins at the Jindalee Hotel on 24 September, followed by a Pride Edition at Beach House Coomera the next evening. That suburban spread is one of the event's strongest features, particularly for guests who don't want to travel into the centre for a night out.</w:t>
      </w:r>
      <w:r/>
    </w:p>
    <w:p>
      <w:r/>
      <w:r>
        <w:t>The schedule continues at Wynnum Bowls Club on 26 September, before moving to Come to Daddy the following day. Later dates include Flagstone Tavern, Duporth Tavern in Maroochydore and Beach House Browns Plains, creating a broad run of options across south-east Queensland. Sunshine Coast Pride's event listing also reflects the format's reach outside Brisbane.</w:t>
      </w:r>
      <w:r/>
    </w:p>
    <w:p>
      <w:pPr>
        <w:pStyle w:val="Heading2"/>
      </w:pPr>
      <w:r>
        <w:t>Wynnum brings the biggest cast and prizes</w:t>
      </w:r>
      <w:r/>
    </w:p>
    <w:p>
      <w:r/>
      <w:r>
        <w:t>The Wynnum event is billed as the largest Balls OUT Bingo of the celebrations, with Candy Surprise joined by Hovanna Crown and Katya Louking. Three queens mean more performance, more audience banter and, naturally, more opportunity for the evening to veer deliciously off script.</w:t>
      </w:r>
      <w:r/>
    </w:p>
    <w:p>
      <w:r/>
      <w:r>
        <w:t>For anyone comparing Pride events, this is likely the date for maximum spectacle. The smaller sessions may suit guests who prefer a local, more relaxed feel, while the Wynnum night promises the full camp treatment, with larger prizes and a more crowded atmosphere. Brisbane Pride's wider events calendar shows how drag and live performance remain central to the city's seasonal celebrations.</w:t>
      </w:r>
      <w:r/>
    </w:p>
    <w:p>
      <w:pPr>
        <w:pStyle w:val="Heading2"/>
      </w:pPr>
      <w:r>
        <w:t>A night out with a community-minded twist</w:t>
      </w:r>
      <w:r/>
    </w:p>
    <w:p>
      <w:r/>
      <w:r>
        <w:t>At Come to Daddy, the regular bingo night supports the Brisbane Hustlers, an inclusive rugby club. Five dollars from each ticket is directed to the club, giving the event a practical purpose alongside its entertainment value.</w:t>
      </w:r>
      <w:r/>
    </w:p>
    <w:p>
      <w:r/>
      <w:r>
        <w:t>That detail matters because it changes the feeling of the night. Guests aren't simply buying a ticket for laughs and prizes; they're also helping support a local community organisation. It is a small contribution per person, but the collective effect can make a popular event feel more connected to the people it serves.</w:t>
      </w:r>
      <w:r/>
    </w:p>
    <w:p>
      <w:pPr>
        <w:pStyle w:val="Heading2"/>
      </w:pPr>
      <w:r>
        <w:t>There's trivia for anyone who prefers a team huddle</w:t>
      </w:r>
      <w:r/>
    </w:p>
    <w:p>
      <w:r/>
      <w:r>
        <w:t>Candy Surprise's 80s Trivia Night at Flagstone Tavern offers a change of pace on 30 September. The five-round format covers music, films, television and Australian nostalgia, with cash prizes for the top three teams and a separate award for the best big-haired outfit.</w:t>
      </w:r>
      <w:r/>
    </w:p>
    <w:p>
      <w:r/>
      <w:r>
        <w:t>It could be the better choice for groups who'd rather debate an answer over a table than compete in a bingo crowd. Expect plenty of neon memories, questionable hairstyle decisions and the sort of friendly argument that makes a good trivia night memorable. Other Pride listings, including regional festival calendars, underline the growing appetite for varied LGBTQIA+ social events rather than one central celebration alone.</w:t>
      </w:r>
      <w:r/>
    </w:p>
    <w:p>
      <w:pPr>
        <w:pStyle w:val="Heading2"/>
      </w:pPr>
      <w:r>
        <w:t>How to choose the right Balls OUT Bingo date</w:t>
      </w:r>
      <w:r/>
    </w:p>
    <w:p>
      <w:r/>
      <w:r>
        <w:t>Start with location, then consider atmosphere. Jindalee, Coomera, Browns Plains and Maroochydore make the series easier to reach from different parts of the region, while Wynnum is the obvious pick for the biggest drag line-up.</w:t>
      </w:r>
      <w:r/>
    </w:p>
    <w:p>
      <w:r/>
      <w:r>
        <w:t>It's also worth checking the venue's age requirements, arrival time and ticket conditions before booking. If you're going with friends, reserve early and agree on transport in advance, especially for an evening built around drinks, dancing and audience participation. The format is designed to be welcoming, but your best seat is still the one you plan for.</w:t>
      </w:r>
      <w:r/>
    </w:p>
    <w:p>
      <w:r/>
      <w:r>
        <w:t>Balls OUT Bingo offers a winning mix of queer joy, local connection and gloriously silly entertainment.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9">
        <w:r>
          <w:rPr>
            <w:color w:val="0000EE"/>
            <w:u w:val="single"/>
          </w:rPr>
          <w:t>[2]</w:t>
        </w:r>
      </w:hyperlink>
      <w:r>
        <w:t xml:space="preserve">, </w:t>
      </w:r>
      <w:hyperlink r:id="rId13">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https://www.starobserver.com.au/pride-guide/balls-out-bingo-to-return-for-brisbane-pride/243828</w:t>
        </w:r>
      </w:hyperlink>
      <w:r>
        <w:t xml:space="preserve"> - Please view link - unable to able to access data</w:t>
      </w:r>
      <w:r/>
    </w:p>
    <w:p>
      <w:pPr>
        <w:pStyle w:val="ListNumber"/>
        <w:spacing w:line="240" w:lineRule="auto"/>
        <w:ind w:left="720"/>
      </w:pPr>
      <w:r/>
      <w:hyperlink r:id="rId9">
        <w:r>
          <w:rPr>
            <w:color w:val="0000EE"/>
            <w:u w:val="single"/>
          </w:rPr>
          <w:t>https://www.starobserver.com.au/pride-guide/balls-out-bingo-to-return-for-brisbane-pride/243828</w:t>
        </w:r>
      </w:hyperlink>
      <w:r>
        <w:t xml:space="preserve"> - Balls OUT Bingo has become a fixture on Queensland’s LGBTQIA+ calendar, turning the community hall game into a rowdy night of drag, live performance, singalongs, cheeky callbacks and prizes. Hosted by cabaret favourite Candy Surprise, the events create a space where everyone can laugh, play and celebrate together in a night of fabulous fun and entertainment. The packed Pride season schedule kicks off with a range of events across Brisbane and beyond; it all begins on September 24 with a Pride Edition at the Jindalee Hotel. Candy heads to Beach House Coomera on Friday September 25 for another Pride Edition from 7.30pm. On Saturday September 26, Wynnum Bowls Club hosts the biggest Balls OUT Bingo of the celebrations. Candy is joined by Hovanna Crown and Katya Louking for three queens, bigger prizes and even more chaos. The party continues on Sunday September 27 at Come to Daddy, where Candy’s monthly bingo supports the Brisbane Hustlers. Five dollars from every ticket goes to the inclusive rugby club, giving the laughter a community purpose. There is more than bingo in Candy’s bag of tricks. On Wednesday September 30, she takes over Flagstone Tavern for Candy’s 80s Trivia Night. The event features five rounds spanning music, movies, television and Australian nostalgia, cash prizes for the top three teams and a prize for the best big-haired outfit. October opens on Friday October 2 with Balls OUT Bingo at Duporth Tavern in Maroochydore. The Pride Editions return to Beach House Browns Plains on Friday October 9. With events stretching from Brisbane’s west to the bayside, Logan, the Sunshine Coast and Hervey Bay, Balls OUT Bingo makes Pride season accessible beyond the inner city. Its continuing popularity comes from the winning combination of friendly competition, proudly queer entertainment and a night of fierce, fabulous and camp entertainment! Book early, these balls have a habit of drawing a crowd. For more information follow @ballsoutbingobrisbane</w:t>
      </w:r>
      <w:r/>
    </w:p>
    <w:p>
      <w:pPr>
        <w:pStyle w:val="ListNumber"/>
        <w:spacing w:line="240" w:lineRule="auto"/>
        <w:ind w:left="720"/>
      </w:pPr>
      <w:r/>
      <w:hyperlink r:id="rId12">
        <w:r>
          <w:rPr>
            <w:color w:val="0000EE"/>
            <w:u w:val="single"/>
          </w:rPr>
          <w:t>https://www.brisbanepride.org.au/events/queens-ball/</w:t>
        </w:r>
      </w:hyperlink>
      <w:r>
        <w:t xml:space="preserve"> - The Queen's Ball is Brisbane Pride's most glamorous evening, featuring an awards ceremony, live entertainment, and a night of celebration honouring the community's finest. For over 60 years, this glittering event has been the community's beating heart, where generations collide in glittering harmony. The ball's origin story reads like queer folklore – born in 1961 among Mt Tambourine’s whispering trees when gathering could mean danger. Today, it has transformed into a kaleidoscope of sequins, tuxedos, and rainbow flags swaying to a rhythm that’s equal parts disco throwback and modern anthem.</w:t>
      </w:r>
      <w:r/>
    </w:p>
    <w:p>
      <w:pPr>
        <w:pStyle w:val="ListNumber"/>
        <w:spacing w:line="240" w:lineRule="auto"/>
        <w:ind w:left="720"/>
      </w:pPr>
      <w:r/>
      <w:hyperlink r:id="rId13">
        <w:r>
          <w:rPr>
            <w:color w:val="0000EE"/>
            <w:u w:val="single"/>
          </w:rPr>
          <w:t>https://events.humanitix.com/rainbow-on-the-reef-pride-festival-2023</w:t>
        </w:r>
      </w:hyperlink>
      <w:r>
        <w:t xml:space="preserve"> - Rainbow on the Reef Pride Festival 2023 was a week-long celebration held from June 2 to June 10, 2023, in Gladstone, Queensland. The festival aimed to cultivate a culture of pride in identity and diversity, empowering the LGBTQIA+ community in the Gladstone Region and beyond. One of the highlights was the Balls Out Bingo and Dance Party on Saturday, June 10, combining comedy, bingo, and cabaret for a night like no other. Hosted by Candy Surprise and Hovanna Crown, the event featured Brisbane's award-winning DJ Dolly Llama spinning the decks well into the night.</w:t>
      </w:r>
      <w:r/>
    </w:p>
    <w:p>
      <w:pPr>
        <w:pStyle w:val="ListNumber"/>
        <w:spacing w:line="240" w:lineRule="auto"/>
        <w:ind w:left="720"/>
      </w:pPr>
      <w:r/>
      <w:hyperlink r:id="rId14">
        <w:r>
          <w:rPr>
            <w:color w:val="0000EE"/>
            <w:u w:val="single"/>
          </w:rPr>
          <w:t>https://bootco.com.au/2023/</w:t>
        </w:r>
      </w:hyperlink>
      <w:r>
        <w:t xml:space="preserve"> - The Boot Co Brisbane's 2023 events included Balls Out Bingo, Leather Dinner, Tom’s Bar, Hell For Leather, and BLW – VIP Week Pass. Balls Out Bingo was held on Friday, August 8, 2023, at The Wickham Hotel, hosted by Gayleen Tuckwood and featuring contestants of the 2023 Brisbane Leather Week Competition. The event was part of a week-long celebration of leather and fetish culture, culminating in the Leather Week Grand Finals on Saturday, August 9, 2023.</w:t>
      </w:r>
      <w:r/>
    </w:p>
    <w:p>
      <w:pPr>
        <w:pStyle w:val="ListNumber"/>
        <w:spacing w:line="240" w:lineRule="auto"/>
        <w:ind w:left="720"/>
      </w:pPr>
      <w:r/>
      <w:hyperlink r:id="rId10">
        <w:r>
          <w:rPr>
            <w:color w:val="0000EE"/>
            <w:u w:val="single"/>
          </w:rPr>
          <w:t>https://www.sunshinecoastpride.org/event-details/balls-out-bingo</w:t>
        </w:r>
      </w:hyperlink>
      <w:r>
        <w:t xml:space="preserve"> - Balls OUT Bingo, hosted by cabaret drag performer Candy Surprise, is a multi-award-winning event that offers a wild night of bingo, live performances, singalongs, dancing, and more. The event is strictly 18+ and is part of the Sunshine Coast Pride Network's efforts to create inclusive and entertaining events for the LGBTQIA+ community. The event is held at Duporth Tavern, 52-62 Duporth Ave, Maroochydore QLD 4558, Australia.</w:t>
      </w:r>
      <w:r/>
    </w:p>
    <w:p>
      <w:pPr>
        <w:pStyle w:val="ListNumber"/>
        <w:spacing w:line="240" w:lineRule="auto"/>
        <w:ind w:left="720"/>
      </w:pPr>
      <w:r/>
      <w:hyperlink r:id="rId11">
        <w:r>
          <w:rPr>
            <w:color w:val="0000EE"/>
            <w:u w:val="single"/>
          </w:rPr>
          <w:t>https://brisbanegermanclub.com/eventscal/balls-out-bingo/</w:t>
        </w:r>
      </w:hyperlink>
      <w:r>
        <w:t xml:space="preserve"> - Balls Out Bingo is a special event hosted by the Brisbane German Club, featuring cabaret drag performances, sing-alongs, and interactive fun. Hosted by Candy Surprise and Hovanna Crown, the event includes five games of bingo, bingo books, pens, and a night full of fabulous entertainment. The event is strictly 18+ and is scheduled for March 19, 2026, from 7:00 am to 9:00 pm at 416 Vulture St, Kangaroo Point QLD 4169.</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pride-guide/balls-out-bingo-to-return-for-brisbane-pride/243828" TargetMode="External"/><Relationship Id="rId10" Type="http://schemas.openxmlformats.org/officeDocument/2006/relationships/hyperlink" Target="https://www.sunshinecoastpride.org/event-details/balls-out-bingo" TargetMode="External"/><Relationship Id="rId11" Type="http://schemas.openxmlformats.org/officeDocument/2006/relationships/hyperlink" Target="https://brisbanegermanclub.com/eventscal/balls-out-bingo/" TargetMode="External"/><Relationship Id="rId12" Type="http://schemas.openxmlformats.org/officeDocument/2006/relationships/hyperlink" Target="https://www.brisbanepride.org.au/events/queens-ball/" TargetMode="External"/><Relationship Id="rId13" Type="http://schemas.openxmlformats.org/officeDocument/2006/relationships/hyperlink" Target="https://events.humanitix.com/rainbow-on-the-reef-pride-festival-2023" TargetMode="External"/><Relationship Id="rId14" Type="http://schemas.openxmlformats.org/officeDocument/2006/relationships/hyperlink" Target="https://bootco.com.au/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