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Orlando Out Fest Guide for LGBTQIA+ Theatre and Arts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Orlando Out Fest returns to Central Florida with four days of LGBTQIA+ theatre, comedy, film, music and performance. Running from 10 to 13 September, the curated festival brings 21 shows and events to venues around Ivanhoe Village and Mills50, giving audiences plenty of ways to celebrate queer creativity.</w:t>
      </w:r>
      <w:r/>
    </w:p>
    <w:p>
      <w:pPr>
        <w:pStyle w:val="Heading2"/>
      </w:pPr>
      <w:r>
        <w:t>Essential Takeaways</w:t>
      </w:r>
      <w:r/>
      <w:r/>
    </w:p>
    <w:p>
      <w:pPr>
        <w:pStyle w:val="ListBullet"/>
        <w:spacing w:line="240" w:lineRule="auto"/>
        <w:ind w:left="720"/>
      </w:pPr>
      <w:r/>
      <w:r>
        <w:rPr>
          <w:b/>
        </w:rPr>
        <w:t>Four days of programming:</w:t>
      </w:r>
      <w:r>
        <w:t xml:space="preserve"> Orlando Out Fest runs from Thursday 10 to Sunday 13 September, with a free opening party on Wednesday 9 September.</w:t>
      </w:r>
      <w:r/>
    </w:p>
    <w:p>
      <w:pPr>
        <w:pStyle w:val="ListBullet"/>
        <w:spacing w:line="240" w:lineRule="auto"/>
        <w:ind w:left="720"/>
      </w:pPr>
      <w:r/>
      <w:r>
        <w:rPr>
          <w:b/>
        </w:rPr>
        <w:t>Three main venues:</w:t>
      </w:r>
      <w:r>
        <w:t xml:space="preserve"> Events take place at The Center Orlando, The Renaissance Theatre Company and the Starlight Room at Savoy Orlando.</w:t>
      </w:r>
      <w:r/>
    </w:p>
    <w:p>
      <w:pPr>
        <w:pStyle w:val="ListBullet"/>
        <w:spacing w:line="240" w:lineRule="auto"/>
        <w:ind w:left="720"/>
      </w:pPr>
      <w:r/>
      <w:r>
        <w:rPr>
          <w:b/>
        </w:rPr>
        <w:t>A broad creative mix:</w:t>
      </w:r>
      <w:r>
        <w:t xml:space="preserve"> Expect theatre, cabaret, drag, burlesque, comedy, cinema, storytelling and live music.</w:t>
      </w:r>
      <w:r/>
    </w:p>
    <w:p>
      <w:pPr>
        <w:pStyle w:val="ListBullet"/>
        <w:spacing w:line="240" w:lineRule="auto"/>
        <w:ind w:left="720"/>
      </w:pPr>
      <w:r/>
      <w:r>
        <w:rPr>
          <w:b/>
        </w:rPr>
        <w:t>Local and visiting talent:</w:t>
      </w:r>
      <w:r>
        <w:t xml:space="preserve"> The line-up combines established Orlando performers with national queer artists and Fringe newcomers.</w:t>
      </w:r>
      <w:r/>
    </w:p>
    <w:p>
      <w:pPr>
        <w:pStyle w:val="ListBullet"/>
        <w:spacing w:line="240" w:lineRule="auto"/>
        <w:ind w:left="720"/>
      </w:pPr>
      <w:r/>
      <w:r>
        <w:rPr>
          <w:b/>
        </w:rPr>
        <w:t>Check before travelling:</w:t>
      </w:r>
      <w:r>
        <w:t xml:space="preserve"> Organisers advise confirming timings, tickets and event details before setting off, as schedules can change.</w:t>
      </w:r>
      <w:r/>
      <w:r/>
    </w:p>
    <w:p>
      <w:pPr>
        <w:pStyle w:val="Heading2"/>
      </w:pPr>
      <w:r>
        <w:t>Orlando Out Fest puts queer creativity centre stage</w:t>
      </w:r>
      <w:r/>
    </w:p>
    <w:p>
      <w:r/>
      <w:r>
        <w:t>There’s a particular buzz to a festival that refuses to fit neatly into one artistic box. Orlando Out Fest moves between comedy, cabaret, film, drag, burlesque and personal storytelling, creating a lively programme that feels as varied as the community it celebrates.</w:t>
      </w:r>
      <w:r/>
    </w:p>
    <w:p>
      <w:r/>
      <w:r>
        <w:t>The event is produced by Orlando Fringe and curated by George Wallace, Chief Executive Director of The Center Orlando. According to Orlando Fringe, the festival is designed to spotlight work made by and for the LGBTQIA+ community, while giving audiences a concentrated burst of performance across several familiar Orlando venues.</w:t>
      </w:r>
      <w:r/>
    </w:p>
    <w:p>
      <w:r/>
      <w:r>
        <w:t>That makes it more than a string of separate shows. It’s a city-wide cultural gathering, with the atmosphere of a Fringe programme and the warmth of a community celebration.</w:t>
      </w:r>
      <w:r/>
    </w:p>
    <w:p>
      <w:pPr>
        <w:pStyle w:val="Heading2"/>
      </w:pPr>
      <w:r>
        <w:t>What’s on the Orlando Out Fest programme?</w:t>
      </w:r>
      <w:r/>
    </w:p>
    <w:p>
      <w:r/>
      <w:r>
        <w:t xml:space="preserve">The line-up ranges from the knowingly chaotic comedy of </w:t>
      </w:r>
      <w:r>
        <w:rPr>
          <w:i/>
        </w:rPr>
        <w:t>Hot Mess: A Comedy Show for Clowns</w:t>
      </w:r>
      <w:r>
        <w:t xml:space="preserve"> to the musical storytelling of </w:t>
      </w:r>
      <w:r>
        <w:rPr>
          <w:i/>
        </w:rPr>
        <w:t>Hey Myster, Letters to the Music That Healed Me</w:t>
      </w:r>
      <w:r>
        <w:t xml:space="preserve">. Audiences can also catch </w:t>
      </w:r>
      <w:r>
        <w:rPr>
          <w:i/>
        </w:rPr>
        <w:t>Q The Legends</w:t>
      </w:r>
      <w:r>
        <w:t>, in which Tymisha Harris performs queer anthems alongside her own coming-out story.</w:t>
      </w:r>
      <w:r/>
    </w:p>
    <w:p>
      <w:r/>
      <w:r>
        <w:t xml:space="preserve">For film fans, </w:t>
      </w:r>
      <w:r>
        <w:rPr>
          <w:i/>
        </w:rPr>
        <w:t>A Day in the Life of Miss Sammy</w:t>
      </w:r>
      <w:r>
        <w:t xml:space="preserve"> follows Orlando drag icon Miss Sammy through the city, while </w:t>
      </w:r>
      <w:r>
        <w:rPr>
          <w:i/>
        </w:rPr>
        <w:t>Greetings from Queertown: Orlando</w:t>
      </w:r>
      <w:r>
        <w:t xml:space="preserve"> celebrates the people who helped shape the local LGBTQIA+ community. </w:t>
      </w:r>
      <w:r>
        <w:rPr>
          <w:i/>
        </w:rPr>
        <w:t>Two Eyes</w:t>
      </w:r>
      <w:r>
        <w:t>, a cinematic triptych starring Lily Gladstone, offers a more dramatic change of pace.</w:t>
      </w:r>
      <w:r/>
    </w:p>
    <w:p>
      <w:r/>
      <w:r>
        <w:t xml:space="preserve">There’s plenty of knowingly outrageous entertainment, too. </w:t>
      </w:r>
      <w:r>
        <w:rPr>
          <w:i/>
        </w:rPr>
        <w:t>Movies Out Loud</w:t>
      </w:r>
      <w:r>
        <w:t xml:space="preserve"> brings interactive screenings of </w:t>
      </w:r>
      <w:r>
        <w:rPr>
          <w:i/>
        </w:rPr>
        <w:t>Who’s That Girl</w:t>
      </w:r>
      <w:r>
        <w:t xml:space="preserve"> and </w:t>
      </w:r>
      <w:r>
        <w:rPr>
          <w:i/>
        </w:rPr>
        <w:t>Showgirls</w:t>
      </w:r>
      <w:r>
        <w:t xml:space="preserve">, while </w:t>
      </w:r>
      <w:r>
        <w:rPr>
          <w:i/>
        </w:rPr>
        <w:t>Midnight Male Review: In the Buff</w:t>
      </w:r>
      <w:r>
        <w:t xml:space="preserve"> and </w:t>
      </w:r>
      <w:r>
        <w:rPr>
          <w:i/>
        </w:rPr>
        <w:t>Soul Erotic</w:t>
      </w:r>
      <w:r>
        <w:t xml:space="preserve"> lean into cheeky late-night spectacle. In other words, this isn’t a festival where every show asks you to sit quietly and behave.</w:t>
      </w:r>
      <w:r/>
    </w:p>
    <w:p>
      <w:pPr>
        <w:pStyle w:val="Heading2"/>
      </w:pPr>
      <w:r>
        <w:t>Three venues, one concentrated Orlando weekend</w:t>
      </w:r>
      <w:r/>
    </w:p>
    <w:p>
      <w:r/>
      <w:r>
        <w:t>The festival is spread across The Center Orlando on North Mills Avenue, The Renaissance Theatre Company on East Princeton Street and the Starlight Room at Savoy Orlando on North Orange Avenue. All three are close to the Ivanhoe Village and Mills50 areas, making it possible to build an evening around more than one event.</w:t>
      </w:r>
      <w:r/>
    </w:p>
    <w:p>
      <w:r/>
      <w:r>
        <w:t>Orlando Weekly highlighted the festival’s use of local stages and its emphasis on challenging, distinctive theatre. That multi-venue structure gives the weekend a pleasing sense of movement, although visitors should leave time between performances rather than attempting an over-ambitious dash across town.</w:t>
      </w:r>
      <w:r/>
    </w:p>
    <w:p>
      <w:r/>
      <w:r>
        <w:t>The free opening party at Savoy on Wednesday 9 September is the natural starting point. It offers a chance to get a feel for the festival before choosing shows, meeting friends or simply finding out which performance has the most irresistible title.</w:t>
      </w:r>
      <w:r/>
    </w:p>
    <w:p>
      <w:pPr>
        <w:pStyle w:val="Heading2"/>
      </w:pPr>
      <w:r>
        <w:t>How to choose shows if you’re new to queer theatre</w:t>
      </w:r>
      <w:r/>
    </w:p>
    <w:p>
      <w:r/>
      <w:r>
        <w:t xml:space="preserve">Start with the format that already appeals to you. Comedy fans might gravitate towards </w:t>
      </w:r>
      <w:r>
        <w:rPr>
          <w:i/>
        </w:rPr>
        <w:t>Beer with a Queer</w:t>
      </w:r>
      <w:r>
        <w:t xml:space="preserve">, </w:t>
      </w:r>
      <w:r>
        <w:rPr>
          <w:i/>
        </w:rPr>
        <w:t>Erika MacDonald: Tea Time</w:t>
      </w:r>
      <w:r>
        <w:t xml:space="preserve"> or the Lee Cohen Comedy Hour, while cabaret lovers have options including </w:t>
      </w:r>
      <w:r>
        <w:rPr>
          <w:i/>
        </w:rPr>
        <w:t>Mitzi Morris: Live at the Come On Inn</w:t>
      </w:r>
      <w:r>
        <w:t xml:space="preserve"> and </w:t>
      </w:r>
      <w:r>
        <w:rPr>
          <w:i/>
        </w:rPr>
        <w:t>Janine Klein: Gay Bar Star</w:t>
      </w:r>
      <w:r>
        <w:t>.</w:t>
      </w:r>
      <w:r/>
    </w:p>
    <w:p>
      <w:r/>
      <w:r>
        <w:t xml:space="preserve">If you prefer a strong narrative, </w:t>
      </w:r>
      <w:r>
        <w:rPr>
          <w:i/>
        </w:rPr>
        <w:t>Hey Myster</w:t>
      </w:r>
      <w:r>
        <w:t xml:space="preserve"> promises a personal journey shaped by letters and music, while </w:t>
      </w:r>
      <w:r>
        <w:rPr>
          <w:i/>
        </w:rPr>
        <w:t>Q The Legends</w:t>
      </w:r>
      <w:r>
        <w:t xml:space="preserve"> connects familiar songs with lived experience. Film choices, meanwhile, provide a quieter alternative to the more exuberant stage events.</w:t>
      </w:r>
      <w:r/>
    </w:p>
    <w:p>
      <w:r/>
      <w:r>
        <w:t>It’s also worth checking the full schedule before buying tickets. Some performances run across several days, but others appear only once, so the show you’re eyeing may not be available when you happen to be in the neighbourhood.</w:t>
      </w:r>
      <w:r/>
    </w:p>
    <w:p>
      <w:pPr>
        <w:pStyle w:val="Heading2"/>
      </w:pPr>
      <w:r>
        <w:t>Why the festival matters to Orlando’s cultural scene</w:t>
      </w:r>
      <w:r/>
    </w:p>
    <w:p>
      <w:r/>
      <w:r>
        <w:t>Orlando Fringe’s partnership with The Center Orlando, The Renaissance Theatre Company and Savoy brings together organisations with different strengths but a shared interest in visibility and access. The result is a programme that puts LGBTQIA+ artists at the centre rather than treating queer work as a side note.</w:t>
      </w:r>
      <w:r/>
    </w:p>
    <w:p>
      <w:r/>
      <w:r>
        <w:t xml:space="preserve">The festival also creates practical support for local causes. The </w:t>
      </w:r>
      <w:r>
        <w:rPr>
          <w:i/>
        </w:rPr>
        <w:t>Midnight Male Review</w:t>
      </w:r>
      <w:r>
        <w:t xml:space="preserve"> performances benefit Orlando Fringe and The Center, while the Lee Cohen Comedy Hour raises money for The Center’s A Walk For Change AIDS Walk.</w:t>
      </w:r>
      <w:r/>
    </w:p>
    <w:p>
      <w:r/>
      <w:r>
        <w:t>That combination of celebration and fundraising gives the weekend extra weight. You can come for the jokes, costumes and wonderfully questionable stage decisions, then leave knowing your ticket has helped sustain the wider creative and community ecosystem.</w:t>
      </w:r>
      <w:r/>
    </w:p>
    <w:p>
      <w:pPr>
        <w:pStyle w:val="Heading2"/>
      </w:pPr>
      <w:r>
        <w:t>Plan your Orlando Out Fest visit</w:t>
      </w:r>
      <w:r/>
    </w:p>
    <w:p>
      <w:r/>
      <w:r>
        <w:t>With shows across several venues, a little planning will make the experience smoother. Check the official Orlando Fringe schedule for performance times, ticket availability and venue information, and allow time for parking or public transport between locations.</w:t>
      </w:r>
      <w:r/>
    </w:p>
    <w:p>
      <w:r/>
      <w:r>
        <w:t>The programme includes adult-oriented comedy, burlesque and cabaret, so check individual show descriptions before booking for younger audiences. It’s also sensible to confirm event details close to the date, as organisers can change timings or arrangements.</w:t>
      </w:r>
      <w:r/>
    </w:p>
    <w:p>
      <w:r/>
      <w:r>
        <w:t>For visitors who want a full festival experience, choosing one daytime film or storytelling event and one evening performance could be the sweet spot. You’ll get variety without turning the weekend into a frantic relay race.</w:t>
      </w:r>
      <w:r/>
    </w:p>
    <w:p>
      <w:r/>
      <w:r>
        <w:t>Orlando Out Fest is a bright, bold reminder that queer culture can be tender, hilarious, provocative and gloriously theatrical, sometimes all within the same afternoon.</w:t>
      </w:r>
      <w:r/>
    </w:p>
    <w:p>
      <w:r/>
      <w:r>
        <w:t>Explore the schedule and choose the shows that speak to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1">
        <w:r>
          <w:rPr>
            <w:color w:val="0000EE"/>
            <w:u w:val="single"/>
          </w:rPr>
          <w:t>[3]</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1">
        <w:r>
          <w:rPr>
            <w:color w:val="0000EE"/>
            <w:u w:val="single"/>
          </w:rPr>
          <w:t>[3]</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1">
        <w:r>
          <w:rPr>
            <w:color w:val="0000EE"/>
            <w:u w:val="single"/>
          </w:rPr>
          <w:t>[3]</w:t>
        </w:r>
      </w:hyperlink>
      <w:r>
        <w:t xml:space="preserve">, </w:t>
      </w:r>
      <w:hyperlink r:id="rId11">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[6]</w:t>
        </w:r>
      </w:hyperlink>
      <w:r>
        <w:t xml:space="preserve">- Paragraph 9: </w:t>
      </w:r>
      <w:hyperlink r:id="rId11">
        <w:r>
          <w:rPr>
            <w:color w:val="0000EE"/>
            <w:u w:val="single"/>
          </w:rPr>
          <w:t>[3]</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1">
        <w:r>
          <w:rPr>
            <w:color w:val="0000EE"/>
            <w:u w:val="single"/>
          </w:rPr>
          <w:t>[3]</w:t>
        </w:r>
      </w:hyperlink>
      <w:r>
        <w:t xml:space="preserve">, </w:t>
      </w:r>
      <w:hyperlink r:id="rId11">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[6]</w:t>
        </w:r>
      </w:hyperlink>
      <w:r>
        <w:t xml:space="preserve">- Paragraph 13: </w:t>
      </w:r>
      <w:hyperlink r:id="rId11">
        <w:r>
          <w:rPr>
            <w:color w:val="0000EE"/>
            <w:u w:val="single"/>
          </w:rPr>
          <w:t>[3]</w:t>
        </w:r>
      </w:hyperlink>
      <w:r>
        <w:t xml:space="preserve">, </w:t>
      </w:r>
      <w:hyperlink r:id="rId11">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1">
        <w:r>
          <w:rPr>
            <w:color w:val="0000EE"/>
            <w:u w:val="single"/>
          </w:rPr>
          <w:t>[3]</w:t>
        </w:r>
      </w:hyperlink>
      <w:r>
        <w:t xml:space="preserve">, </w:t>
      </w:r>
      <w:hyperlink r:id="rId11">
        <w:r>
          <w:rPr>
            <w:color w:val="0000EE"/>
            <w:u w:val="single"/>
          </w:rPr>
          <w:t>[5]</w:t>
        </w:r>
      </w:hyperlink>
      <w:r>
        <w:t xml:space="preserve">- Paragraph 16: </w:t>
      </w:r>
      <w:hyperlink r:id="rId10">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https://www.gottagoorlando.com/post/orlando-out-fest-is-back-celebrating-exclusively-lgbtqia-stories-artists-and-history</w:t>
        </w:r>
      </w:hyperlink>
      <w:r>
        <w:t xml:space="preserve"> - Please view link - unable to able to access data</w:t>
      </w:r>
      <w:r/>
    </w:p>
    <w:p>
      <w:pPr>
        <w:pStyle w:val="ListNumber"/>
        <w:spacing w:line="240" w:lineRule="auto"/>
        <w:ind w:left="720"/>
      </w:pPr>
      <w:r/>
      <w:hyperlink r:id="rId10">
        <w:r>
          <w:rPr>
            <w:color w:val="0000EE"/>
            <w:u w:val="single"/>
          </w:rPr>
          <w:t>https://www.orlandofringe.org/orlando-out-fest</w:t>
        </w:r>
      </w:hyperlink>
      <w:r>
        <w:t xml:space="preserve"> - Orlando Out Fest is a curated festival produced by Orlando Fringe, celebrating exclusively LGBTQIA stories, artists, and history. Scheduled from September 10 to 13, 2026, the festival features a diverse lineup of performances, including theatre, art, music, and cinema. The event is a collaboration between Orlando Fringe, The Center Orlando, The Renaissance Theatre Company, and the Starlight Room at Savoy, with performances held in the Ivanhoe Village and Mills50 neighborhoods. The festival aims to provide a platform for queer artists and stories, fostering visibility and inclusion within the community.</w:t>
      </w:r>
      <w:r/>
    </w:p>
    <w:p>
      <w:pPr>
        <w:pStyle w:val="ListNumber"/>
        <w:spacing w:line="240" w:lineRule="auto"/>
        <w:ind w:left="720"/>
      </w:pPr>
      <w:r/>
      <w:hyperlink r:id="rId11">
        <w:r>
          <w:rPr>
            <w:color w:val="0000EE"/>
            <w:u w:val="single"/>
          </w:rPr>
          <w:t>https://www.orlandoweekly.com/arts/orlando-out-fest-is-back-to-take-over-select-local-stages-with-challenging-theater-this-week/</w:t>
        </w:r>
      </w:hyperlink>
      <w:r>
        <w:t xml:space="preserve"> - Orlando Out Fest, a curated weekend festival produced by Orlando Fringe, is set to take place from September 10 to 13, 2026. The festival celebrates queer stories, artists, and history through a variety of performances, including theatre, art, music, and cinema. The event is a collaboration between Orlando Fringe and The Center Orlando, with performances held in the Ivanhoe Village and Mills50 neighborhoods. The festival aims to provide a platform for queer artists and stories, fostering visibility and inclusion within the community.</w:t>
      </w:r>
      <w:r/>
    </w:p>
    <w:p>
      <w:pPr>
        <w:pStyle w:val="ListNumber"/>
        <w:spacing w:line="240" w:lineRule="auto"/>
        <w:ind w:left="720"/>
      </w:pPr>
      <w:r/>
      <w:hyperlink r:id="rId11">
        <w:r>
          <w:rPr>
            <w:color w:val="0000EE"/>
            <w:u w:val="single"/>
          </w:rPr>
          <w:t>https://www.orlandoweekly.com/arts/orlando-out-fest-is-back-to-take-over-select-local-stages-with-challenging-theater-this-week/</w:t>
        </w:r>
      </w:hyperlink>
      <w:r>
        <w:t xml:space="preserve"> - Orlando Out Fest, a curated weekend festival produced by Orlando Fringe, is set to take place from September 10 to 13, 2026. The festival celebrates queer stories, artists, and history through a variety of performances, including theatre, art, music, and cinema. The event is a collaboration between Orlando Fringe and The Center Orlando, with performances held in the Ivanhoe Village and Mills50 neighborhoods. The festival aims to provide a platform for queer artists and stories, fostering visibility and inclusion within the community.</w:t>
      </w:r>
      <w:r/>
    </w:p>
    <w:p>
      <w:pPr>
        <w:pStyle w:val="ListNumber"/>
        <w:spacing w:line="240" w:lineRule="auto"/>
        <w:ind w:left="720"/>
      </w:pPr>
      <w:r/>
      <w:hyperlink r:id="rId11">
        <w:r>
          <w:rPr>
            <w:color w:val="0000EE"/>
            <w:u w:val="single"/>
          </w:rPr>
          <w:t>https://www.orlandoweekly.com/arts/orlando-out-fest-is-back-to-take-over-select-local-stages-with-challenging-theater-this-week/</w:t>
        </w:r>
      </w:hyperlink>
      <w:r>
        <w:t xml:space="preserve"> - Orlando Out Fest, a curated weekend festival produced by Orlando Fringe, is set to take place from September 10 to 13, 2026. The festival celebrates queer stories, artists, and history through a variety of performances, including theatre, art, music, and cinema. The event is a collaboration between Orlando Fringe and The Center Orlando, with performances held in the Ivanhoe Village and Mills50 neighborhoods. The festival aims to provide a platform for queer artists and stories, fostering visibility and inclusion within the community.</w:t>
      </w:r>
      <w:r/>
    </w:p>
    <w:p>
      <w:pPr>
        <w:pStyle w:val="ListNumber"/>
        <w:spacing w:line="240" w:lineRule="auto"/>
        <w:ind w:left="720"/>
      </w:pPr>
      <w:r/>
      <w:hyperlink r:id="rId11">
        <w:r>
          <w:rPr>
            <w:color w:val="0000EE"/>
            <w:u w:val="single"/>
          </w:rPr>
          <w:t>https://www.orlandoweekly.com/arts/orlando-out-fest-is-back-to-take-over-select-local-stages-with-challenging-theater-this-week/</w:t>
        </w:r>
      </w:hyperlink>
      <w:r>
        <w:t xml:space="preserve"> - Orlando Out Fest, a curated weekend festival produced by Orlando Fringe, is set to take place from September 10 to 13, 2026. The festival celebrates queer stories, artists, and history through a variety of performances, including theatre, art, music, and cinema. The event is a collaboration between Orlando Fringe and The Center Orlando, with performances held in the Ivanhoe Village and Mills50 neighborhoods. The festival aims to provide a platform for queer artists and stories, fostering visibility and inclusion within the community.</w:t>
      </w:r>
      <w:r/>
    </w:p>
    <w:p>
      <w:pPr>
        <w:pStyle w:val="ListNumber"/>
        <w:spacing w:line="240" w:lineRule="auto"/>
        <w:ind w:left="720"/>
      </w:pPr>
      <w:r/>
      <w:hyperlink r:id="rId11">
        <w:r>
          <w:rPr>
            <w:color w:val="0000EE"/>
            <w:u w:val="single"/>
          </w:rPr>
          <w:t>https://www.orlandoweekly.com/arts/orlando-out-fest-is-back-to-take-over-select-local-stages-with-challenging-theater-this-week/</w:t>
        </w:r>
      </w:hyperlink>
      <w:r>
        <w:t xml:space="preserve"> - Orlando Out Fest, a curated weekend festival produced by Orlando Fringe, is set to take place from September 10 to 13, 2026. The festival celebrates queer stories, artists, and history through a variety of performances, including theatre, art, music, and cinema. The event is a collaboration between Orlando Fringe and The Center Orlando, with performances held in the Ivanhoe Village and Mills50 neighborhoods. The festival aims to provide a platform for queer artists and stories, fostering visibility and inclusion within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ttagoorlando.com/post/orlando-out-fest-is-back-celebrating-exclusively-lgbtqia-stories-artists-and-history" TargetMode="External"/><Relationship Id="rId10" Type="http://schemas.openxmlformats.org/officeDocument/2006/relationships/hyperlink" Target="https://www.orlandofringe.org/orlando-out-fest" TargetMode="External"/><Relationship Id="rId11" Type="http://schemas.openxmlformats.org/officeDocument/2006/relationships/hyperlink" Target="https://www.orlandoweekly.com/arts/orlando-out-fest-is-back-to-take-over-select-local-stages-with-challenging-theater-this-wee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