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LGBTQ+ Releases to Watch This Autumn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getting a fresh wave of LGBTQ+ television, music, film and documentaries this autumn, from Alan Cumming’s politically charged drama Tip Toe to a buzzy new Bell Jar adaptation. Here’s what’s worth putting on your radar, and why this week’s releases feel especially rich in queer stories, stars and surprises.</w:t>
      </w:r>
      <w:r/>
    </w:p>
    <w:p>
      <w:pPr>
        <w:pStyle w:val="Heading2"/>
      </w:pPr>
      <w:r>
        <w:t>Essential Takeaways</w:t>
      </w:r>
      <w:r/>
      <w:r/>
    </w:p>
    <w:p>
      <w:pPr>
        <w:pStyle w:val="ListBullet"/>
        <w:spacing w:line="240" w:lineRule="auto"/>
        <w:ind w:left="720"/>
      </w:pPr>
      <w:r/>
      <w:r>
        <w:rPr>
          <w:b/>
        </w:rPr>
        <w:t>Tip Toe arrives in the US:</w:t>
      </w:r>
      <w:r>
        <w:t xml:space="preserve"> The Russell T Davies drama lands on Starz on 2 October, led by Alan Cumming.</w:t>
      </w:r>
      <w:r/>
    </w:p>
    <w:p>
      <w:pPr>
        <w:pStyle w:val="ListBullet"/>
        <w:spacing w:line="240" w:lineRule="auto"/>
        <w:ind w:left="720"/>
      </w:pPr>
      <w:r/>
      <w:r>
        <w:rPr>
          <w:b/>
        </w:rPr>
        <w:t>The series takes a sharp political turn:</w:t>
      </w:r>
      <w:r>
        <w:t xml:space="preserve"> Its story explores queer life during an increasingly tense public climate.</w:t>
      </w:r>
      <w:r/>
    </w:p>
    <w:p>
      <w:pPr>
        <w:pStyle w:val="ListBullet"/>
        <w:spacing w:line="240" w:lineRule="auto"/>
        <w:ind w:left="720"/>
      </w:pPr>
      <w:r/>
      <w:r>
        <w:rPr>
          <w:b/>
        </w:rPr>
        <w:t>Early reviews are promising:</w:t>
      </w:r>
      <w:r>
        <w:t xml:space="preserve"> Available listings point to a character-led drama with a strong ensemble cast.</w:t>
      </w:r>
      <w:r/>
    </w:p>
    <w:p>
      <w:pPr>
        <w:pStyle w:val="ListBullet"/>
        <w:spacing w:line="240" w:lineRule="auto"/>
        <w:ind w:left="720"/>
      </w:pPr>
      <w:r/>
      <w:r>
        <w:rPr>
          <w:b/>
        </w:rPr>
        <w:t>The autumn slate is broad:</w:t>
      </w:r>
      <w:r>
        <w:t xml:space="preserve"> Television, cinema, music and documentaries are all bringing LGBTQ+ stories into focus.</w:t>
      </w:r>
      <w:r/>
    </w:p>
    <w:p>
      <w:pPr>
        <w:pStyle w:val="ListBullet"/>
        <w:spacing w:line="240" w:lineRule="auto"/>
        <w:ind w:left="720"/>
      </w:pPr>
      <w:r/>
      <w:r>
        <w:rPr>
          <w:b/>
        </w:rPr>
        <w:t>There’s plenty beyond the headline:</w:t>
      </w:r>
      <w:r>
        <w:t xml:space="preserve"> Fans can also look forward to new music, major casting news and queer film festival highlights.</w:t>
      </w:r>
      <w:r/>
      <w:r/>
    </w:p>
    <w:p>
      <w:pPr>
        <w:pStyle w:val="Heading2"/>
      </w:pPr>
      <w:r>
        <w:t>Alan Cumming leads the autumn’s must-watch queer drama</w:t>
      </w:r>
      <w:r/>
    </w:p>
    <w:p>
      <w:r/>
      <w:r>
        <w:t>The biggest television arrival is Tip Toe, a new drama from Queer as Folk creator Russell T Davies. Alan Cumming fronts the series, which takes an unflinching look at queer life against a backdrop of political pressure and social unease.</w:t>
      </w:r>
      <w:r/>
    </w:p>
    <w:p>
      <w:r/>
      <w:r>
        <w:t>That combination gives the show an immediate sense of weight, but it isn't all gloom. Cumming brings the kind of vivid, watchable presence that can make even a difficult conversation feel strangely inviting. Rotten Tomatoes lists the series as a drama centred on contemporary LGBTQ+ experiences, while episode listings suggest a story that develops through its characters rather than relying on easy slogans. (Rotten Tomatoes)</w:t>
      </w:r>
      <w:r/>
    </w:p>
    <w:p>
      <w:r/>
      <w:r>
        <w:t>For US viewers, the key date is 2 October, when Tip Toe arrives on Starz. It's the sort of release that feels made for a proper evening watch: intelligent, emotionally charged and likely to leave you arguing about it afterwards. (Queerline)</w:t>
      </w:r>
      <w:r/>
    </w:p>
    <w:p>
      <w:pPr>
        <w:pStyle w:val="Heading2"/>
      </w:pPr>
      <w:r>
        <w:t>Why Tip Toe is attracting attention before launch</w:t>
      </w:r>
      <w:r/>
    </w:p>
    <w:p>
      <w:r/>
      <w:r>
        <w:t>Davies has long had a talent for placing queer characters inside the mess of ordinary life, rather than presenting them as neat symbols. Tip Toe appears to follow that tradition, pairing personal drama with the wider political atmosphere shaping how LGBTQ+ people move through the world.</w:t>
      </w:r>
      <w:r/>
    </w:p>
    <w:p>
      <w:r/>
      <w:r>
        <w:t>The available show information points to a series with a serious tone and a strong central performance. IMDb and MovieFone both identify Cumming as a leading presence, helping give the project an instantly recognisable anchor. (IMDb; MovieFone)</w:t>
      </w:r>
      <w:r/>
    </w:p>
    <w:p>
      <w:r/>
      <w:r>
        <w:t>That matters because political dramas can sometimes feel worthy but chilly. Tip Toe looks more promising when it keeps the focus close to people, relationships and difficult choices. In other words, expect something with bite, but hopefully enough warmth to keep it human. (Rotten Tomatoes)</w:t>
      </w:r>
      <w:r/>
    </w:p>
    <w:p>
      <w:pPr>
        <w:pStyle w:val="Heading2"/>
      </w:pPr>
      <w:r>
        <w:t>A busy season for queer television and cinema</w:t>
      </w:r>
      <w:r/>
    </w:p>
    <w:p>
      <w:r/>
      <w:r>
        <w:t>Tip Toe isn't arriving in isolation. This autumn's LGBTQ+ entertainment calendar also includes a major adaptation of Sylvia Plath's The Bell Jar, with Billie Eilish making her starring debut alongside an impressive cast. Elsewhere, The Odyssey has prompted renewed discussion around Elliot Page's work and the frustrating lack of follow-up opportunities for trans performers.</w:t>
      </w:r>
      <w:r/>
    </w:p>
    <w:p>
      <w:r/>
      <w:r>
        <w:t>There are lighter notes, too. Brian Falduto is returning with the queer country track Free Coffee, while Carly Rae Jepsen remains a much-requested name for a future Heated Rivalry soundtrack. The mix is appealing because it doesn't force queer culture into a single mood. There’s room for political drama, pop romance, grief, camp and a very welcome amount of sparkle.</w:t>
      </w:r>
      <w:r/>
    </w:p>
    <w:p>
      <w:r/>
      <w:r>
        <w:t>On screen, La Bola Negra is also set to open NewFest in New York, giving the autumn festival season a suitably high-profile start. It’s a reminder that LGBTQ+ cinema continues to thrive both through mainstream releases and through specialist cultural spaces.</w:t>
      </w:r>
      <w:r/>
    </w:p>
    <w:p>
      <w:pPr>
        <w:pStyle w:val="Heading2"/>
      </w:pPr>
      <w:r>
        <w:t>What to watch if you want more than one serious drama</w:t>
      </w:r>
      <w:r/>
    </w:p>
    <w:p>
      <w:r/>
      <w:r>
        <w:t>For viewers who prefer documentary storytelling, Marlee Matlin’s Siren: The Voices of Shelley Beattie is another title to note. The film will tell the story of the bisexual deaf bodybuilder and American Gladiators star, whose life and career remain strikingly distinctive.</w:t>
      </w:r>
      <w:r/>
    </w:p>
    <w:p>
      <w:r/>
      <w:r>
        <w:t>There’s also a celebratory strand to this season. Ellen Greene is looking back at Little Shop of Horrors as the musical marks its 40th anniversary, including its enduring connection with queer audiences. That kind of retrospective can be just as valuable as a new release: sometimes the best cultural catch-up is revisiting the films that quietly made people feel seen.</w:t>
      </w:r>
      <w:r/>
    </w:p>
    <w:p>
      <w:r/>
      <w:r>
        <w:t>And if your watchlist needs a little theatrical mischief, Tip Toe still looks like the obvious starting point. Its combination of a respected creator, a major queer performer and a politically alert premise gives it genuine curiosity value before the first episode has even settled in. (Rotten Tomatoes; MovieFone)</w:t>
      </w:r>
      <w:r/>
    </w:p>
    <w:p>
      <w:pPr>
        <w:pStyle w:val="Heading2"/>
      </w:pPr>
      <w:r>
        <w:t>How to keep track of the new LGBTQ+ releases</w:t>
      </w:r>
      <w:r/>
    </w:p>
    <w:p>
      <w:r/>
      <w:r>
        <w:t>The simplest approach is to separate your list by mood. Put Tip Toe in the thoughtful, conversation-starting column; Free Coffee in the quick musical lift section; and Siren alongside the documentaries you want to watch when you’ve got time for a fuller story.</w:t>
      </w:r>
      <w:r/>
    </w:p>
    <w:p>
      <w:r/>
      <w:r>
        <w:t>It’s also worth checking regional availability before making plans. Rotten Tomatoes and MovieFone provide listing information for Tip Toe, but streaming and broadcast details can change, particularly around launch dates and international roll-outs. (Rotten Tomatoes; MovieFone)</w:t>
      </w:r>
      <w:r/>
    </w:p>
    <w:p>
      <w:r/>
      <w:r>
        <w:t>Most importantly, don't wait for one giant cultural moment. The strongest queer entertainment seasons are often built from smaller pleasures: a song that lands unexpectedly, a festival discovery, or a familiar actor taking a surprising turn. This autumn appears to have all three. (Queerline)</w:t>
      </w:r>
      <w:r/>
    </w:p>
    <w:p>
      <w:r/>
      <w:r>
        <w:t>Keep Tip Toe at the top of your list, then make room for the rest of this unusually lively queer autumn slate.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1">
        <w:r>
          <w:rPr>
            <w:color w:val="0000EE"/>
            <w:u w:val="single"/>
          </w:rPr>
          <w:t>[4]</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3">
        <w:r>
          <w:rPr>
            <w:color w:val="0000EE"/>
            <w:u w:val="single"/>
          </w:rPr>
          <w:t>[7]</w:t>
        </w:r>
      </w:hyperlink>
      <w:r>
        <w:t xml:space="preserve">- Paragraph 6: </w:t>
      </w:r>
      <w:hyperlink r:id="rId12">
        <w:r>
          <w:rPr>
            <w:color w:val="0000EE"/>
            <w:u w:val="single"/>
          </w:rPr>
          <w:t>[3]</w:t>
        </w:r>
      </w:hyperlink>
      <w:r>
        <w:t xml:space="preserve">, </w:t>
      </w:r>
      <w:hyperlink r:id="rId14">
        <w:r>
          <w:rPr>
            <w:color w:val="0000EE"/>
            <w:u w:val="single"/>
          </w:rPr>
          <w:t>[5]</w:t>
        </w:r>
      </w:hyperlink>
      <w:r>
        <w:t xml:space="preserve">- Paragraph 7: </w:t>
      </w:r>
      <w:hyperlink r:id="rId11">
        <w:r>
          <w:rPr>
            <w:color w:val="0000EE"/>
            <w:u w:val="single"/>
          </w:rPr>
          <w:t>[4]</w:t>
        </w:r>
      </w:hyperlink>
      <w:r>
        <w:t xml:space="preserve">, </w:t>
      </w:r>
      <w:hyperlink r:id="rId10">
        <w:r>
          <w:rPr>
            <w:color w:val="0000EE"/>
            <w:u w:val="single"/>
          </w:rPr>
          <w:t>[2]</w:t>
        </w:r>
      </w:hyperlink>
      <w:r>
        <w:t xml:space="preserve">- Paragraph 8: </w:t>
      </w:r>
      <w:hyperlink r:id="rId12">
        <w:r>
          <w:rPr>
            <w:color w:val="0000EE"/>
            <w:u w:val="single"/>
          </w:rPr>
          <w:t>[3]</w:t>
        </w:r>
      </w:hyperlink>
      <w:r>
        <w:t xml:space="preserve">, </w:t>
      </w:r>
      <w:hyperlink r:id="rId13">
        <w:r>
          <w:rPr>
            <w:color w:val="0000EE"/>
            <w:u w:val="single"/>
          </w:rPr>
          <w:t>[7]</w:t>
        </w:r>
      </w:hyperlink>
      <w:r>
        <w:t xml:space="preserve">- Paragraph 9: </w:t>
      </w:r>
      <w:hyperlink r:id="rId14">
        <w:r>
          <w:rPr>
            <w:color w:val="0000EE"/>
            <w:u w:val="single"/>
          </w:rPr>
          <w:t>[5]</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3">
        <w:r>
          <w:rPr>
            <w:color w:val="0000EE"/>
            <w:u w:val="single"/>
          </w:rPr>
          <w:t>[7]</w:t>
        </w:r>
      </w:hyperlink>
      <w:r>
        <w:t xml:space="preserve">- Paragraph 12: </w:t>
      </w:r>
      <w:hyperlink r:id="rId14">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https://www.queerty.com/alan-cummings-shocking-drama-a-marvel-stars-secret-queer-wedding-all-the-best-lgbtq-releases-this-week-20260909/</w:t>
        </w:r>
      </w:hyperlink>
      <w:r>
        <w:t xml:space="preserve"> - Please view link - unable to able to access data</w:t>
      </w:r>
      <w:r/>
    </w:p>
    <w:p>
      <w:pPr>
        <w:pStyle w:val="ListNumber"/>
        <w:spacing w:line="240" w:lineRule="auto"/>
        <w:ind w:left="720"/>
      </w:pPr>
      <w:r/>
      <w:hyperlink r:id="rId10">
        <w:r>
          <w:rPr>
            <w:color w:val="0000EE"/>
            <w:u w:val="single"/>
          </w:rPr>
          <w:t>https://www.rottentomatoes.com/tv/tip_toe</w:t>
        </w:r>
      </w:hyperlink>
      <w:r>
        <w:t xml:space="preserve"> - 'Tip Toe' is a British television series that premiered on Channel 4 in May 2026. The show has received positive reviews, holding a 93% rating on the Tomatometer and an 81% audience score on Rotten Tomatoes. The series stars Alan Cumming as Leo Struthers and David Morrissey as Clive Goss, exploring the escalating tensions between two neighbours in Manchester. (</w:t>
      </w:r>
      <w:hyperlink r:id="rId16">
        <w:r>
          <w:rPr>
            <w:color w:val="0000EE"/>
            <w:u w:val="single"/>
          </w:rPr>
          <w:t>rottentomatoes.com</w:t>
        </w:r>
      </w:hyperlink>
      <w:r>
        <w:t>)</w:t>
      </w:r>
      <w:r/>
    </w:p>
    <w:p>
      <w:pPr>
        <w:pStyle w:val="ListNumber"/>
        <w:spacing w:line="240" w:lineRule="auto"/>
        <w:ind w:left="720"/>
      </w:pPr>
      <w:r/>
      <w:hyperlink r:id="rId12">
        <w:r>
          <w:rPr>
            <w:color w:val="0000EE"/>
            <w:u w:val="single"/>
          </w:rPr>
          <w:t>https://www.imdb.com/title/tt35768911/</w:t>
        </w:r>
      </w:hyperlink>
      <w:r>
        <w:t xml:space="preserve"> - 'Tip Toe' is a 2026 British TV mini-series featuring Alan Cumming and David Morrissey. The series has an IMDb rating of 8.2/10, with 6.1K votes. The plot revolves around neighbours Leo, a Canal Street bar owner, and Clive, an electrician with two sons, whose lives unravel as social tensions rise, leading to dangerous hostility in their Manchester suburb. (</w:t>
      </w:r>
      <w:hyperlink r:id="rId17">
        <w:r>
          <w:rPr>
            <w:color w:val="0000EE"/>
            <w:u w:val="single"/>
          </w:rPr>
          <w:t>imdb.com</w:t>
        </w:r>
      </w:hyperlink>
      <w:r>
        <w:t>)</w:t>
      </w:r>
      <w:r/>
    </w:p>
    <w:p>
      <w:pPr>
        <w:pStyle w:val="ListNumber"/>
        <w:spacing w:line="240" w:lineRule="auto"/>
        <w:ind w:left="720"/>
      </w:pPr>
      <w:r/>
      <w:hyperlink r:id="rId11">
        <w:r>
          <w:rPr>
            <w:color w:val="0000EE"/>
            <w:u w:val="single"/>
          </w:rPr>
          <w:t>https://queerline.com/news/article.php?id=3950</w:t>
        </w:r>
      </w:hyperlink>
      <w:r>
        <w:t xml:space="preserve"> - Speculation has arisen regarding 'Black Panther' star Letitia Wright's marital status. Photos from the press night of her new play, 'The Story', at London's National Theatre show Wright posing closely with a woman named Angel-Vicki. The Instagram post from Angel-Vicki, captioned 'Happy Press Night! I’m beyond proud of you,' has since been deleted, but the images have sparked discussions about Wright's personal life. (</w:t>
      </w:r>
      <w:hyperlink r:id="rId18">
        <w:r>
          <w:rPr>
            <w:color w:val="0000EE"/>
            <w:u w:val="single"/>
          </w:rPr>
          <w:t>queerline.com</w:t>
        </w:r>
      </w:hyperlink>
      <w:r>
        <w:t>)</w:t>
      </w:r>
      <w:r/>
    </w:p>
    <w:p>
      <w:pPr>
        <w:pStyle w:val="ListNumber"/>
        <w:spacing w:line="240" w:lineRule="auto"/>
        <w:ind w:left="720"/>
      </w:pPr>
      <w:r/>
      <w:hyperlink r:id="rId14">
        <w:r>
          <w:rPr>
            <w:color w:val="0000EE"/>
            <w:u w:val="single"/>
          </w:rPr>
          <w:t>https://www.rottentomatoes.com/tv/tip_toe/s01/e01</w:t>
        </w:r>
      </w:hyperlink>
      <w:r>
        <w:t xml:space="preserve"> - The first episode of 'Tip Toe' aired on May 31, 2026. In this episode, a minor feud escalates into danger when Leo gives his next-door neighbour Clive his spare key. Leo fights to defend the safety of one of his bar staff, while Clive searches for employment and realises that Leo might be the answer to his problems. (</w:t>
      </w:r>
      <w:hyperlink r:id="rId19">
        <w:r>
          <w:rPr>
            <w:color w:val="0000EE"/>
            <w:u w:val="single"/>
          </w:rPr>
          <w:t>rottentomatoes.com</w:t>
        </w:r>
      </w:hyperlink>
      <w:r>
        <w:t>)</w:t>
      </w:r>
      <w:r/>
    </w:p>
    <w:p>
      <w:pPr>
        <w:pStyle w:val="ListNumber"/>
        <w:spacing w:line="240" w:lineRule="auto"/>
        <w:ind w:left="720"/>
      </w:pPr>
      <w:r/>
      <w:hyperlink r:id="rId15">
        <w:r>
          <w:rPr>
            <w:color w:val="0000EE"/>
            <w:u w:val="single"/>
          </w:rPr>
          <w:t>https://www.rottentomatoes.com/tv/tip_toe/s01/e03</w:t>
        </w:r>
      </w:hyperlink>
      <w:r>
        <w:t xml:space="preserve"> - The third episode of 'Tip Toe' aired on June 7, 2026. In this episode, Leo and Clive's relationship continues to deteriorate as their world becomes a minefield of lies and violence, leading to terrifying results. The episode delves deeper into the complexities of their feud and its impact on their lives. (</w:t>
      </w:r>
      <w:hyperlink r:id="rId20">
        <w:r>
          <w:rPr>
            <w:color w:val="0000EE"/>
            <w:u w:val="single"/>
          </w:rPr>
          <w:t>rottentomatoes.com</w:t>
        </w:r>
      </w:hyperlink>
      <w:r>
        <w:t>)</w:t>
      </w:r>
      <w:r/>
    </w:p>
    <w:p>
      <w:pPr>
        <w:pStyle w:val="ListNumber"/>
        <w:spacing w:line="240" w:lineRule="auto"/>
        <w:ind w:left="720"/>
      </w:pPr>
      <w:r/>
      <w:hyperlink r:id="rId13">
        <w:r>
          <w:rPr>
            <w:color w:val="0000EE"/>
            <w:u w:val="single"/>
          </w:rPr>
          <w:t>https://www.moviefone.com/tv-shows/tip-toe/sCji1h1NCA5DWW3PNI6Q93/</w:t>
        </w:r>
      </w:hyperlink>
      <w:r>
        <w:t xml:space="preserve"> - 'Tip Toe' is a 2026 British TV series that ended after one season. The series stars Alan Cumming and David Morrissey, with Elizabeth Berrington also in the cast. The show is available for streaming on the Starz Roku Premium Channel. The series explores the escalating tensions between neighbours Leo and Clive in Manchester, delving into themes of prejudice and societal divisions. (</w:t>
      </w:r>
      <w:hyperlink r:id="rId21">
        <w:r>
          <w:rPr>
            <w:color w:val="0000EE"/>
            <w:u w:val="single"/>
          </w:rPr>
          <w:t>moviefone.com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alan-cummings-shocking-drama-a-marvel-stars-secret-queer-wedding-all-the-best-lgbtq-releases-this-week-20260909/" TargetMode="External"/><Relationship Id="rId10" Type="http://schemas.openxmlformats.org/officeDocument/2006/relationships/hyperlink" Target="https://www.rottentomatoes.com/tv/tip_toe" TargetMode="External"/><Relationship Id="rId11" Type="http://schemas.openxmlformats.org/officeDocument/2006/relationships/hyperlink" Target="https://queerline.com/news/article.php?id=3950" TargetMode="External"/><Relationship Id="rId12" Type="http://schemas.openxmlformats.org/officeDocument/2006/relationships/hyperlink" Target="https://www.imdb.com/title/tt35768911/" TargetMode="External"/><Relationship Id="rId13" Type="http://schemas.openxmlformats.org/officeDocument/2006/relationships/hyperlink" Target="https://www.moviefone.com/tv-shows/tip-toe/sCji1h1NCA5DWW3PNI6Q93/" TargetMode="External"/><Relationship Id="rId14" Type="http://schemas.openxmlformats.org/officeDocument/2006/relationships/hyperlink" Target="https://www.rottentomatoes.com/tv/tip_toe/s01/e01" TargetMode="External"/><Relationship Id="rId15" Type="http://schemas.openxmlformats.org/officeDocument/2006/relationships/hyperlink" Target="https://www.rottentomatoes.com/tv/tip_toe/s01/e03" TargetMode="External"/><Relationship Id="rId16" Type="http://schemas.openxmlformats.org/officeDocument/2006/relationships/hyperlink" Target="https://www.rottentomatoes.com/tv/tip_toe?utm_source=openai" TargetMode="External"/><Relationship Id="rId17" Type="http://schemas.openxmlformats.org/officeDocument/2006/relationships/hyperlink" Target="https://www.imdb.com/title/tt35768911/?utm_source=openai" TargetMode="External"/><Relationship Id="rId18" Type="http://schemas.openxmlformats.org/officeDocument/2006/relationships/hyperlink" Target="https://queerline.com/news/article.php?id=3950&amp;utm_source=openai" TargetMode="External"/><Relationship Id="rId19" Type="http://schemas.openxmlformats.org/officeDocument/2006/relationships/hyperlink" Target="https://www.rottentomatoes.com/tv/tip_toe/s01/e01?utm_source=openai" TargetMode="External"/><Relationship Id="rId20" Type="http://schemas.openxmlformats.org/officeDocument/2006/relationships/hyperlink" Target="https://www.rottentomatoes.com/tv/tip_toe/s01/e03?utm_source=openai" TargetMode="External"/><Relationship Id="rId21" Type="http://schemas.openxmlformats.org/officeDocument/2006/relationships/hyperlink" Target="https://www.moviefone.com/tv-shows/tip-toe/sCji1h1NCA5DWW3PNI6Q93/?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