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Worth Travelling For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planning holidays around LGBTQ+ events that turn a city break into a shared experience. From Pride celebrations in New York, Amsterdam and Sao Paulo to New Year's Eve in Puerto Vallarta, these popular gatherings offer more than spectacle: they create instant community, memorable nights and a reason to return.</w:t>
      </w:r>
      <w:r/>
    </w:p>
    <w:p>
      <w:pPr>
        <w:pStyle w:val="Heading2"/>
      </w:pPr>
      <w:r>
        <w:t>The best LGBTQ+ events are about people</w:t>
      </w:r>
      <w:r/>
    </w:p>
    <w:p>
      <w:r/>
      <w:r>
        <w:t>The most compelling reason to travel for an LGBTQ+ event isn't necessarily the parade route, headline act or weather. It's the feeling of arriving somewhere and suddenly finding your people, often in a crowd that stretches far beyond the usual local scene.</w:t>
      </w:r>
      <w:r/>
    </w:p>
    <w:p>
      <w:r/>
      <w:r>
        <w:t>That sense of belonging is what GayCities readers highlighted when discussing the events worth the airfare. The atmosphere can be loud, colourful and occasionally gloriously chaotic, but the real draw is the easy connection between visitors who may have travelled thousands of miles for the same weekend.</w:t>
      </w:r>
      <w:r/>
    </w:p>
    <w:p>
      <w:pPr>
        <w:pStyle w:val="Heading2"/>
      </w:pPr>
      <w:r>
        <w:t>Pride turns city breaks into celebrations</w:t>
      </w:r>
      <w:r/>
    </w:p>
    <w:p>
      <w:r/>
      <w:r>
        <w:t>Pride remains the clearest answer for travellers searching for the best LGBTQ+ events to visit. New York, Amsterdam and Sao Paulo each offer a different flavour, from major-city spectacle to vast street celebrations and an unmistakable sense of occasion.</w:t>
      </w:r>
      <w:r/>
    </w:p>
    <w:p>
      <w:r/>
      <w:r>
        <w:t>Amsterdam WorldPride 2026 is already attracting attention among travellers looking for a major European gathering, while New York Pride offers the energy of a packed cultural capital. Sao Paulo, meanwhile, is known for its enormous scale and exuberant public celebration, making it an obvious choice for anyone who likes their Pride bold and unapologetic. Guides from Boyfriends Who Travel underline the appeal of planning these trips around the event rather than treating it as a small extra on an ordinary holiday.</w:t>
      </w:r>
      <w:r/>
    </w:p>
    <w:p>
      <w:r/>
      <w:r>
        <w:t>The practical lesson is simple: book early, especially for flights and central accommodation. Popular Pride weekends can push up prices quickly, and staying close to public transport is often more useful than paying a premium for a hotel beside the main parade.</w:t>
      </w:r>
      <w:r/>
    </w:p>
    <w:p>
      <w:pPr>
        <w:pStyle w:val="Heading2"/>
      </w:pPr>
      <w:r>
        <w:t>Choose a Pride city that matches your travel style</w:t>
      </w:r>
      <w:r/>
    </w:p>
    <w:p>
      <w:r/>
      <w:r>
        <w:t>Not every Pride destination delivers the same experience. New York suits travellers who want nightlife, museums, restaurants and a huge urban backdrop, while Amsterdam combines canal-side charm with a famously social atmosphere. Sao Paulo is a stronger fit for visitors who want scale, heat and a street party that seems to keep expanding.</w:t>
      </w:r>
      <w:r/>
    </w:p>
    <w:p>
      <w:r/>
      <w:r>
        <w:t>Berlin offers another kind of appeal. Its LGBTQ+ calendar is closely tied to the city's alternative culture, nightlife and open-minded spirit, so it can feel less like a single parade and more like a city-wide weekend of events. Sydney Mardi Gras brings its own combination of grand production, sunshine and harbour-side glamour, with a polished finish that still leaves room for plenty of fun.</w:t>
      </w:r>
      <w:r/>
    </w:p>
    <w:p>
      <w:r/>
      <w:r>
        <w:t>Before booking, check the full programme, not just the headline parade. Smaller parties, community events and daytime gatherings are often where the most relaxed conversations happen, and they can make the weekend feel more personal.</w:t>
      </w:r>
      <w:r/>
    </w:p>
    <w:p>
      <w:pPr>
        <w:pStyle w:val="Heading2"/>
      </w:pPr>
      <w:r>
        <w:t>Holiday weekends bring their own kind of magic</w:t>
      </w:r>
      <w:r/>
    </w:p>
    <w:p>
      <w:r/>
      <w:r>
        <w:t>For travellers who can't make Pride season, LGBTQ+ holiday events offer an equally strong excuse to pack a bag. New Year's Eve in Puerto Vallarta is particularly appealing because the social scene spreads across beaches, bars and clubs, creating the feeling of a shared celebration rather than one isolated event.</w:t>
      </w:r>
      <w:r/>
    </w:p>
    <w:p>
      <w:r/>
      <w:r>
        <w:t>The destination's warm weather is part of the attraction, but timing matters too. New Year's Eve is one of the busiest periods of the year, so travellers should expect higher rates and crowded venues. Booking a few dinners or ticketed parties in advance can save a last-minute scramble, while leaving some space in the diary allows room for spontaneous plans.</w:t>
      </w:r>
      <w:r/>
    </w:p>
    <w:p>
      <w:r/>
      <w:r>
        <w:t>That balance is worth protecting. The best travel memories often happen after the official event, when a quick drink turns into a long evening and nobody is in quite as much of a hurry as they were at home.</w:t>
      </w:r>
      <w:r/>
    </w:p>
    <w:p>
      <w:pPr>
        <w:pStyle w:val="Heading2"/>
      </w:pPr>
      <w:r>
        <w:t>Festivals offer more focused LGBTQ+ experiences</w:t>
      </w:r>
      <w:r/>
    </w:p>
    <w:p>
      <w:r/>
      <w:r>
        <w:t>Beyond Pride and major holidays, specialist festivals give travellers a chance to build an entire trip around a shared interest. Berlin's Pride season, for instance, appeals to visitors drawn to nightlife, club culture and a more alternative city atmosphere, according to destination guidance from Boyfriends Who Travel.</w:t>
      </w:r>
      <w:r/>
    </w:p>
    <w:p>
      <w:r/>
      <w:r>
        <w:t>Other events cater to particular communities and interests, from bear gatherings and leather weekends to Carnival celebrations and large-scale queer parties. They're often more intimate than a mega-Pride, but that can be an advantage: repeated encounters are common, and a few days in the same venues can make a new city feel surprisingly familiar.</w:t>
      </w:r>
      <w:r/>
    </w:p>
    <w:p>
      <w:r/>
      <w:r>
        <w:t>If you're choosing a festival for the first time, look closely at its audience, dress expectations and event format. Some weekends are built around daytime socialising, while others come alive after dark. A little research means fewer surprises and a much better chance of finding the experience you're actually after.</w:t>
      </w:r>
      <w:r/>
    </w:p>
    <w:p>
      <w:pPr>
        <w:pStyle w:val="Heading2"/>
      </w:pPr>
      <w:r>
        <w:t>Gay cruises create a temporary world of their own</w:t>
      </w:r>
      <w:r/>
    </w:p>
    <w:p>
      <w:r/>
      <w:r>
        <w:t>LGBTQ+ cruises remain one of the easiest ways to combine nightlife, sun and several destinations in one holiday. Once aboard, passengers share restaurants, decks, parties and excursions, so meeting people tends to happen naturally rather than requiring a carefully planned night out.</w:t>
      </w:r>
      <w:r/>
    </w:p>
    <w:p>
      <w:r/>
      <w:r>
        <w:t>That built-in social rhythm is a major part of the appeal. There are busy evenings for travellers who want music and dancing, but also quieter corners, poolside conversations and shore excursions for anyone who prefers a gentler pace. It can feel like a small, temporary world with its own routines, friendships and slightly surreal amount of sunscreen.</w:t>
      </w:r>
      <w:r/>
    </w:p>
    <w:p>
      <w:r/>
      <w:r>
        <w:t>Still, cruises aren't for everyone. Compare the itinerary, cabin location and included costs carefully, and consider whether you prefer a structured holiday or the freedom to explore one city in depth. For many travellers, though, the combination of community and convenience is hard to resist.</w:t>
      </w:r>
      <w:r/>
    </w:p>
    <w:p>
      <w:r/>
      <w:r>
        <w:t>Whether you're choosing Pride in Amsterdam, a huge Sao Paulo celebration, New Year's Eve in Puerto Vallarta or a festival in Berlin, the strongest reason to go is the same: you'll be sharing the moment with people who understand why it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https://www.gaycities.com/articles/107039/pride-folsom-carnival-or-bust-gaycities-readers-said-these-lgbtq-events-are-worth-the-travel/</w:t>
        </w:r>
      </w:hyperlink>
      <w:r>
        <w:t xml:space="preserve"> - Please view link - unable to able to access data</w:t>
      </w:r>
      <w:r/>
    </w:p>
    <w:p>
      <w:pPr>
        <w:pStyle w:val="ListNumber"/>
        <w:spacing w:line="240" w:lineRule="auto"/>
        <w:ind w:left="720"/>
      </w:pPr>
      <w:r/>
      <w:hyperlink r:id="rId10">
        <w:r>
          <w:rPr>
            <w:color w:val="0000EE"/>
            <w:u w:val="single"/>
          </w:rPr>
          <w:t>https://www.boyfriendswhotravel.com/lgbtq/amsterdam-worldpride-2026-guide</w:t>
        </w:r>
      </w:hyperlink>
      <w:r>
        <w:t xml:space="preserve"> - Amsterdam is set to host WorldPride from July 25 to August 8, 2026, celebrating 25 years of marriage equality. The event includes a Canal Parade on August 1, with hotels already 70% booked. The guide provides comprehensive information on the festivities, accommodations, and travel tips for attendees. (</w:t>
      </w:r>
      <w:hyperlink r:id="rId16">
        <w:r>
          <w:rPr>
            <w:color w:val="0000EE"/>
            <w:u w:val="single"/>
          </w:rPr>
          <w:t>boyfriendswhotravel.com</w:t>
        </w:r>
      </w:hyperlink>
      <w:r>
        <w:t>)</w:t>
      </w:r>
      <w:r/>
    </w:p>
    <w:p>
      <w:pPr>
        <w:pStyle w:val="ListNumber"/>
        <w:spacing w:line="240" w:lineRule="auto"/>
        <w:ind w:left="720"/>
      </w:pPr>
      <w:r/>
      <w:hyperlink r:id="rId12">
        <w:r>
          <w:rPr>
            <w:color w:val="0000EE"/>
            <w:u w:val="single"/>
          </w:rPr>
          <w:t>https://www.boyfriendswhotravel.com/lgbtq/sao-paulo-pride-guide</w:t>
        </w:r>
      </w:hyperlink>
      <w:r>
        <w:t xml:space="preserve"> - São Paulo's Pride parade is renowned for its massive scale, attracting 3-5 million attendees annually. The event is deeply political, emphasizing racial diversity and ongoing queer-rights activism. Avenida Paulista transforms into a vibrant celebration of LGBTQ+ rights and culture. (</w:t>
      </w:r>
      <w:hyperlink r:id="rId17">
        <w:r>
          <w:rPr>
            <w:color w:val="0000EE"/>
            <w:u w:val="single"/>
          </w:rPr>
          <w:t>boyfriendswhotravel.com</w:t>
        </w:r>
      </w:hyperlink>
      <w:r>
        <w:t>)</w:t>
      </w:r>
      <w:r/>
    </w:p>
    <w:p>
      <w:pPr>
        <w:pStyle w:val="ListNumber"/>
        <w:spacing w:line="240" w:lineRule="auto"/>
        <w:ind w:left="720"/>
      </w:pPr>
      <w:r/>
      <w:hyperlink r:id="rId11">
        <w:r>
          <w:rPr>
            <w:color w:val="0000EE"/>
            <w:u w:val="single"/>
          </w:rPr>
          <w:t>https://www.boyfriendswhotravel.com/lgbtq/nyc-pride-guide</w:t>
        </w:r>
      </w:hyperlink>
      <w:r>
        <w:t xml:space="preserve"> - New York City's Pride is celebrated for its historical significance, tracing back to the Stonewall Uprising. The event features a grand parade, Pier Dance, Folsom East (kink/leather), and various queer venue parties. Accommodation should be booked well in advance due to high demand. (</w:t>
      </w:r>
      <w:hyperlink r:id="rId17">
        <w:r>
          <w:rPr>
            <w:color w:val="0000EE"/>
            <w:u w:val="single"/>
          </w:rPr>
          <w:t>boyfriendswhotravel.com</w:t>
        </w:r>
      </w:hyperlink>
      <w:r>
        <w:t>)</w:t>
      </w:r>
      <w:r/>
    </w:p>
    <w:p>
      <w:pPr>
        <w:pStyle w:val="ListNumber"/>
        <w:spacing w:line="240" w:lineRule="auto"/>
        <w:ind w:left="720"/>
      </w:pPr>
      <w:r/>
      <w:hyperlink r:id="rId13">
        <w:r>
          <w:rPr>
            <w:color w:val="0000EE"/>
            <w:u w:val="single"/>
          </w:rPr>
          <w:t>https://www.boyfriendswhotravel.com/lgbtq/puerto-vallarta-new-years-eve-guide</w:t>
        </w:r>
      </w:hyperlink>
      <w:r>
        <w:t xml:space="preserve"> - Puerto Vallarta offers vibrant New Year's Eve celebrations, including beach parties, pool events, and fireworks. The city's gay-friendly venues host circuit parties and special events, making it a top destination for LGBTQ+ travelers during the holiday season. (</w:t>
      </w:r>
      <w:hyperlink r:id="rId18">
        <w:r>
          <w:rPr>
            <w:color w:val="0000EE"/>
            <w:u w:val="single"/>
          </w:rPr>
          <w:t>gaypv.com</w:t>
        </w:r>
      </w:hyperlink>
      <w:r>
        <w:t>)</w:t>
      </w:r>
      <w:r/>
    </w:p>
    <w:p>
      <w:pPr>
        <w:pStyle w:val="ListNumber"/>
        <w:spacing w:line="240" w:lineRule="auto"/>
        <w:ind w:left="720"/>
      </w:pPr>
      <w:r/>
      <w:hyperlink r:id="rId14">
        <w:r>
          <w:rPr>
            <w:color w:val="0000EE"/>
            <w:u w:val="single"/>
          </w:rPr>
          <w:t>https://www.boyfriendswhotravel.com/lgbtq/berlin-pride-guide</w:t>
        </w:r>
      </w:hyperlink>
      <w:r>
        <w:t xml:space="preserve"> - Berlin Pride (CSD) is celebrated for its electrifying political activism and techno-fueled street parties. The event combines protest and celebration, reflecting the city's commitment to LGBTQ+ rights and culture. (</w:t>
      </w:r>
      <w:hyperlink r:id="rId17">
        <w:r>
          <w:rPr>
            <w:color w:val="0000EE"/>
            <w:u w:val="single"/>
          </w:rPr>
          <w:t>boyfriendswhotravel.com</w:t>
        </w:r>
      </w:hyperlink>
      <w:r>
        <w:t>)</w:t>
      </w:r>
      <w:r/>
    </w:p>
    <w:p>
      <w:pPr>
        <w:pStyle w:val="ListNumber"/>
        <w:spacing w:line="240" w:lineRule="auto"/>
        <w:ind w:left="720"/>
      </w:pPr>
      <w:r/>
      <w:hyperlink r:id="rId15">
        <w:r>
          <w:rPr>
            <w:color w:val="0000EE"/>
            <w:u w:val="single"/>
          </w:rPr>
          <w:t>https://www.boyfriendswhotravel.com/lgbtq/sydney-mardi-gras-guide</w:t>
        </w:r>
      </w:hyperlink>
      <w:r>
        <w:t xml:space="preserve"> - Sydney's Mardi Gras is renowned as the best Pride event in the Southern Hemisphere, featuring vibrant parades, parties, and cultural celebrations. The event showcases Australia's diverse LGBTQ+ community and its rich cultural heritage. (</w:t>
      </w:r>
      <w:hyperlink r:id="rId17">
        <w:r>
          <w:rPr>
            <w:color w:val="0000EE"/>
            <w:u w:val="single"/>
          </w:rPr>
          <w:t>boyfriendswhotravel.com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039/pride-folsom-carnival-or-bust-gaycities-readers-said-these-lgbtq-events-are-worth-the-travel/" TargetMode="External"/><Relationship Id="rId10" Type="http://schemas.openxmlformats.org/officeDocument/2006/relationships/hyperlink" Target="https://www.boyfriendswhotravel.com/lgbtq/amsterdam-worldpride-2026-guide" TargetMode="External"/><Relationship Id="rId11" Type="http://schemas.openxmlformats.org/officeDocument/2006/relationships/hyperlink" Target="https://www.boyfriendswhotravel.com/lgbtq/nyc-pride-guide" TargetMode="External"/><Relationship Id="rId12" Type="http://schemas.openxmlformats.org/officeDocument/2006/relationships/hyperlink" Target="https://www.boyfriendswhotravel.com/lgbtq/sao-paulo-pride-guide" TargetMode="External"/><Relationship Id="rId13" Type="http://schemas.openxmlformats.org/officeDocument/2006/relationships/hyperlink" Target="https://www.boyfriendswhotravel.com/lgbtq/puerto-vallarta-new-years-eve-guide" TargetMode="External"/><Relationship Id="rId14" Type="http://schemas.openxmlformats.org/officeDocument/2006/relationships/hyperlink" Target="https://www.boyfriendswhotravel.com/lgbtq/berlin-pride-guide" TargetMode="External"/><Relationship Id="rId15" Type="http://schemas.openxmlformats.org/officeDocument/2006/relationships/hyperlink" Target="https://www.boyfriendswhotravel.com/lgbtq/sydney-mardi-gras-guide" TargetMode="External"/><Relationship Id="rId16" Type="http://schemas.openxmlformats.org/officeDocument/2006/relationships/hyperlink" Target="https://www.boyfriendswhotravel.com/lgbtq/amsterdam-worldpride-2026-guide?utm_source=openai" TargetMode="External"/><Relationship Id="rId17" Type="http://schemas.openxmlformats.org/officeDocument/2006/relationships/hyperlink" Target="https://www.boyfriendswhotravel.com/lgbtq?utm_source=openai" TargetMode="External"/><Relationship Id="rId18" Type="http://schemas.openxmlformats.org/officeDocument/2006/relationships/hyperlink" Target="https://gaypv.com/gay-bar/2026-puerto-vallarta-new-years-eve-events-the-ultimate-gay-circuit-gui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