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Newport Pride 2026 Parade, Tickets and Timings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heading to Newport Pride 2026 can expect a free city-centre parade, live entertainment and a ticketed festival beside the Riverfront Theatre on Saturday, 5 September. With a longer route, family facilities and calmer access arrangements, planning ahead will make the day far easier to enjoy.</w:t>
      </w:r>
      <w:r/>
    </w:p>
    <w:p>
      <w:pPr>
        <w:pStyle w:val="Heading2"/>
      </w:pPr>
      <w:r>
        <w:t>Essential Takeaways</w:t>
      </w:r>
      <w:r/>
      <w:r/>
    </w:p>
    <w:p>
      <w:pPr>
        <w:pStyle w:val="ListBullet"/>
        <w:spacing w:line="240" w:lineRule="auto"/>
        <w:ind w:left="720"/>
      </w:pPr>
      <w:r/>
      <w:r>
        <w:rPr>
          <w:b/>
        </w:rPr>
        <w:t>Parade starts at 11am:</w:t>
      </w:r>
      <w:r>
        <w:t xml:space="preserve"> Gather at John Frost Square from 10.30am; no ticket is needed.</w:t>
      </w:r>
      <w:r/>
    </w:p>
    <w:p>
      <w:pPr>
        <w:pStyle w:val="ListBullet"/>
        <w:spacing w:line="240" w:lineRule="auto"/>
        <w:ind w:left="720"/>
      </w:pPr>
      <w:r/>
      <w:r>
        <w:rPr>
          <w:b/>
        </w:rPr>
        <w:t>Festival entry is separate:</w:t>
      </w:r>
      <w:r>
        <w:t xml:space="preserve"> A free advance ticket and valid identification are required for the main event area.</w:t>
      </w:r>
      <w:r/>
    </w:p>
    <w:p>
      <w:pPr>
        <w:pStyle w:val="ListBullet"/>
        <w:spacing w:line="240" w:lineRule="auto"/>
        <w:ind w:left="720"/>
      </w:pPr>
      <w:r/>
      <w:r>
        <w:rPr>
          <w:b/>
        </w:rPr>
        <w:t>Riverfront Theatre is the hub:</w:t>
      </w:r>
      <w:r>
        <w:t xml:space="preserve"> Expect the main stage, food, drinks, family activities and accessibility support there.</w:t>
      </w:r>
      <w:r/>
    </w:p>
    <w:p>
      <w:pPr>
        <w:pStyle w:val="ListBullet"/>
        <w:spacing w:line="240" w:lineRule="auto"/>
        <w:ind w:left="720"/>
      </w:pPr>
      <w:r/>
      <w:r>
        <w:rPr>
          <w:b/>
        </w:rPr>
        <w:t>Calmer access is built in:</w:t>
      </w:r>
      <w:r>
        <w:t xml:space="preserve"> A quiet hour runs from 11am to noon, with a permanent quiet zone available afterwards.</w:t>
      </w:r>
      <w:r/>
    </w:p>
    <w:p>
      <w:pPr>
        <w:pStyle w:val="ListBullet"/>
        <w:spacing w:line="240" w:lineRule="auto"/>
        <w:ind w:left="720"/>
      </w:pPr>
      <w:r/>
      <w:r>
        <w:rPr>
          <w:b/>
        </w:rPr>
        <w:t>Dogs are allowed, but think carefully:</w:t>
      </w:r>
      <w:r>
        <w:t xml:space="preserve"> Crowds and noise may unsettle pets, so assistance dogs are the clearest exception.</w:t>
      </w:r>
      <w:r/>
      <w:r/>
    </w:p>
    <w:p>
      <w:pPr>
        <w:pStyle w:val="Heading2"/>
      </w:pPr>
      <w:r>
        <w:t>Newport Pride 2026 brings UK Pride to Wales</w:t>
      </w:r>
      <w:r/>
    </w:p>
    <w:p>
      <w:r/>
      <w:r>
        <w:t>Newport will host UK Pride 2026 on Saturday, 5 September, turning the city centre into a colourful network of celebration sites. The community-led Pride in the Port programme will include a parade, performances, stalls and family activities, with the Riverfront Theatre acting as the main festival base.</w:t>
      </w:r>
      <w:r/>
    </w:p>
    <w:p>
      <w:r/>
      <w:r>
        <w:t>The event follows the wider Newport Pride programme promoted by Newport Pride RI, which has helped establish the city as a regular gathering point for LGBTQ+ communities and allies. For visitors, that means a day that feels less like a single fenced-off festival and more like a city-wide occasion.</w:t>
      </w:r>
      <w:r/>
    </w:p>
    <w:p>
      <w:r/>
      <w:r>
        <w:t>The parade is free to join and will begin at John Frost Square. Participants should arrive from 10.30am, with the procession scheduled to leave at 11am and finish near the main stage.</w:t>
      </w:r>
      <w:r/>
    </w:p>
    <w:p>
      <w:pPr>
        <w:pStyle w:val="Heading2"/>
      </w:pPr>
      <w:r>
        <w:t>How to watch or join the parade</w:t>
      </w:r>
      <w:r/>
    </w:p>
    <w:p>
      <w:r/>
      <w:r>
        <w:t>This year's route is expected to be longer than previous versions, although organisers say it will move at a gentle pace. The complete route is due to appear in the official event guide, so checking the latest information before travelling is sensible.</w:t>
      </w:r>
      <w:r/>
    </w:p>
    <w:p>
      <w:r/>
      <w:r>
        <w:t>Anyone attending only the parade doesn't need a ticket. Spectators should also note the advice to turn away before the underpass at the top of High Street, close to Le Pub, if they aren't continuing towards the main festival area.</w:t>
      </w:r>
      <w:r/>
    </w:p>
    <w:p>
      <w:r/>
      <w:r>
        <w:t>That distinction matters. The parade is open to everyone, but watching it doesn't automatically grant access to the ticketed site. It's worth explaining this to younger visitors too, particularly if the day includes a large group with different plans.</w:t>
      </w:r>
      <w:r/>
    </w:p>
    <w:p>
      <w:pPr>
        <w:pStyle w:val="Heading2"/>
      </w:pPr>
      <w:r>
        <w:t>Tickets, timings and what to expect on site</w:t>
      </w:r>
      <w:r/>
    </w:p>
    <w:p>
      <w:r/>
      <w:r>
        <w:t>The main festival area beside the Riverfront Theatre opens at 11am, with final admission at 8.30pm and the event due to end at 9pm. Entry is free, but visitors must claim an advance pass through the event's Eventbrite booking page and bring valid identification.</w:t>
      </w:r>
      <w:r/>
    </w:p>
    <w:p>
      <w:r/>
      <w:r>
        <w:t>Inside, there will be a main stage with performances and speeches, plus food and a licensed bar. Newport City Radio will also run entertainment at Friars Walk from midday, while market stalls are planned for the Kingsway Centre, Friars Walk, Usk Plaza and the Riverfront.</w:t>
      </w:r>
      <w:r/>
    </w:p>
    <w:p>
      <w:r/>
      <w:r>
        <w:t>The official Newport Pride RI listings also point to a broader calendar of related activity, including ceremonies and evening events. So if you're making a weekend of it, check each listing separately rather than assuming one festival ticket covers everything.</w:t>
      </w:r>
      <w:r/>
    </w:p>
    <w:p>
      <w:pPr>
        <w:pStyle w:val="Heading2"/>
      </w:pPr>
      <w:r>
        <w:t>Family-friendly and accessible plans make a difference</w:t>
      </w:r>
      <w:r/>
    </w:p>
    <w:p>
      <w:r/>
      <w:r>
        <w:t>A quiet hour from 11am to noon will reduce loud music, flashing lights and announcement volume. A dedicated quiet zone will then remain open in Workshop 3 at the Riverfront Theatre, offering a useful retreat when the main festival becomes too intense.</w:t>
      </w:r>
      <w:r/>
    </w:p>
    <w:p>
      <w:r/>
      <w:r>
        <w:t>British Sign Language interpretation is planned for the entire main-stage programme, including speeches and performances. That's a welcome detail, because accessibility works best when it's built into the full day rather than treated as an occasional extra.</w:t>
      </w:r>
      <w:r/>
    </w:p>
    <w:p>
      <w:r/>
      <w:r>
        <w:t>Families can also use the youth and family zone inside the theatre, where free films, snacks and crafts will be available. Toilets will be provided in the theatre, with additional portable facilities around the wider festival area.</w:t>
      </w:r>
      <w:r/>
    </w:p>
    <w:p>
      <w:pPr>
        <w:pStyle w:val="Heading2"/>
      </w:pPr>
      <w:r>
        <w:t>Smart planning tips for a smoother Pride day</w:t>
      </w:r>
      <w:r/>
    </w:p>
    <w:p>
      <w:r/>
      <w:r>
        <w:t>Bring your ticket confirmation, identification and comfortable footwear, especially if you're joining the longer parade route before walking between city-centre locations. Free bottled water will be available, but a hat, sun cream and weather-appropriate clothing are sensible additions if the forecast turns bright.</w:t>
      </w:r>
      <w:r/>
    </w:p>
    <w:p>
      <w:r/>
      <w:r>
        <w:t>Dogs can attend the parade and event, but organisers recommend leaving them at home because crowds, noise and unfamiliar surroundings can be stressful. If you do bring one, it must stay on a short lead, with one dog per person, and owners are responsible for cleaning up.</w:t>
      </w:r>
      <w:r/>
    </w:p>
    <w:p>
      <w:r/>
      <w:r>
        <w:t>Finally, allow extra time for entry and follow steward instructions. Newport Pride 2026 is designed to spread energy across the city, but a little preparation will help you enjoy the colour, music and human warmth without spending the day searching for the right gate.</w:t>
      </w:r>
      <w:r/>
    </w:p>
    <w:p>
      <w:r/>
      <w:r>
        <w:t>It's a small amount of planning for a much more relaxed Pride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5">
        <w:r>
          <w:rPr>
            <w:color w:val="0000EE"/>
            <w:u w:val="single"/>
          </w:rPr>
          <w:t>[6]</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https://www.southwalesargus.co.uk/news/26520663.newport-pride-2026-guide-parade-tickets-timings/?ref=rss</w:t>
        </w:r>
      </w:hyperlink>
      <w:r>
        <w:t xml:space="preserve"> - Please view link - unable to able to access data</w:t>
      </w:r>
      <w:r/>
    </w:p>
    <w:p>
      <w:pPr>
        <w:pStyle w:val="ListNumber"/>
        <w:spacing w:line="240" w:lineRule="auto"/>
        <w:ind w:left="720"/>
      </w:pPr>
      <w:r/>
      <w:hyperlink r:id="rId10">
        <w:r>
          <w:rPr>
            <w:color w:val="0000EE"/>
            <w:u w:val="single"/>
          </w:rPr>
          <w:t>https://happeningnext.com/event/pride-in-the-port-hosting-uk-pride-2026-eid1ef0l1pqtpmr</w:t>
        </w:r>
      </w:hyperlink>
      <w:r>
        <w:t xml:space="preserve"> - Pride in the Port is hosting UK Pride 2026 in Newport, Wales, on Saturday, September 5, 2026. The event includes a parade starting at 11:00 am from John Frost Square, with no ticket required for parade participation. The main stage area opens at 11:00 am, requiring free tickets with valid ID. A quiet hour is scheduled from 11:00 am to 12:00 pm. Additional details about the event's schedule and facilities are provided.</w:t>
      </w:r>
      <w:r/>
    </w:p>
    <w:p>
      <w:pPr>
        <w:pStyle w:val="ListNumber"/>
        <w:spacing w:line="240" w:lineRule="auto"/>
        <w:ind w:left="720"/>
      </w:pPr>
      <w:r/>
      <w:hyperlink r:id="rId11">
        <w:r>
          <w:rPr>
            <w:color w:val="0000EE"/>
            <w:u w:val="single"/>
          </w:rPr>
          <w:t>https://www.goc.org.uk/event/uk-pride-2026-newport/</w:t>
        </w:r>
      </w:hyperlink>
      <w:r>
        <w:t xml:space="preserve"> - The Gay Outdoor Club (GOC) is participating in UK Pride 2026 in Newport, Wales, on Saturday, September 5, 2026. The parade departs from John Frost Square/Friars Walk Shopping Centre at 11:00 am, concluding at The Steel Wave, Riverfront, led by a Samba band. Attendees are advised to meet from 10:30 am. Free tickets are required to enter the main stage area and must be booked through the UK Pride Facebook page, presented with valid ID.</w:t>
      </w:r>
      <w:r/>
    </w:p>
    <w:p>
      <w:pPr>
        <w:pStyle w:val="ListNumber"/>
        <w:spacing w:line="240" w:lineRule="auto"/>
        <w:ind w:left="720"/>
      </w:pPr>
      <w:r/>
      <w:hyperlink r:id="rId12">
        <w:r>
          <w:rPr>
            <w:color w:val="0000EE"/>
            <w:u w:val="single"/>
          </w:rPr>
          <w:t>https://www.newportprideri.org/festivalandparade</w:t>
        </w:r>
      </w:hyperlink>
      <w:r>
        <w:t xml:space="preserve"> - Newport Pride is organising a Festival &amp; Parade on June 27, 2026, in Newport, Rhode Island. The Pride Parade begins at 11:00 am from the Great Friends Meeting House, proceeding through historic Newport landmarks. The Pride Festival runs from 12:00 pm to 5:00 pm, featuring vendors, performances, food trucks, and entertainment. The event is open to all, with opportunities for businesses, groups, or organisations to participate by reaching out to events@newportprideri.org.</w:t>
      </w:r>
      <w:r/>
    </w:p>
    <w:p>
      <w:pPr>
        <w:pStyle w:val="ListNumber"/>
        <w:spacing w:line="240" w:lineRule="auto"/>
        <w:ind w:left="720"/>
      </w:pPr>
      <w:r/>
      <w:hyperlink r:id="rId14">
        <w:r>
          <w:rPr>
            <w:color w:val="0000EE"/>
            <w:u w:val="single"/>
          </w:rPr>
          <w:t>https://www.newportprideri.org/event-details/pride-afterdark-sailors-sirens</w:t>
        </w:r>
      </w:hyperlink>
      <w:r>
        <w:t xml:space="preserve"> - Newport Pride is hosting 'Pride Afterdark: Sailors &amp; Sirens' on June 27, 2026, at The Quencher in Newport, Rhode Island. The event starts at 9:00 pm and continues until 1:00 am. Attendees can enjoy a nautical and ethereal atmosphere with DJ Alexandra spinning high-energy beats on the Lower Deck and a Rooftop Grotto for relaxation. Smoking is permitted on the Rooftop Grotto. Tickets are available at the door, with additional details provided on the event page.</w:t>
      </w:r>
      <w:r/>
    </w:p>
    <w:p>
      <w:pPr>
        <w:pStyle w:val="ListNumber"/>
        <w:spacing w:line="240" w:lineRule="auto"/>
        <w:ind w:left="720"/>
      </w:pPr>
      <w:r/>
      <w:hyperlink r:id="rId15">
        <w:r>
          <w:rPr>
            <w:color w:val="0000EE"/>
            <w:u w:val="single"/>
          </w:rPr>
          <w:t>https://www.newportshipyard.com/events/sail-for-pride-2026</w:t>
        </w:r>
      </w:hyperlink>
      <w:r>
        <w:t xml:space="preserve"> - Sail Newport is organising 'Sail for Pride 2026' on Saturday, September 26, 2026, at Sail Newport, 72 Fort Adams Drive, Newport, Rhode Island. The event includes a sailing race to support four charities: Warrior Sailing, Tunnel to Towers Foundation, Folds of Honor, and Sail Newport. Boats 22′ LOA and larger are eligible to participate. After racing, a regatta social will be held at Safe Harbor Newport Shipyard, with event shirts available for purchase.</w:t>
      </w:r>
      <w:r/>
    </w:p>
    <w:p>
      <w:pPr>
        <w:pStyle w:val="ListNumber"/>
        <w:spacing w:line="240" w:lineRule="auto"/>
        <w:ind w:left="720"/>
      </w:pPr>
      <w:r/>
      <w:hyperlink r:id="rId13">
        <w:r>
          <w:rPr>
            <w:color w:val="0000EE"/>
            <w:u w:val="single"/>
          </w:rPr>
          <w:t>https://www.newportprideri.org/event-details/newport-pride-flag-raising-ceremony</w:t>
        </w:r>
      </w:hyperlink>
      <w:r>
        <w:t xml:space="preserve"> - Newport Pride is hosting its annual Pride Flag Raising Ceremony on June 2, 2026, at Newport City Hall, 43 Broadway, Newport, Rhode Island. The event begins at 5:30 pm on the steps of City Hall, featuring a Pride Month proclamation from Mayor Charlie Holder, a performance from Newport's Quorus, and speeches from community members. Attendees are invited to meet at Equality Park with their pride flags at 5:00 pm to march to City Hall.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uthwalesargus.co.uk/news/26520663.newport-pride-2026-guide-parade-tickets-timings/?ref=rss" TargetMode="External"/><Relationship Id="rId10" Type="http://schemas.openxmlformats.org/officeDocument/2006/relationships/hyperlink" Target="https://happeningnext.com/event/pride-in-the-port-hosting-uk-pride-2026-eid1ef0l1pqtpmr" TargetMode="External"/><Relationship Id="rId11" Type="http://schemas.openxmlformats.org/officeDocument/2006/relationships/hyperlink" Target="https://www.goc.org.uk/event/uk-pride-2026-newport/" TargetMode="External"/><Relationship Id="rId12" Type="http://schemas.openxmlformats.org/officeDocument/2006/relationships/hyperlink" Target="https://www.newportprideri.org/festivalandparade" TargetMode="External"/><Relationship Id="rId13" Type="http://schemas.openxmlformats.org/officeDocument/2006/relationships/hyperlink" Target="https://www.newportprideri.org/event-details/newport-pride-flag-raising-ceremony" TargetMode="External"/><Relationship Id="rId14" Type="http://schemas.openxmlformats.org/officeDocument/2006/relationships/hyperlink" Target="https://www.newportprideri.org/event-details/pride-afterdark-sailors-sirens" TargetMode="External"/><Relationship Id="rId15" Type="http://schemas.openxmlformats.org/officeDocument/2006/relationships/hyperlink" Target="https://www.newportshipyard.com/events/sail-for-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