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Ministry with LGBTQIA Youth for Inclusive Churches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leaders, parents and youth workers are taking a fresh look at how to support LGBTQIA young people, as Cody J. Sanders’ updated guide arrives amid renewed public debate. The concise book offers practical language, pastoral advice and a useful resource list for communities hoping to make welcome feel genuine, safe and lived rather than simply printed on a noticeboard.</w:t>
      </w:r>
      <w:r/>
    </w:p>
    <w:p>
      <w:pPr>
        <w:pStyle w:val="Heading2"/>
      </w:pPr>
      <w:r>
        <w:t>Essential Takeaways</w:t>
      </w:r>
      <w:r/>
      <w:r/>
    </w:p>
    <w:p>
      <w:pPr>
        <w:pStyle w:val="ListBullet"/>
        <w:spacing w:line="240" w:lineRule="auto"/>
        <w:ind w:left="720"/>
      </w:pPr>
      <w:r/>
      <w:r>
        <w:rPr>
          <w:b/>
        </w:rPr>
        <w:t>A practical update:</w:t>
      </w:r>
      <w:r>
        <w:t xml:space="preserve"> Cody J. Sanders’ revised guide builds on the original edition with today’s changing social and political climate in mind.</w:t>
      </w:r>
      <w:r/>
    </w:p>
    <w:p>
      <w:pPr>
        <w:pStyle w:val="ListBullet"/>
        <w:spacing w:line="240" w:lineRule="auto"/>
        <w:ind w:left="720"/>
      </w:pPr>
      <w:r/>
      <w:r>
        <w:rPr>
          <w:b/>
        </w:rPr>
        <w:t>Clearer language:</w:t>
      </w:r>
      <w:r>
        <w:t xml:space="preserve"> It explains gender identity, sexual or affectional orientation and LGBTQIA terminology without pretending the subject is static.</w:t>
      </w:r>
      <w:r/>
    </w:p>
    <w:p>
      <w:pPr>
        <w:pStyle w:val="ListBullet"/>
        <w:spacing w:line="240" w:lineRule="auto"/>
        <w:ind w:left="720"/>
      </w:pPr>
      <w:r/>
      <w:r>
        <w:rPr>
          <w:b/>
        </w:rPr>
        <w:t>Beyond the young person:</w:t>
      </w:r>
      <w:r>
        <w:t xml:space="preserve"> Guidance covers conversations with families, pastoral relationships and mentoring, not just youth-group policy.</w:t>
      </w:r>
      <w:r/>
    </w:p>
    <w:p>
      <w:pPr>
        <w:pStyle w:val="ListBullet"/>
        <w:spacing w:line="240" w:lineRule="auto"/>
        <w:ind w:left="720"/>
      </w:pPr>
      <w:r/>
      <w:r>
        <w:rPr>
          <w:b/>
        </w:rPr>
        <w:t>A wider lens:</w:t>
      </w:r>
      <w:r>
        <w:t xml:space="preserve"> The book also considers queer neurodiversity and the overlapping support needs some young people may have.</w:t>
      </w:r>
      <w:r/>
    </w:p>
    <w:p>
      <w:pPr>
        <w:pStyle w:val="ListBullet"/>
        <w:spacing w:line="240" w:lineRule="auto"/>
        <w:ind w:left="720"/>
      </w:pPr>
      <w:r/>
      <w:r>
        <w:rPr>
          <w:b/>
        </w:rPr>
        <w:t>Useful next steps:</w:t>
      </w:r>
      <w:r>
        <w:t xml:space="preserve"> An appendix points readers towards national and local resources, making the book easier to use beyond the page.</w:t>
      </w:r>
      <w:r/>
      <w:r/>
    </w:p>
    <w:p>
      <w:pPr>
        <w:pStyle w:val="Heading2"/>
      </w:pPr>
      <w:r>
        <w:t>Why this guide matters now</w:t>
      </w:r>
      <w:r/>
    </w:p>
    <w:p>
      <w:r/>
      <w:r>
        <w:t>The sharpest question in this book isn't simply whether a church welcomes LGBTQIA young people. It's whether that welcome holds when conversations become difficult, families disagree or public pressure rises.</w:t>
      </w:r>
      <w:r/>
    </w:p>
    <w:p>
      <w:r/>
      <w:r>
        <w:t>That distinction matters. A rainbow poster can be warm and reassuring, but young people usually discover whether a community is genuinely safe through quieter moments: how a leader responds to a question, whether privacy is respected and whether a parent is met with patience rather than panic. The updated edition arrives into precisely that unsettled space.</w:t>
      </w:r>
      <w:r/>
    </w:p>
    <w:p>
      <w:r/>
      <w:r>
        <w:t>The book is by Cody J. Sanders, an ordained Baptist pastor and professor at Luther Seminary. Apple Books and other listings identify it as a compact, accessible volume, while the review published by Word&amp;Way describes an updated edition running to 117 pages. That makes it less of a dense academic study and more of a practical companion for people who need help before, or during, a real conversation.</w:t>
      </w:r>
      <w:r/>
    </w:p>
    <w:p>
      <w:pPr>
        <w:pStyle w:val="Heading2"/>
      </w:pPr>
      <w:r>
        <w:t>A plain-speaking introduction to identity and language</w:t>
      </w:r>
      <w:r/>
    </w:p>
    <w:p>
      <w:r/>
      <w:r>
        <w:t>One of the guide's early strengths is its willingness to slow down over terminology. Words change, communities use terms differently and no acronym can capture every person's experience. For a busy youth leader, that reminder is useful because confidence can easily become overconfidence.</w:t>
      </w:r>
      <w:r/>
    </w:p>
    <w:p>
      <w:r/>
      <w:r>
        <w:t>The guide separates gender identity and expression from sexual or affectional orientation, rather than treating them as one broad subject. That basic distinction is easy to overlook, yet it can prevent clumsy questions and help adults listen more carefully.</w:t>
      </w:r>
      <w:r/>
    </w:p>
    <w:p>
      <w:r/>
      <w:r>
        <w:t>Reviews and book listings from Bob Cornwall, Believe Out Loud and Goodreads position the title as an introductory resource rather than a specialist textbook. That's good news for readers who may feel underprepared. You don't need to arrive with perfect vocabulary; you do need the humility to keep learning and to avoid making a young person educate the room while asking for support.</w:t>
      </w:r>
      <w:r/>
    </w:p>
    <w:p>
      <w:pPr>
        <w:pStyle w:val="Heading2"/>
      </w:pPr>
      <w:r>
        <w:t>The most useful advice may be about relationships</w:t>
      </w:r>
      <w:r/>
    </w:p>
    <w:p>
      <w:r/>
      <w:r>
        <w:t>The middle of the book turns from definitions to ministry, including work with LGBTQIA youth, parents and families, and pastoral or mentoring relationships. This is where the guide becomes especially practical, because the same disclosure can affect several people differently.</w:t>
      </w:r>
      <w:r/>
    </w:p>
    <w:p>
      <w:r/>
      <w:r>
        <w:t>A young person may be looking for reassurance, while a parent may be frightened or confused. A minister may be balancing confidentiality, safeguarding and the expectations of a wider congregation. Sanders' approach, as described in the published review, is to walk readers through these relationships with patience, compassion and care rather than offering a one-line solution.</w:t>
      </w:r>
      <w:r/>
    </w:p>
    <w:p>
      <w:r/>
      <w:r>
        <w:t>That makes the book relevant well beyond Sunday services. Teachers, chaplains, counsellors, volunteers and grandparents may all find themselves in a similar position. The guide's central lesson is refreshingly simple: support isn't a script, and ministry can't be reduced to a single policy statement.</w:t>
      </w:r>
      <w:r/>
    </w:p>
    <w:p>
      <w:pPr>
        <w:pStyle w:val="Heading2"/>
      </w:pPr>
      <w:r>
        <w:t>Queer neurodiversity widens the conversation</w:t>
      </w:r>
      <w:r/>
    </w:p>
    <w:p>
      <w:r/>
      <w:r>
        <w:t>The guide also addresses queer neurodiversity, recognising that LGBTQIA identity and neurodivergence are distinct but may overlap in a person's life. That chapter adds an important layer to conversations about communication, support and belonging.</w:t>
      </w:r>
      <w:r/>
    </w:p>
    <w:p>
      <w:r/>
      <w:r>
        <w:t>For adults working with young people, this is more than an extra topic to tick off. A teenager may need information presented differently, more time to respond or a quieter setting in which to talk. Sensitivity to those needs can make the difference between a conversation that feels manageable and one that becomes overwhelming.</w:t>
      </w:r>
      <w:r/>
    </w:p>
    <w:p>
      <w:r/>
      <w:r>
        <w:t>The inclusion of this subject also reflects a broader shift in youth support. Good pastoral care increasingly asks not only who someone is, but what helps them participate, communicate and feel secure. That's a more useful question than trying to force every young person into the same tidy model of belonging.</w:t>
      </w:r>
      <w:r/>
    </w:p>
    <w:p>
      <w:pPr>
        <w:pStyle w:val="Heading2"/>
      </w:pPr>
      <w:r>
        <w:t>How churches can use the book well</w:t>
      </w:r>
      <w:r/>
    </w:p>
    <w:p>
      <w:r/>
      <w:r>
        <w:t>The guide works best as a starting point for action. Leaders could read it together, compare its terminology with their church's existing policies and identify local organisations that can provide specialist help. The appendix of national and local resources is particularly helpful here, because a book cannot replace trained safeguarding or mental-health support.</w:t>
      </w:r>
      <w:r/>
    </w:p>
    <w:p>
      <w:r/>
      <w:r>
        <w:t>Size matters, too. A short guide can be read before a staff meeting or youth volunteer session, but readers shouldn't mistake brevity for a complete training programme. Churches still need clear confidentiality rules, safeguarding procedures and a plan for handling harassment or hostile behaviour.</w:t>
      </w:r>
      <w:r/>
    </w:p>
    <w:p>
      <w:r/>
      <w:r>
        <w:t>The most useful approach is probably collaborative. Read the book, invite questions, listen to LGBTQIA people and check whether the church's everyday habits match its public promises. As the wider debate continues, that practical consistency may be more convincing than any carefully worded statement.</w:t>
      </w:r>
      <w:r/>
    </w:p>
    <w:p>
      <w:pPr>
        <w:pStyle w:val="Heading2"/>
      </w:pPr>
      <w:r>
        <w:t>A small book with a demanding question</w:t>
      </w:r>
      <w:r/>
    </w:p>
    <w:p>
      <w:r/>
      <w:r>
        <w:t>Sanders' updated edition appears at a moment when many institutions are being asked to prove what their welcome really means. Its value lies in combining accessible explanation with the harder work of relationships, family dynamics and pastoral judgement.</w:t>
      </w:r>
      <w:r/>
    </w:p>
    <w:p>
      <w:r/>
      <w:r>
        <w:t>For anyone seeking the best guide to ministry with LGBTQIA youth, this is a thoughtful place to begin. It won't remove every awkward conversation, but it can help adults enter those moments with better language, steadier nerves and a more generous ear.</w:t>
      </w:r>
      <w:r/>
    </w:p>
    <w:p>
      <w:r/>
      <w:r>
        <w:t>A safer welcome starts with listening, then follows through.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https://wordandway.org/2026/09/09/review-a-brief-guide-to-ministry-with-lgbtqia-youth/</w:t>
        </w:r>
      </w:hyperlink>
      <w:r>
        <w:t xml:space="preserve"> - Please view link - unable to able to access data</w:t>
      </w:r>
      <w:r/>
    </w:p>
    <w:p>
      <w:pPr>
        <w:pStyle w:val="ListNumber"/>
        <w:spacing w:line="240" w:lineRule="auto"/>
        <w:ind w:left="720"/>
      </w:pPr>
      <w:r/>
      <w:hyperlink r:id="rId10">
        <w:r>
          <w:rPr>
            <w:color w:val="0000EE"/>
            <w:u w:val="single"/>
          </w:rPr>
          <w:t>https://www.bobcornwall.com/2026/09/a-brief-guide-to-ministry-with-lgbtqia.html</w:t>
        </w:r>
      </w:hyperlink>
      <w:r>
        <w:t xml:space="preserve"> - In this review, Robert D. Cornwall discusses the updated edition of 'A Brief Guide to Ministry with LGBTQIA Youth' by Cody J. Sanders. Cornwall reflects on his personal journey towards inclusivity and highlights the book's relevance in today's climate, emphasizing the need for churches to be open and affirming. He praises Sanders' approach to gender identity and sexual orientation, noting the book's accessibility and informative nature for clergy, youth leaders, parents, and teachers.</w:t>
      </w:r>
      <w:r/>
    </w:p>
    <w:p>
      <w:pPr>
        <w:pStyle w:val="ListNumber"/>
        <w:spacing w:line="240" w:lineRule="auto"/>
        <w:ind w:left="720"/>
      </w:pPr>
      <w:r/>
      <w:hyperlink r:id="rId11">
        <w:r>
          <w:rPr>
            <w:color w:val="0000EE"/>
            <w:u w:val="single"/>
          </w:rPr>
          <w:t>https://www.believeoutloud.com/voices/article/review-a-brief-guide-to-ministry-with-lgbtqia-youth-by-cody-sanders/</w:t>
        </w:r>
      </w:hyperlink>
      <w:r>
        <w:t xml:space="preserve"> - Rev. Dr. Sonia Waters reviews Cody J. Sanders' 'A Brief Guide to Ministry with LGBTQIA Youth,' describing it as a compassionate and informative resource. Waters appreciates Sanders' clarity in navigating complex topics, providing case studies and ministry examples to assist practitioners. She commends the book's glossary of terms and its encouragement to embrace the fluidity of gender and sexual identity, making it a valuable tool for those seeking to minister to LGBTQIA youth.</w:t>
      </w:r>
      <w:r/>
    </w:p>
    <w:p>
      <w:pPr>
        <w:pStyle w:val="ListNumber"/>
        <w:spacing w:line="240" w:lineRule="auto"/>
        <w:ind w:left="720"/>
      </w:pPr>
      <w:r/>
      <w:hyperlink r:id="rId12">
        <w:r>
          <w:rPr>
            <w:color w:val="0000EE"/>
            <w:u w:val="single"/>
          </w:rPr>
          <w:t>https://books.apple.com/us/book/a-brief-guide-to-ministry-with-lgbtqia-youth/id1606791369</w:t>
        </w:r>
      </w:hyperlink>
      <w:r>
        <w:t xml:space="preserve"> - This Apple Books listing provides information on 'A Brief Guide to Ministry with LGBTQIA Youth' by Cody J. Sanders. The book challenges pastors and church leaders to reflect on the challenges faced by LGBTQIA youth and offers practical advice for creating affirming congregations. It includes a glossary of terms and resources for supporting LGBTQIA youth, aiming to empower them within the church community.</w:t>
      </w:r>
      <w:r/>
    </w:p>
    <w:p>
      <w:pPr>
        <w:pStyle w:val="ListNumber"/>
        <w:spacing w:line="240" w:lineRule="auto"/>
        <w:ind w:left="720"/>
      </w:pPr>
      <w:r/>
      <w:hyperlink r:id="rId13">
        <w:r>
          <w:rPr>
            <w:color w:val="0000EE"/>
            <w:u w:val="single"/>
          </w:rPr>
          <w:t>https://www.goodreads.com/book/show/34564367-a-brief-guide-to-ministry-with-lgbtqia-youth</w:t>
        </w:r>
      </w:hyperlink>
      <w:r>
        <w:t xml:space="preserve"> - On Goodreads, readers can find details about 'A Brief Guide to Ministry with LGBTQIA Youth' by Cody J. Sanders. The book addresses the challenges LGBTQIA youth face in church settings and provides insights for pastors and church leaders to create supportive environments. It includes a glossary of terms and resources for further study, aiming to empower LGBTQIA youth within the church community.</w:t>
      </w:r>
      <w:r/>
    </w:p>
    <w:p>
      <w:pPr>
        <w:pStyle w:val="ListNumber"/>
        <w:spacing w:line="240" w:lineRule="auto"/>
        <w:ind w:left="720"/>
      </w:pPr>
      <w:r/>
      <w:hyperlink r:id="rId14">
        <w:r>
          <w:rPr>
            <w:color w:val="0000EE"/>
            <w:u w:val="single"/>
          </w:rPr>
          <w:t>https://www.perlego.com/book/5400369/a-brief-guide-to-ministry-with-lgbtqia-youth-updated-edition-pdf</w:t>
        </w:r>
      </w:hyperlink>
      <w:r>
        <w:t xml:space="preserve"> - Perlego offers an eBook version of 'A Brief Guide to Ministry with LGBTQIA Youth' by Cody J. Sanders. The updated edition provides practical guidance and compassionate care for empowering LGBTQIA youth in church settings. It addresses the challenges faced by LGBTQIA youth and offers insights for pastors and church leaders to create affirming, supportive faith communities.</w:t>
      </w:r>
      <w:r/>
    </w:p>
    <w:p>
      <w:pPr>
        <w:pStyle w:val="ListNumber"/>
        <w:spacing w:line="240" w:lineRule="auto"/>
        <w:ind w:left="720"/>
      </w:pPr>
      <w:r/>
      <w:hyperlink r:id="rId15">
        <w:r>
          <w:rPr>
            <w:color w:val="0000EE"/>
            <w:u w:val="single"/>
          </w:rPr>
          <w:t>https://www.perlego.com/book/2100594/a-brief-guide-to-ministry-with-lgbtqia-youth-pdf</w:t>
        </w:r>
      </w:hyperlink>
      <w:r>
        <w:t xml:space="preserve"> - Perlego provides a PDF version of 'A Brief Guide to Ministry with LGBTQIA Youth' by Cody J. Sanders. The book offers practical guidance and compassionate care for empowering LGBTQIA youth in church settings. It addresses the challenges faced by LGBTQIA youth and offers insights for pastors and church leaders to create affirming, supportive faith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ordandway.org/2026/09/09/review-a-brief-guide-to-ministry-with-lgbtqia-youth/" TargetMode="External"/><Relationship Id="rId10" Type="http://schemas.openxmlformats.org/officeDocument/2006/relationships/hyperlink" Target="https://www.bobcornwall.com/2026/09/a-brief-guide-to-ministry-with-lgbtqia.html" TargetMode="External"/><Relationship Id="rId11" Type="http://schemas.openxmlformats.org/officeDocument/2006/relationships/hyperlink" Target="https://www.believeoutloud.com/voices/article/review-a-brief-guide-to-ministry-with-lgbtqia-youth-by-cody-sanders/" TargetMode="External"/><Relationship Id="rId12" Type="http://schemas.openxmlformats.org/officeDocument/2006/relationships/hyperlink" Target="https://books.apple.com/us/book/a-brief-guide-to-ministry-with-lgbtqia-youth/id1606791369" TargetMode="External"/><Relationship Id="rId13" Type="http://schemas.openxmlformats.org/officeDocument/2006/relationships/hyperlink" Target="https://www.goodreads.com/book/show/34564367-a-brief-guide-to-ministry-with-lgbtqia-youth" TargetMode="External"/><Relationship Id="rId14" Type="http://schemas.openxmlformats.org/officeDocument/2006/relationships/hyperlink" Target="https://www.perlego.com/book/5400369/a-brief-guide-to-ministry-with-lgbtqia-youth-updated-edition-pdf" TargetMode="External"/><Relationship Id="rId15" Type="http://schemas.openxmlformats.org/officeDocument/2006/relationships/hyperlink" Target="https://www.perlego.com/book/2100594/a-brief-guide-to-ministry-with-lgbtqia-yout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