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Wine Weekend in Sonoma for Queer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raising a glass to Gay Wine Weekend in Sonoma, where vineyard visits, glamorous parties and serious fundraising turn a wine escape into a warm, celebratory queer gathering. Marking its 15th anniversary, the event brings guests together across Sonoma Valley while supporting Face to Face, a local HIV charity.</w:t>
      </w:r>
      <w:r/>
    </w:p>
    <w:p>
      <w:pPr>
        <w:pStyle w:val="Heading2"/>
      </w:pPr>
      <w:r>
        <w:t>Essential Takeaways</w:t>
      </w:r>
      <w:r/>
      <w:r/>
    </w:p>
    <w:p>
      <w:pPr>
        <w:pStyle w:val="ListBullet"/>
        <w:spacing w:line="240" w:lineRule="auto"/>
        <w:ind w:left="720"/>
      </w:pPr>
      <w:r/>
      <w:r>
        <w:rPr>
          <w:b/>
        </w:rPr>
        <w:t>A community-led celebration:</w:t>
      </w:r>
      <w:r>
        <w:t xml:space="preserve"> Gay Wine Weekend combines wine tastings, dinners, dancing and queer connection across Sonoma Valley.</w:t>
      </w:r>
      <w:r/>
    </w:p>
    <w:p>
      <w:pPr>
        <w:pStyle w:val="ListBullet"/>
        <w:spacing w:line="240" w:lineRule="auto"/>
        <w:ind w:left="720"/>
      </w:pPr>
      <w:r/>
      <w:r>
        <w:rPr>
          <w:b/>
        </w:rPr>
        <w:t>Fundraising with purpose:</w:t>
      </w:r>
      <w:r>
        <w:t xml:space="preserve"> The auction has raised more than $700,000 for Face to Face, according to event organisers.</w:t>
      </w:r>
      <w:r/>
    </w:p>
    <w:p>
      <w:pPr>
        <w:pStyle w:val="ListBullet"/>
        <w:spacing w:line="240" w:lineRule="auto"/>
        <w:ind w:left="720"/>
      </w:pPr>
      <w:r/>
      <w:r>
        <w:rPr>
          <w:b/>
        </w:rPr>
        <w:t>A varied itinerary:</w:t>
      </w:r>
      <w:r>
        <w:t xml:space="preserve"> Guests can choose from vineyard tours, a T-Dance, Drag Queen Brunch and the Closing Pool Soirée.</w:t>
      </w:r>
      <w:r/>
    </w:p>
    <w:p>
      <w:pPr>
        <w:pStyle w:val="ListBullet"/>
        <w:spacing w:line="240" w:lineRule="auto"/>
        <w:ind w:left="720"/>
      </w:pPr>
      <w:r/>
      <w:r>
        <w:rPr>
          <w:b/>
        </w:rPr>
        <w:t>Luxury comes at a price:</w:t>
      </w:r>
      <w:r>
        <w:t xml:space="preserve"> Accommodation at The Lodge at Sonoma can be costly in peak season, so booking early matters.</w:t>
      </w:r>
      <w:r/>
    </w:p>
    <w:p>
      <w:pPr>
        <w:pStyle w:val="ListBullet"/>
        <w:spacing w:line="240" w:lineRule="auto"/>
        <w:ind w:left="720"/>
      </w:pPr>
      <w:r/>
      <w:r>
        <w:rPr>
          <w:b/>
        </w:rPr>
        <w:t>Next dates:</w:t>
      </w:r>
      <w:r>
        <w:t xml:space="preserve"> The next event is scheduled for 16 to 18 July 2027, with tickets and updates available through Out in the Vineyard.</w:t>
      </w:r>
      <w:r/>
      <w:r/>
    </w:p>
    <w:p>
      <w:pPr>
        <w:pStyle w:val="Heading2"/>
      </w:pPr>
      <w:r>
        <w:t>Wine country gets a queer-hearted makeover</w:t>
      </w:r>
      <w:r/>
    </w:p>
    <w:p>
      <w:r/>
      <w:r>
        <w:t>There’s something wonderfully easy about a weekend built around wine, sunshine and strangers who quickly become friends. At Gay Wine Weekend, the tasting is only part of the appeal. The bigger draw is the feeling that every glass, dance and shared shuttle ride belongs to a welcoming, deliberately inclusive community.</w:t>
      </w:r>
      <w:r/>
    </w:p>
    <w:p>
      <w:r/>
      <w:r>
        <w:t>According to Out Traveler, the 15th-anniversary edition brought guests together at venues across Sonoma Valley, with Out in the Vineyard organising the programme. The event also supports Face to Face, giving the festivities a meaningful purpose beyond indulgence.</w:t>
      </w:r>
      <w:r/>
    </w:p>
    <w:p>
      <w:r/>
      <w:r>
        <w:t>That balance is what makes the gathering stand out. It feels polished enough for a special occasion, but not so formal that guests can't relax, laugh loudly or arrive at a party wearing something gloriously over the top.</w:t>
      </w:r>
      <w:r/>
    </w:p>
    <w:p>
      <w:pPr>
        <w:pStyle w:val="Heading2"/>
      </w:pPr>
      <w:r>
        <w:t>From elegant dinners to lively tasting rooms</w:t>
      </w:r>
      <w:r/>
    </w:p>
    <w:p>
      <w:r/>
      <w:r>
        <w:t>The weekend's opening events set a suitably indulgent tone. A VIP reception at The Lodge at Sonoma offered pours from local vineyards alongside plant-based cheese, before a winemaker dinner paired Sonoma wines with a multi-course meal at girl &amp; the fig.</w:t>
      </w:r>
      <w:r/>
    </w:p>
    <w:p>
      <w:r/>
      <w:r>
        <w:t>Three Sticks Wines featured prominently during the dinner, while its historic Adobe tasting room added a design-conscious stop near Sonoma Plaza. The setting matters here: Gay Wine Weekend makes good use of Sonoma's restaurants, tasting rooms and walkable town centre, so visitors get more than a succession of bus-based tastings.</w:t>
      </w:r>
      <w:r/>
    </w:p>
    <w:p>
      <w:r/>
      <w:r>
        <w:t>For travellers planning their own itinerary, Sonoma Plaza is a useful base. It puts food, drinks and shops within easy reach, while hotel shuttles can make evenings simpler when wine is involved. That small bit of logistics can make the difference between a relaxed night and an unnecessarily complicated one.</w:t>
      </w:r>
      <w:r/>
    </w:p>
    <w:p>
      <w:pPr>
        <w:pStyle w:val="Heading2"/>
      </w:pPr>
      <w:r>
        <w:t>The best winery tours mix detail with playfulness</w:t>
      </w:r>
      <w:r/>
    </w:p>
    <w:p>
      <w:r/>
      <w:r>
        <w:t>The daytime tour showed how varied Sonoma's wine scene can be. Ram's Gate offered striking architecture and a thoughtful look at winemaking, including the effect of climate change on growing seasons and the careful selection of barrel wood.</w:t>
      </w:r>
      <w:r/>
    </w:p>
    <w:p>
      <w:r/>
      <w:r>
        <w:t>Anaba brought a more playful feel, with food and outdoor activities, while Larson Family Winery offered a relaxed family atmosphere shaped by generations of farming. Children, dogs and open fields gave the final stop an unpretentious charm that balanced the more polished venues.</w:t>
      </w:r>
      <w:r/>
    </w:p>
    <w:p>
      <w:r/>
      <w:r>
        <w:t>That variety is worth noting if you're choosing the best queer wine weekend in Sonoma for your own trip. A strong itinerary shouldn't be all grand tasting rooms. Mixing design-led estates with casual, family-run wineries keeps the day interesting and gives everyone room to find their preferred pace.</w:t>
      </w:r>
      <w:r/>
    </w:p>
    <w:p>
      <w:pPr>
        <w:pStyle w:val="Heading2"/>
      </w:pPr>
      <w:r>
        <w:t>The parties are as important as the pours</w:t>
      </w:r>
      <w:r/>
    </w:p>
    <w:p>
      <w:r/>
      <w:r>
        <w:t>By late afternoon, the wine tour had given way to the Twilight T-Dance, where guests dressed up, danced outdoors and enjoyed Sonoma wines under the evening sky. A post-party stop extended the celebration, proving that the weekend's social calendar is every bit as carefully planned as its tastings.</w:t>
      </w:r>
      <w:r/>
    </w:p>
    <w:p>
      <w:r/>
      <w:r>
        <w:t>The Drag Queen Brunch added another high point, combining buffet dining, performances and the charity auction. Event founder Gary Saperstein has described the weekend's lasting value as bringing people together through wine, community and connection, while highlighting the fundraising legacy that matters most to him.</w:t>
      </w:r>
      <w:r/>
    </w:p>
    <w:p>
      <w:r/>
      <w:r>
        <w:t>The final Pool Soirée supplied a playful send-off, complete with goats appearing on the lawn. It sounds eccentric in the best possible way, and that slightly surreal touch captures the event's personality: glamorous, generous and never too serious.</w:t>
      </w:r>
      <w:r/>
    </w:p>
    <w:p>
      <w:pPr>
        <w:pStyle w:val="Heading2"/>
      </w:pPr>
      <w:r>
        <w:t>How to plan a smoother Sonoma wine escape</w:t>
      </w:r>
      <w:r/>
    </w:p>
    <w:p>
      <w:r/>
      <w:r>
        <w:t>Accommodation deserves early attention. Out Traveler reported that rooms at The Lodge at Sonoma rose above $900 per night during the July visit, although prices can be considerably lower outside peak periods. Nearby hotels or a longer stay in the wider Sonoma area may offer better value, particularly if you're attending only selected events.</w:t>
      </w:r>
      <w:r/>
    </w:p>
    <w:p>
      <w:r/>
      <w:r>
        <w:t>Tickets can also be approached flexibly. Out in the Vineyard has offered individual event tickets alongside a VIP Party Pass, so visitors don't necessarily need to commit to the full weekend. That can suit first-timers who want to sample the atmosphere without paying for every tasting, meal and party.</w:t>
      </w:r>
      <w:r/>
    </w:p>
    <w:p>
      <w:r/>
      <w:r>
        <w:t>Most importantly, pace yourself. Eat before drinking, keep water nearby and use the event shuttles whenever possible. Wine country is beautiful in the sun, but a quiet afternoon nap may be the smartest luxury on the schedule.</w:t>
      </w:r>
      <w:r/>
    </w:p>
    <w:p>
      <w:r/>
      <w:r>
        <w:t>Gay Wine Weekend shows that a destination event can be both lavish and genuinely community-minded. For many guests, the memorable part won't be the rarest bottle, but the easy conversation that starts after the first pour.</w:t>
      </w:r>
      <w:r/>
    </w:p>
    <w:p>
      <w:r/>
      <w:r>
        <w:t>Raise a glass to a weekend where good wine does good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12">
        <w:r>
          <w:rPr>
            <w:color w:val="0000EE"/>
            <w:u w:val="single"/>
          </w:rPr>
          <w:t>[5]</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https://www.hivplusmag.com/fundraiser/gay-wine-weekend-15th-anniversary</w:t>
        </w:r>
      </w:hyperlink>
      <w:r>
        <w:t xml:space="preserve"> - Please view link - unable to able to access data</w:t>
      </w:r>
      <w:r/>
    </w:p>
    <w:p>
      <w:pPr>
        <w:pStyle w:val="ListNumber"/>
        <w:spacing w:line="240" w:lineRule="auto"/>
        <w:ind w:left="720"/>
      </w:pPr>
      <w:r/>
      <w:hyperlink r:id="rId9">
        <w:r>
          <w:rPr>
            <w:color w:val="0000EE"/>
            <w:u w:val="single"/>
          </w:rPr>
          <w:t>https://www.hivplusmag.com/fundraiser/gay-wine-weekend-15th-anniversary</w:t>
        </w:r>
      </w:hyperlink>
      <w:r>
        <w:t xml:space="preserve"> - This article celebrates the 15th anniversary of Gay Wine Weekend, an annual event in Sonoma Valley organised by Out in the Vineyard. The event features wine tastings, dinners, dance parties, and a drag brunch, all aimed at raising funds for Face to Face, a local HIV charity. The article provides a personal account of the author's experience at the event, highlighting various activities and the community spirit.</w:t>
      </w:r>
      <w:r/>
    </w:p>
    <w:p>
      <w:pPr>
        <w:pStyle w:val="ListNumber"/>
        <w:spacing w:line="240" w:lineRule="auto"/>
        <w:ind w:left="720"/>
      </w:pPr>
      <w:r/>
      <w:hyperlink r:id="rId10">
        <w:r>
          <w:rPr>
            <w:color w:val="0000EE"/>
            <w:u w:val="single"/>
          </w:rPr>
          <w:t>https://www.out.com/travel-nightlife/gay-wine-weekend-15th-anniversary</w:t>
        </w:r>
      </w:hyperlink>
      <w:r>
        <w:t xml:space="preserve"> - Out.com reports on the 15th anniversary of Gay Wine Weekend, a Sonoma Valley event that brings together LGBTQ+ individuals and allies for wine-focused experiences and social gatherings. Organised by Out in the Vineyard, the event includes a wine auction supporting Face to Face, a local HIV charity. The article features a personal narrative of the author's participation, detailing various events and the community atmosphere.</w:t>
      </w:r>
      <w:r/>
    </w:p>
    <w:p>
      <w:pPr>
        <w:pStyle w:val="ListNumber"/>
        <w:spacing w:line="240" w:lineRule="auto"/>
        <w:ind w:left="720"/>
      </w:pPr>
      <w:r/>
      <w:hyperlink r:id="rId11">
        <w:r>
          <w:rPr>
            <w:color w:val="0000EE"/>
            <w:u w:val="single"/>
          </w:rPr>
          <w:t>https://www.sonomavalley.com/event/gay-wine-weekend-2026/22126/</w:t>
        </w:r>
      </w:hyperlink>
      <w:r>
        <w:t xml:space="preserve"> - The Sonoma Valley Visitors Bureau provides information about the 15th Annual Gay Wine Weekend, scheduled for July 17–19, 2026. Organised by Out in the Vineyard, the event celebrates Sonoma Valley's welcoming wine community and offers wine-focused experiences, social gatherings, and celebratory events. A highlight is the Twilight T-Dance at Cornerstone Sonoma, inviting guests to dance under the stars while enjoying regional wines.</w:t>
      </w:r>
      <w:r/>
    </w:p>
    <w:p>
      <w:pPr>
        <w:pStyle w:val="ListNumber"/>
        <w:spacing w:line="240" w:lineRule="auto"/>
        <w:ind w:left="720"/>
      </w:pPr>
      <w:r/>
      <w:hyperlink r:id="rId12">
        <w:r>
          <w:rPr>
            <w:color w:val="0000EE"/>
            <w:u w:val="single"/>
          </w:rPr>
          <w:t>https://www.outinthevineyard.com/</w:t>
        </w:r>
      </w:hyperlink>
      <w:r>
        <w:t xml:space="preserve"> - Out in the Vineyard is an experiential Wine Country event and travel company catering to the LGBTQ+ community. They offer exclusive itineraries and events in Wine Country, including the annual Gay Wine Weekend. Their services include luxury hotel accommodations, exclusive winery tours, catered lunches, and events that bring the LGBTQ+ community together to socialise and raise funds for various causes.</w:t>
      </w:r>
      <w:r/>
    </w:p>
    <w:p>
      <w:pPr>
        <w:pStyle w:val="ListNumber"/>
        <w:spacing w:line="240" w:lineRule="auto"/>
        <w:ind w:left="720"/>
      </w:pPr>
      <w:r/>
      <w:hyperlink r:id="rId13">
        <w:r>
          <w:rPr>
            <w:color w:val="0000EE"/>
            <w:u w:val="single"/>
          </w:rPr>
          <w:t>https://www.outinthevineyard.com/gay-wine-weekend-sponsors</w:t>
        </w:r>
      </w:hyperlink>
      <w:r>
        <w:t xml:space="preserve"> - Out in the Vineyard acknowledges the sponsors of the 2025 Gay Wine Weekend, highlighting their support in bringing the event to life. The sponsors include various wineries, media partners, and other organisations that contribute to the success of the event, which aims to raise funds for Face to Face, the Sonoma County HIV/AIDS Network.</w:t>
      </w:r>
      <w:r/>
    </w:p>
    <w:p>
      <w:pPr>
        <w:pStyle w:val="ListNumber"/>
        <w:spacing w:line="240" w:lineRule="auto"/>
        <w:ind w:left="720"/>
      </w:pPr>
      <w:r/>
      <w:hyperlink r:id="rId14">
        <w:r>
          <w:rPr>
            <w:color w:val="0000EE"/>
            <w:u w:val="single"/>
          </w:rPr>
          <w:t>https://www.sonoma.com/blog/out-in-the-vineyard/</w:t>
        </w:r>
      </w:hyperlink>
      <w:r>
        <w:t xml:space="preserve"> - Sonoma.com features an article about Out in the Vineyard, an experiential Wine Country tour and event company for the LGBTQ+ community. The article highlights events like the Twilight T-Dance, a highlight of Gay Wine Weekend, which features dance anthems and benefits Face to Face, the Sonoma County AIDS Network. The piece also provides information on shuttle services and other event details.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vplusmag.com/fundraiser/gay-wine-weekend-15th-anniversary" TargetMode="External"/><Relationship Id="rId10" Type="http://schemas.openxmlformats.org/officeDocument/2006/relationships/hyperlink" Target="https://www.out.com/travel-nightlife/gay-wine-weekend-15th-anniversary" TargetMode="External"/><Relationship Id="rId11" Type="http://schemas.openxmlformats.org/officeDocument/2006/relationships/hyperlink" Target="https://www.sonomavalley.com/event/gay-wine-weekend-2026/22126/" TargetMode="External"/><Relationship Id="rId12" Type="http://schemas.openxmlformats.org/officeDocument/2006/relationships/hyperlink" Target="https://www.outinthevineyard.com/" TargetMode="External"/><Relationship Id="rId13" Type="http://schemas.openxmlformats.org/officeDocument/2006/relationships/hyperlink" Target="https://www.outinthevineyard.com/gay-wine-weekend-sponsors" TargetMode="External"/><Relationship Id="rId14" Type="http://schemas.openxmlformats.org/officeDocument/2006/relationships/hyperlink" Target="https://www.sonoma.com/blog/out-in-the-viney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