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LGBTQIA2S+ Rainbow Expo in Portland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Portland shoppers, community groups and curious visitors can spend Saturday 26 September 2026 at Oregon Pride in Business’s first Rainbow Expo, a free, all-ages celebration at Social Good Place. The event brings queer-owned businesses, food and drink makers, service providers and community organisations together under one roof, making it an easygoing way to shop, connect and show support.</w:t>
      </w:r>
      <w:r/>
    </w:p>
    <w:p>
      <w:pPr>
        <w:pStyle w:val="Heading2"/>
      </w:pPr>
      <w:r>
        <w:t>Essential Takeaways</w:t>
      </w:r>
      <w:r/>
      <w:r/>
    </w:p>
    <w:p>
      <w:pPr>
        <w:pStyle w:val="ListBullet"/>
        <w:spacing w:line="240" w:lineRule="auto"/>
        <w:ind w:left="720"/>
      </w:pPr>
      <w:r/>
      <w:r>
        <w:rPr>
          <w:b/>
        </w:rPr>
        <w:t>When:</w:t>
      </w:r>
      <w:r>
        <w:t xml:space="preserve"> Saturday 26 September 2026, from 10am to 6pm.</w:t>
      </w:r>
      <w:r/>
    </w:p>
    <w:p>
      <w:pPr>
        <w:pStyle w:val="ListBullet"/>
        <w:spacing w:line="240" w:lineRule="auto"/>
        <w:ind w:left="720"/>
      </w:pPr>
      <w:r/>
      <w:r>
        <w:rPr>
          <w:b/>
        </w:rPr>
        <w:t>Where:</w:t>
      </w:r>
      <w:r>
        <w:t xml:space="preserve"> Social Good Place, 4511 SE Main Street, Portland, Oregon.</w:t>
      </w:r>
      <w:r/>
    </w:p>
    <w:p>
      <w:pPr>
        <w:pStyle w:val="ListBullet"/>
        <w:spacing w:line="240" w:lineRule="auto"/>
        <w:ind w:left="720"/>
      </w:pPr>
      <w:r/>
      <w:r>
        <w:rPr>
          <w:b/>
        </w:rPr>
        <w:t>Cost:</w:t>
      </w:r>
      <w:r>
        <w:t xml:space="preserve"> Entry is free and the event is open to all ages.</w:t>
      </w:r>
      <w:r/>
    </w:p>
    <w:p>
      <w:pPr>
        <w:pStyle w:val="ListBullet"/>
        <w:spacing w:line="240" w:lineRule="auto"/>
        <w:ind w:left="720"/>
      </w:pPr>
      <w:r/>
      <w:r>
        <w:rPr>
          <w:b/>
        </w:rPr>
        <w:t>What to expect:</w:t>
      </w:r>
      <w:r>
        <w:t xml:space="preserve"> A marketplace, food trucks, wineries, breweries, service businesses and community resources.</w:t>
      </w:r>
      <w:r/>
    </w:p>
    <w:p>
      <w:pPr>
        <w:pStyle w:val="ListBullet"/>
        <w:spacing w:line="240" w:lineRule="auto"/>
        <w:ind w:left="720"/>
      </w:pPr>
      <w:r/>
      <w:r>
        <w:rPr>
          <w:b/>
        </w:rPr>
        <w:t>Why go:</w:t>
      </w:r>
      <w:r>
        <w:t xml:space="preserve"> It offers a practical way to discover and support LGBTQIA2S+-owned businesses across Oregon and south-west Washington.</w:t>
      </w:r>
      <w:r/>
      <w:r/>
    </w:p>
    <w:p>
      <w:pPr>
        <w:pStyle w:val="Heading2"/>
      </w:pPr>
      <w:r>
        <w:t>Portland gets a new Rainbow Expo</w:t>
      </w:r>
      <w:r/>
    </w:p>
    <w:p>
      <w:r/>
      <w:r>
        <w:t xml:space="preserve">The strongest draw is simple: visitors can browse a lively marketplace while meeting the people behind LGBTQIA2S+-owned businesses. Oregon Pride in Business, or ORPIB, is positioning its first annual Rainbow Expo as both a shopping event and a community gathering, with a friendly, open-door feel rather than a formal trade show. According to Travel Portland, the event is scheduled for 26 September at Social Good Place. </w:t>
      </w:r>
      <w:hyperlink r:id="rId9">
        <w:r>
          <w:rPr>
            <w:color w:val="0000EE"/>
            <w:u w:val="single"/>
          </w:rPr>
          <w:t>[2]</w:t>
        </w:r>
      </w:hyperlink>
      <w:r>
        <w:t xml:space="preserve">, </w:t>
      </w:r>
      <w:hyperlink r:id="rId10">
        <w:r>
          <w:rPr>
            <w:color w:val="0000EE"/>
            <w:u w:val="single"/>
          </w:rPr>
          <w:t>[3]</w:t>
        </w:r>
      </w:hyperlink>
      <w:r/>
    </w:p>
    <w:p>
      <w:r/>
      <w:r>
        <w:t xml:space="preserve">That mix matters because independent businesses often rely on personal connections as much as passing trade. A day where shoppers can ask questions, discover new services and put faces to local brands feels more useful than simply scrolling through a directory. The venue's Portland location should also make it a convenient stop for residents and visitors exploring the city's east side. </w:t>
      </w:r>
      <w:hyperlink r:id="rId11">
        <w:r>
          <w:rPr>
            <w:color w:val="0000EE"/>
            <w:u w:val="single"/>
          </w:rPr>
          <w:t>[4]</w:t>
        </w:r>
      </w:hyperlink>
      <w:r>
        <w:t xml:space="preserve">, </w:t>
      </w:r>
      <w:hyperlink r:id="rId12">
        <w:r>
          <w:rPr>
            <w:color w:val="0000EE"/>
            <w:u w:val="single"/>
          </w:rPr>
          <w:t>[5]</w:t>
        </w:r>
      </w:hyperlink>
      <w:r/>
    </w:p>
    <w:p>
      <w:pPr>
        <w:pStyle w:val="Heading2"/>
      </w:pPr>
      <w:r>
        <w:t>What can visitors expect on the day?</w:t>
      </w:r>
      <w:r/>
    </w:p>
    <w:p>
      <w:r/>
      <w:r>
        <w:t xml:space="preserve">The central marketplace will feature LGBTQIA2S+-owned businesses, giving visitors plenty to browse, from creative goods and gifts to specialist services. The event also includes food trucks, wineries and breweries, so the atmosphere should feel part market, part social afternoon, with tempting bites and a drink in hand. ORPIB's event listing highlights all of these elements as part of the programme. </w:t>
      </w:r>
      <w:hyperlink r:id="rId9">
        <w:r>
          <w:rPr>
            <w:color w:val="0000EE"/>
            <w:u w:val="single"/>
          </w:rPr>
          <w:t>[2]</w:t>
        </w:r>
      </w:hyperlink>
      <w:r>
        <w:t xml:space="preserve">, </w:t>
      </w:r>
      <w:hyperlink r:id="rId11">
        <w:r>
          <w:rPr>
            <w:color w:val="0000EE"/>
            <w:u w:val="single"/>
          </w:rPr>
          <w:t>[4]</w:t>
        </w:r>
      </w:hyperlink>
      <w:r/>
    </w:p>
    <w:p>
      <w:r/>
      <w:r>
        <w:t xml:space="preserve">There's also a Service Business Lounge for people looking for more than a quick purchase. Attendees can connect directly with service-focused businesses, which could be especially useful for anyone seeking a consultation, professional support or a trusted local recommendation. Meanwhile, the Community Resource Hall will bring nonprofit and resource organisations into the same space. </w:t>
      </w:r>
      <w:hyperlink r:id="rId10">
        <w:r>
          <w:rPr>
            <w:color w:val="0000EE"/>
            <w:u w:val="single"/>
          </w:rPr>
          <w:t>[3]</w:t>
        </w:r>
      </w:hyperlink>
      <w:r>
        <w:t xml:space="preserve">, </w:t>
      </w:r>
      <w:hyperlink r:id="rId12">
        <w:r>
          <w:rPr>
            <w:color w:val="0000EE"/>
            <w:u w:val="single"/>
          </w:rPr>
          <w:t>[5]</w:t>
        </w:r>
      </w:hyperlink>
      <w:r/>
    </w:p>
    <w:p>
      <w:pPr>
        <w:pStyle w:val="Heading2"/>
      </w:pPr>
      <w:r>
        <w:t>A practical way to support queer-owned businesses</w:t>
      </w:r>
      <w:r/>
    </w:p>
    <w:p>
      <w:r/>
      <w:r>
        <w:t>Events like this make purposeful spending feel straightforward. Instead of wondering whether a business shares your values, visitors can meet owners directly, hear their stories and decide where to spend their money with confidence. It’s a small but meaningful shift from passive support to genuine local connection.</w:t>
      </w:r>
      <w:r/>
    </w:p>
    <w:p>
      <w:r/>
      <w:r>
        <w:t xml:space="preserve">For shoppers, the best approach is to arrive with an open mind and a little room in the diary. Make a first circuit before buying, note which stalls stand out, then return for a closer look. And if you're searching for a service rather than a product, the lounge could be the most valuable stop of the day. </w:t>
      </w:r>
      <w:hyperlink r:id="rId9">
        <w:r>
          <w:rPr>
            <w:color w:val="0000EE"/>
            <w:u w:val="single"/>
          </w:rPr>
          <w:t>[2]</w:t>
        </w:r>
      </w:hyperlink>
      <w:r>
        <w:t xml:space="preserve">, </w:t>
      </w:r>
      <w:hyperlink r:id="rId11">
        <w:r>
          <w:rPr>
            <w:color w:val="0000EE"/>
            <w:u w:val="single"/>
          </w:rPr>
          <w:t>[4]</w:t>
        </w:r>
      </w:hyperlink>
      <w:r/>
    </w:p>
    <w:p>
      <w:pPr>
        <w:pStyle w:val="Heading2"/>
      </w:pPr>
      <w:r>
        <w:t>Free entry makes it easy to bring the whole group</w:t>
      </w:r>
      <w:r/>
    </w:p>
    <w:p>
      <w:r/>
      <w:r>
        <w:t xml:space="preserve">With no admission charge and an all-ages policy, the Rainbow Expo is designed to welcome more than a specialist business audience. Friends can drop in for lunch, families can browse together, and professionals can use the event to build useful contacts without the cost or formality of a conference. Event details listed by Portland-area organisations confirm the free, all-ages format. </w:t>
      </w:r>
      <w:hyperlink r:id="rId10">
        <w:r>
          <w:rPr>
            <w:color w:val="0000EE"/>
            <w:u w:val="single"/>
          </w:rPr>
          <w:t>[3]</w:t>
        </w:r>
      </w:hyperlink>
      <w:r>
        <w:t xml:space="preserve">, </w:t>
      </w:r>
      <w:hyperlink r:id="rId12">
        <w:r>
          <w:rPr>
            <w:color w:val="0000EE"/>
            <w:u w:val="single"/>
          </w:rPr>
          <w:t>[5]</w:t>
        </w:r>
      </w:hyperlink>
      <w:r/>
    </w:p>
    <w:p>
      <w:r/>
      <w:r>
        <w:t xml:space="preserve">That accessibility is part of the appeal. A free community event lowers the barrier to discovering smaller businesses, while the combination of food, shopping and resources gives visitors a reason to stay rather than make a quick pass through. It sounds like the sort of afternoon where one planned visit turns into several unexpected conversations. </w:t>
      </w:r>
      <w:hyperlink r:id="rId9">
        <w:r>
          <w:rPr>
            <w:color w:val="0000EE"/>
            <w:u w:val="single"/>
          </w:rPr>
          <w:t>[2]</w:t>
        </w:r>
      </w:hyperlink>
      <w:r>
        <w:t xml:space="preserve">, </w:t>
      </w:r>
      <w:hyperlink r:id="rId11">
        <w:r>
          <w:rPr>
            <w:color w:val="0000EE"/>
            <w:u w:val="single"/>
          </w:rPr>
          <w:t>[4]</w:t>
        </w:r>
      </w:hyperlink>
      <w:r/>
    </w:p>
    <w:p>
      <w:pPr>
        <w:pStyle w:val="Heading2"/>
      </w:pPr>
      <w:r>
        <w:t>Why this first event could become a fixture</w:t>
      </w:r>
      <w:r/>
    </w:p>
    <w:p>
      <w:r/>
      <w:r>
        <w:t xml:space="preserve">ORPIB describes itself as a hub for LGBTQIA2S+ professionals and the wider network supporting rainbow businesses in Oregon and south-west Washington. A successful first expo could therefore become more than a one-day marketplace, creating a recurring meeting point for entrepreneurs, customers, nonprofits and professional service providers. </w:t>
      </w:r>
      <w:hyperlink r:id="rId9">
        <w:r>
          <w:rPr>
            <w:color w:val="0000EE"/>
            <w:u w:val="single"/>
          </w:rPr>
          <w:t>[2]</w:t>
        </w:r>
      </w:hyperlink>
      <w:r>
        <w:t xml:space="preserve">, </w:t>
      </w:r>
      <w:hyperlink r:id="rId11">
        <w:r>
          <w:rPr>
            <w:color w:val="0000EE"/>
            <w:u w:val="single"/>
          </w:rPr>
          <w:t>[4]</w:t>
        </w:r>
      </w:hyperlink>
      <w:r/>
    </w:p>
    <w:p>
      <w:r/>
      <w:r>
        <w:t xml:space="preserve">For now, the essentials are pleasingly uncomplicated: free entry, a broad mix of exhibitors, something to eat and plenty of opportunities to connect. If you're looking for the best free LGBTQIA2S+ event in Portland this September, this new expo deserves a place on the calendar. </w:t>
      </w:r>
      <w:hyperlink r:id="rId10">
        <w:r>
          <w:rPr>
            <w:color w:val="0000EE"/>
            <w:u w:val="single"/>
          </w:rPr>
          <w:t>[3]</w:t>
        </w:r>
      </w:hyperlink>
      <w:r>
        <w:t xml:space="preserve">, </w:t>
      </w:r>
      <w:hyperlink r:id="rId12">
        <w:r>
          <w:rPr>
            <w:color w:val="0000EE"/>
            <w:u w:val="single"/>
          </w:rPr>
          <w:t>[5]</w:t>
        </w:r>
      </w:hyperlink>
      <w:r/>
    </w:p>
    <w:p>
      <w:r/>
      <w:r>
        <w:t>A welcoming afternoon of shopping, conversation and community support awaits at Social Good Place.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https://www.pdxpipeline.com/oregon-pride-in-business-rainbow-expo-social-good-place-09-2026/</w:t>
        </w:r>
      </w:hyperlink>
      <w:r>
        <w:t xml:space="preserve"> - Please view link - unable to able to access data</w:t>
      </w:r>
      <w:r/>
    </w:p>
    <w:p>
      <w:pPr>
        <w:pStyle w:val="ListNumber"/>
        <w:spacing w:line="240" w:lineRule="auto"/>
        <w:ind w:left="720"/>
      </w:pPr>
      <w:r/>
      <w:hyperlink r:id="rId9">
        <w:r>
          <w:rPr>
            <w:color w:val="0000EE"/>
            <w:u w:val="single"/>
          </w:rPr>
          <w:t>https://www.orpib.com/rainbow-expo</w:t>
        </w:r>
      </w:hyperlink>
      <w:r>
        <w:t xml:space="preserve"> - The Oregon Pride in Business (ORPIB) Rainbow Expo is scheduled for September 26, 2026, from 10 a.m. to 6 p.m. at Social Good Place, 4511 SE Main Street, Portland, OR 97215. This inaugural event aims to spotlight queer-owned businesses and is presented by Peak Promo. Attendees can expect a curated marketplace featuring LGBTQIA2S+ owned businesses, a food court with member-owned food trucks, wineries, and breweries, a Business Services Lounge for professional networking, and a Community Resource Hall connecting attendees with local organizations. The event is free and open to all.</w:t>
      </w:r>
      <w:r/>
    </w:p>
    <w:p>
      <w:pPr>
        <w:pStyle w:val="ListNumber"/>
        <w:spacing w:line="240" w:lineRule="auto"/>
        <w:ind w:left="720"/>
      </w:pPr>
      <w:r/>
      <w:hyperlink r:id="rId10">
        <w:r>
          <w:rPr>
            <w:color w:val="0000EE"/>
            <w:u w:val="single"/>
          </w:rPr>
          <w:t>https://www.travelportland.com/event/6a90a102062e4c8dd69e9a8b/</w:t>
        </w:r>
      </w:hyperlink>
      <w:r>
        <w:t xml:space="preserve"> - Portland's first Queer Marketplace and Business Hub, the Oregon Pride in Business Rainbow Expo, is set for Saturday, September 26, 2026, from 10 a.m. to 6 p.m. at Social Good Place, 4511 SE Main Street, Portland, OR 97215. Organised by Oregon Pride in Business (ORPIB), the event will feature a curated marketplace of LGBTQIA2S+ owned businesses, bites and beverages from local food trucks, wineries, and breweries, a Service Business Lounge for direct connections with service-focused businesses, and a Community Resource Hall connecting attendees with nonprofit and resource organisations. The event is free and open to all.</w:t>
      </w:r>
      <w:r/>
    </w:p>
    <w:p>
      <w:pPr>
        <w:pStyle w:val="ListNumber"/>
        <w:spacing w:line="240" w:lineRule="auto"/>
        <w:ind w:left="720"/>
      </w:pPr>
      <w:r/>
      <w:hyperlink r:id="rId11">
        <w:r>
          <w:rPr>
            <w:color w:val="0000EE"/>
            <w:u w:val="single"/>
          </w:rPr>
          <w:t>https://business.beaverton.org/calendar/Details/oregon-pride-in-business-rainbow-expo-1907367?sourceTypeId=Website</w:t>
        </w:r>
      </w:hyperlink>
      <w:r>
        <w:t xml:space="preserve"> - The Oregon Pride in Business Rainbow Expo, hosted by Oregon Pride in Business (ORPIB), is scheduled for Saturday, September 26, 2026, from 10 a.m. to 6 p.m. at Social Good Place, 4511 SE Main Street, Portland, OR 97215. The event aims to spotlight queer (and ally)-owned businesses and is presented by Peak Promo. Attendees can expect a curated marketplace prioritising LGBTQIA2S+-owned businesses, a food court with ORPIB member-owned food trucks, wineries, and breweries, a Business Services Lounge for professional networking, and a Community Resource Hall connecting attendees with local organisations. The event is free and open to all.</w:t>
      </w:r>
      <w:r/>
    </w:p>
    <w:p>
      <w:pPr>
        <w:pStyle w:val="ListNumber"/>
        <w:spacing w:line="240" w:lineRule="auto"/>
        <w:ind w:left="720"/>
      </w:pPr>
      <w:r/>
      <w:hyperlink r:id="rId12">
        <w:r>
          <w:rPr>
            <w:color w:val="0000EE"/>
            <w:u w:val="single"/>
          </w:rPr>
          <w:t>https://www.gayout.com/es/usa-canada/united-states/portland-or/events/oregon-pride-in-business-rainbow-expo-2026-09-26</w:t>
        </w:r>
      </w:hyperlink>
      <w:r>
        <w:t xml:space="preserve"> - The Oregon Pride in Business Rainbow Expo is scheduled for Saturday, September 26, 2026, from 10 a.m. to 6 p.m. at Social Good Place, 4511 SE Main Street, Portland, OR 97215. Organised by Oregon Pride in Business (ORPIB), the event will feature a curated marketplace prioritising LGBTQIA2S+-owned businesses, a food court with ORPIB member-owned food trucks, wineries, and breweries, a Business Services Lounge for professional networking, and a Community Resource Hall connecting attendees with local organisations. The event is free and open to all.</w:t>
      </w:r>
      <w:r/>
    </w:p>
    <w:p>
      <w:pPr>
        <w:pStyle w:val="ListNumber"/>
        <w:spacing w:line="240" w:lineRule="auto"/>
        <w:ind w:left="720"/>
      </w:pPr>
      <w:r/>
      <w:hyperlink r:id="rId14">
        <w:r>
          <w:rPr>
            <w:color w:val="0000EE"/>
            <w:u w:val="single"/>
          </w:rPr>
          <w:t>https://www.eventeny.com/events/pride-in-the-park-2026-25769/</w:t>
        </w:r>
      </w:hyperlink>
      <w:r>
        <w:t xml:space="preserve"> - Pride in the Park 2026, hosted by Pride Beaverton, is scheduled for Sunday, June 28, 2026, from 11 a.m. to 5 p.m. at Beaverton City Park, Beaverton, Oregon. The event aims to transform the park into a glittering, rainbow-soaked festival of queer joy and togetherness, featuring local artists, queer performers, crafty makers, community nonprofits, and food vendors. The event is free and open to all, celebrating diversity and uplifting queer voices.</w:t>
      </w:r>
      <w:r/>
    </w:p>
    <w:p>
      <w:pPr>
        <w:pStyle w:val="ListNumber"/>
        <w:spacing w:line="240" w:lineRule="auto"/>
        <w:ind w:left="720"/>
      </w:pPr>
      <w:r/>
      <w:hyperlink r:id="rId15">
        <w:r>
          <w:rPr>
            <w:color w:val="0000EE"/>
            <w:u w:val="single"/>
          </w:rPr>
          <w:t>https://www.sagaftra.org/portland-pride-parade-2026</w:t>
        </w:r>
      </w:hyperlink>
      <w:r>
        <w:t xml:space="preserve"> - The Portland Pride Parade 2026, organised by Oregon's Labor Movement, is scheduled for Sunday, July 19, 2026, at Tom McCall Waterfront Park, Downtown Portland. The parade aims to demonstrate solidarity with the LGBTQ+ community and defend the rights of all Oregon workers. Participants are encouraged to wear union colours or obtain free T-shirts for the event. The gathering time is at 10 a.m., with the estimated parade time at 11 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pib.com/rainbow-expo" TargetMode="External"/><Relationship Id="rId10" Type="http://schemas.openxmlformats.org/officeDocument/2006/relationships/hyperlink" Target="https://www.travelportland.com/event/6a90a102062e4c8dd69e9a8b/" TargetMode="External"/><Relationship Id="rId11" Type="http://schemas.openxmlformats.org/officeDocument/2006/relationships/hyperlink" Target="https://business.beaverton.org/calendar/Details/oregon-pride-in-business-rainbow-expo-1907367?sourceTypeId=Website" TargetMode="External"/><Relationship Id="rId12" Type="http://schemas.openxmlformats.org/officeDocument/2006/relationships/hyperlink" Target="https://www.gayout.com/es/usa-canada/united-states/portland-or/events/oregon-pride-in-business-rainbow-expo-2026-09-26" TargetMode="External"/><Relationship Id="rId13" Type="http://schemas.openxmlformats.org/officeDocument/2006/relationships/hyperlink" Target="https://www.pdxpipeline.com/oregon-pride-in-business-rainbow-expo-social-good-place-09-2026/" TargetMode="External"/><Relationship Id="rId14" Type="http://schemas.openxmlformats.org/officeDocument/2006/relationships/hyperlink" Target="https://www.eventeny.com/events/pride-in-the-park-2026-25769/" TargetMode="External"/><Relationship Id="rId15" Type="http://schemas.openxmlformats.org/officeDocument/2006/relationships/hyperlink" Target="https://www.sagaftra.org/portland-pride-para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