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Free LGBTQ+ Book Festival in Palm Springs This November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Book lovers and LGBTQ+ culture fans have a date for the diary: Palm Springs’ Pride on the Page Book Festival returns on Saturday, 14 November, with a bigger anniversary programme, lively guest appearances and free daytime and evening events at the Palm Springs Cultural Center.</w:t>
      </w:r>
      <w:r/>
    </w:p>
    <w:p>
      <w:pPr>
        <w:pStyle w:val="Heading2"/>
      </w:pPr>
      <w:r>
        <w:t>Essential Takeaways</w:t>
      </w:r>
      <w:r/>
      <w:r/>
    </w:p>
    <w:p>
      <w:pPr>
        <w:pStyle w:val="ListBullet"/>
        <w:spacing w:line="240" w:lineRule="auto"/>
        <w:ind w:left="720"/>
      </w:pPr>
      <w:r/>
      <w:r>
        <w:rPr>
          <w:b/>
        </w:rPr>
        <w:t>Free to attend:</w:t>
      </w:r>
      <w:r>
        <w:t xml:space="preserve"> Both the daytime festival and evening programme are free, but each requires separate registration.</w:t>
      </w:r>
      <w:r/>
    </w:p>
    <w:p>
      <w:pPr>
        <w:pStyle w:val="ListBullet"/>
        <w:spacing w:line="240" w:lineRule="auto"/>
        <w:ind w:left="720"/>
      </w:pPr>
      <w:r/>
      <w:r>
        <w:rPr>
          <w:b/>
        </w:rPr>
        <w:t>Star guests announced:</w:t>
      </w:r>
      <w:r>
        <w:t xml:space="preserve"> Comedian Murray Hill, actor Tim Bagley and Grammy-nominated singer Ty Herndon are among the featured names.</w:t>
      </w:r>
      <w:r/>
    </w:p>
    <w:p>
      <w:pPr>
        <w:pStyle w:val="ListBullet"/>
        <w:spacing w:line="240" w:lineRule="auto"/>
        <w:ind w:left="720"/>
      </w:pPr>
      <w:r/>
      <w:r>
        <w:rPr>
          <w:b/>
        </w:rPr>
        <w:t>Memoir takes centre stage:</w:t>
      </w:r>
      <w:r>
        <w:t xml:space="preserve"> Herndon will discuss his life and career as a pioneering openly gay male country singer.</w:t>
      </w:r>
      <w:r/>
    </w:p>
    <w:p>
      <w:pPr>
        <w:pStyle w:val="ListBullet"/>
        <w:spacing w:line="240" w:lineRule="auto"/>
        <w:ind w:left="720"/>
      </w:pPr>
      <w:r/>
      <w:r>
        <w:rPr>
          <w:b/>
        </w:rPr>
        <w:t>More than author talks:</w:t>
      </w:r>
      <w:r>
        <w:t xml:space="preserve"> Visitors can expect panels, signings, book giveaways and local community organisations.</w:t>
      </w:r>
      <w:r/>
    </w:p>
    <w:p>
      <w:pPr>
        <w:pStyle w:val="ListBullet"/>
        <w:spacing w:line="240" w:lineRule="auto"/>
        <w:ind w:left="720"/>
      </w:pPr>
      <w:r/>
      <w:r>
        <w:rPr>
          <w:b/>
        </w:rPr>
        <w:t>A landmark year:</w:t>
      </w:r>
      <w:r>
        <w:t xml:space="preserve"> The 2026 event celebrates the festival's fifth anniversary.</w:t>
      </w:r>
      <w:r/>
      <w:r/>
    </w:p>
    <w:p>
      <w:pPr>
        <w:pStyle w:val="Heading2"/>
      </w:pPr>
      <w:r>
        <w:t>Palm Springs' Pride on the Page returns for its fifth year</w:t>
      </w:r>
      <w:r/>
    </w:p>
    <w:p>
      <w:r/>
      <w:r>
        <w:t>The Palm Springs Public Library Foundation is giving book lovers another reason to head indoors when the desert sun is still doing its thing. Pride on the Page returns to the Palm Springs Cultural Center on 14 November, bringing LGBTQ+ writers, performers and readers together for a free day of conversation and community.</w:t>
      </w:r>
      <w:r/>
    </w:p>
    <w:p>
      <w:r/>
      <w:r>
        <w:t>The festival has become a distinctive fixture in the local cultural calendar, pairing literary programming with the easy sociability of a community gathering. The foundation's 2026 event information confirms the anniversary edition will include both daytime and evening programming.</w:t>
      </w:r>
      <w:r/>
    </w:p>
    <w:p>
      <w:r/>
      <w:r>
        <w:t>That two-part format is useful for visitors who want to make a full day of it, while still allowing others to drop in for one particular panel or appearance. Just remember that registration is separate for each programme.</w:t>
      </w:r>
      <w:r/>
    </w:p>
    <w:p>
      <w:pPr>
        <w:pStyle w:val="Heading2"/>
      </w:pPr>
      <w:r>
        <w:t>A line-up mixing comedy, acting and country music</w:t>
      </w:r>
      <w:r/>
    </w:p>
    <w:p>
      <w:r/>
      <w:r>
        <w:t>The guest list has plenty of variety. Murray Hill brings his dry, old-school comedy persona, while actor Tim Bagley adds television and film experience to the festival's conversation-led format.</w:t>
      </w:r>
      <w:r/>
    </w:p>
    <w:p>
      <w:r/>
      <w:r>
        <w:t>Ty Herndon is likely to draw particular attention. The Grammy-nominated country performer is set to discuss his memoir and his journey as the first major male country music singer to come out publicly as gay.</w:t>
      </w:r>
      <w:r/>
    </w:p>
    <w:p>
      <w:r/>
      <w:r>
        <w:t>That combination gives the festival a broad appeal. It isn't only for devoted readers, but also for anyone interested in music history, queer visibility and the personal stories behind public careers.</w:t>
      </w:r>
      <w:r/>
    </w:p>
    <w:p>
      <w:pPr>
        <w:pStyle w:val="Heading2"/>
      </w:pPr>
      <w:r>
        <w:t>Why the memoir conversation matters</w:t>
      </w:r>
      <w:r/>
    </w:p>
    <w:p>
      <w:r/>
      <w:r>
        <w:t>Herndon's appearance offers more than a celebrity discussion. His career sits at the intersection of country music, identity and changing attitudes in an industry that has not always made space easily for openly LGBTQ+ artists.</w:t>
      </w:r>
      <w:r/>
    </w:p>
    <w:p>
      <w:r/>
      <w:r>
        <w:t>A memoir conversation can bring those shifts into focus in a way a headline or award biography can't. It gives audiences room to hear about risk, resilience and the everyday realities behind a public announcement.</w:t>
      </w:r>
      <w:r/>
    </w:p>
    <w:p>
      <w:r/>
      <w:r>
        <w:t>For Palm Springs, a city with a strong LGBTQ+ cultural identity, that feels like a natural fit. It also reflects how Pride on the Page has expanded beyond conventional author events into a wider celebration of storytelling and lived experience.</w:t>
      </w:r>
      <w:r/>
    </w:p>
    <w:p>
      <w:pPr>
        <w:pStyle w:val="Heading2"/>
      </w:pPr>
      <w:r>
        <w:t>What visitors can expect on the day</w:t>
      </w:r>
      <w:r/>
    </w:p>
    <w:p>
      <w:r/>
      <w:r>
        <w:t>Alongside the headline guests, organisers have planned author panels and book signings, giving visitors the chance to hear ideas discussed and then take a signed copy home. Free book giveaways should add a welcome element of surprise, particularly for readers who arrive without a fixed shopping list.</w:t>
      </w:r>
      <w:r/>
    </w:p>
    <w:p>
      <w:r/>
      <w:r>
        <w:t>Local community organisations will also be present, creating opportunities to find services, groups and connections beyond the festival itself. That practical, community-facing side is easy to overlook, but it can be just as valuable as a packed stage schedule.</w:t>
      </w:r>
      <w:r/>
    </w:p>
    <w:p>
      <w:r/>
      <w:r>
        <w:t>The foundation's previous festival programming shows the event is designed to combine literary discovery with social connection. Expect conversation, browsing and the pleasant possibility of finding a new favourite author.</w:t>
      </w:r>
      <w:r/>
    </w:p>
    <w:p>
      <w:pPr>
        <w:pStyle w:val="Heading2"/>
      </w:pPr>
      <w:r>
        <w:t>Plan ahead for a free Palm Springs cultural event</w:t>
      </w:r>
      <w:r/>
    </w:p>
    <w:p>
      <w:r/>
      <w:r>
        <w:t>Although admission is free, visitors shouldn't treat the festival as a completely turn-up-and-hope-for-the-best affair. The daytime and evening programmes require separate registration, so check the official Pride on the Page information before making travel plans.</w:t>
      </w:r>
      <w:r/>
    </w:p>
    <w:p>
      <w:r/>
      <w:r>
        <w:t>It also makes sense to decide which sessions matter most. Popular guests can create busy rooms, and a little advance planning will help visitors fit in panels, signings and time with community exhibitors without rushing around.</w:t>
      </w:r>
      <w:r/>
    </w:p>
    <w:p>
      <w:r/>
      <w:r>
        <w:t>With its fifth-anniversary celebration, varied guest list and accessible price tag, the 2026 festival looks set to appeal well beyond regular library visitors. Sometimes the best cultural days are the ones where you arrive for one speaker and leave with three books, a new conversation and a fuller diary.</w:t>
      </w:r>
      <w:r/>
    </w:p>
    <w:p>
      <w:r/>
      <w:r>
        <w:t>It’s a warm, welcoming date for anyone who believes stories are better when shared.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4">
        <w:r>
          <w:rPr>
            <w:color w:val="0000EE"/>
            <w:u w:val="single"/>
          </w:rPr>
          <w:t>[5]</w:t>
        </w:r>
      </w:hyperlink>
      <w:r>
        <w:t xml:space="preserve">- Paragraph 4: </w:t>
      </w:r>
      <w:hyperlink r:id="rId11">
        <w:r>
          <w:rPr>
            <w:color w:val="0000EE"/>
            <w:u w:val="single"/>
          </w:rPr>
          <w:t>[6]</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1">
        <w:r>
          <w:rPr>
            <w:color w:val="0000EE"/>
            <w:u w:val="single"/>
          </w:rPr>
          <w:t>[6]</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[3]</w:t>
        </w:r>
      </w:hyperlink>
      <w:r>
        <w:t xml:space="preserve">- Paragraph 9: </w:t>
      </w:r>
      <w:hyperlink r:id="rId13">
        <w:r>
          <w:rPr>
            <w:color w:val="0000EE"/>
            <w:u w:val="single"/>
          </w:rPr>
          <w:t>[4]</w:t>
        </w:r>
      </w:hyperlink>
      <w:r>
        <w:t xml:space="preserve">, </w:t>
      </w:r>
      <w:hyperlink r:id="rId11">
        <w:r>
          <w:rPr>
            <w:color w:val="0000EE"/>
            <w:u w:val="single"/>
          </w:rPr>
          <w:t>[6]</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2">
        <w:r>
          <w:rPr>
            <w:color w:val="0000EE"/>
            <w:u w:val="single"/>
          </w:rPr>
          <w:t>[3]</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https://www.nbcpalmsprings.com/local-and-community/2026/09/08/palm-springs-announces-lineup-for-fifth-annual-pride-on-the-page-book-festival</w:t>
        </w:r>
      </w:hyperlink>
      <w:r>
        <w:t xml:space="preserve"> - Please view link - unable to able to access data</w:t>
      </w:r>
      <w:r/>
    </w:p>
    <w:p>
      <w:pPr>
        <w:pStyle w:val="ListNumber"/>
        <w:spacing w:line="240" w:lineRule="auto"/>
        <w:ind w:left="720"/>
      </w:pPr>
      <w:r/>
      <w:hyperlink r:id="rId10">
        <w:r>
          <w:rPr>
            <w:color w:val="0000EE"/>
            <w:u w:val="single"/>
          </w:rPr>
          <w:t>https://www.pslibraryfoundation.org/pride-on-the-page-2026</w:t>
        </w:r>
      </w:hyperlink>
      <w:r>
        <w:t xml:space="preserve"> - The Palm Springs Public Library Foundation has announced the full lineup for its fifth annual Pride on the Page Book Festival, a free event celebrating LGBTQ+ authors, storytellers, and the community. The festival will take place on Saturday, November 14, at the Palm Springs Cultural Center, featuring both daytime and evening programs. Among the newly announced guests are comedian Murray Hill, actor Tim Bagley, and Grammy-nominated country artist Ty Herndon. Herndon will discuss his memoir and his journey as the first major male country music singer to publicly come out as gay. The festival will also include author panels, book signings, free book giveaways, opportunities to connect with local community organizations, and a special celebration marking the event's fifth anniversary. Admission is free for both the daytime and evening programs, though organizers say separate registration is required for each event. (</w:t>
      </w:r>
      <w:hyperlink r:id="rId15">
        <w:r>
          <w:rPr>
            <w:color w:val="0000EE"/>
            <w:u w:val="single"/>
          </w:rPr>
          <w:t>pslibraryfoundation.org</w:t>
        </w:r>
      </w:hyperlink>
      <w:r>
        <w:t>)</w:t>
      </w:r>
      <w:r/>
    </w:p>
    <w:p>
      <w:pPr>
        <w:pStyle w:val="ListNumber"/>
        <w:spacing w:line="240" w:lineRule="auto"/>
        <w:ind w:left="720"/>
      </w:pPr>
      <w:r/>
      <w:hyperlink r:id="rId12">
        <w:r>
          <w:rPr>
            <w:color w:val="0000EE"/>
            <w:u w:val="single"/>
          </w:rPr>
          <w:t>https://www.pslibraryfoundation.org/news/2026/7/22/krgkg1m99sitc4ky3z0atkx0wsjb5b</w:t>
        </w:r>
      </w:hyperlink>
      <w:r>
        <w:t xml:space="preserve"> - The Palm Springs Public Library Foundation has announced that its Fifth Annual Pride on the Page Book Festival is slated for Saturday, November 14, 2026, from 10 a.m. to 9 p.m. at the Palm Springs Cultural Center. This year, the entire event—including an evening reception with featured authors and special guests—will be free. Created in 2022, Pride on the Page has grown into one of the Coachella Valley’s premier literary events, bringing LGBTQ+ authors, readers, and allies together for a day of thoughtful conversations, diverse perspectives, and community connection. This year’s festival continues that tradition with nationally recognized authors, local writers, publishers, and community organizations participating throughout the day. (</w:t>
      </w:r>
      <w:hyperlink r:id="rId16">
        <w:r>
          <w:rPr>
            <w:color w:val="0000EE"/>
            <w:u w:val="single"/>
          </w:rPr>
          <w:t>pslibraryfoundation.org</w:t>
        </w:r>
      </w:hyperlink>
      <w:r>
        <w:t>)</w:t>
      </w:r>
      <w:r/>
    </w:p>
    <w:p>
      <w:pPr>
        <w:pStyle w:val="ListNumber"/>
        <w:spacing w:line="240" w:lineRule="auto"/>
        <w:ind w:left="720"/>
      </w:pPr>
      <w:r/>
      <w:hyperlink r:id="rId13">
        <w:r>
          <w:rPr>
            <w:color w:val="0000EE"/>
            <w:u w:val="single"/>
          </w:rPr>
          <w:t>https://happeningnext.com/event/pride-on-the-page-2026-book-festival-eid1ef0l3umxrla</w:t>
        </w:r>
      </w:hyperlink>
      <w:r>
        <w:t xml:space="preserve"> - The Palm Springs Public Library Foundation presents the Fifth Annual Pride on the Page Book Festival, celebrating LGBTQ+ authors and voices. The event will take place on Saturday, November 14, 2026, from 10:00 am to 9:00 pm at the Palm Springs Cultural Center. The theme for this milestone year is 'Five Years of Pride on the Page: Our Lives, Our Words, Our Stories.' For more details, author information, and a full schedule, visit prideonthepage.org. The festival is presented by the Palm Springs Public Library Foundation and the Palm Springs Public Library. Registration is required for both daytime and evening events. (</w:t>
      </w:r>
      <w:hyperlink r:id="rId17">
        <w:r>
          <w:rPr>
            <w:color w:val="0000EE"/>
            <w:u w:val="single"/>
          </w:rPr>
          <w:t>happeningnext.com</w:t>
        </w:r>
      </w:hyperlink>
      <w:r>
        <w:t>)</w:t>
      </w:r>
      <w:r/>
    </w:p>
    <w:p>
      <w:pPr>
        <w:pStyle w:val="ListNumber"/>
        <w:spacing w:line="240" w:lineRule="auto"/>
        <w:ind w:left="720"/>
      </w:pPr>
      <w:r/>
      <w:hyperlink r:id="rId14">
        <w:r>
          <w:rPr>
            <w:color w:val="0000EE"/>
            <w:u w:val="single"/>
          </w:rPr>
          <w:t>https://www.pslibraryfoundation.org/pride-on-the-page-2025</w:t>
        </w:r>
      </w:hyperlink>
      <w:r>
        <w:t xml:space="preserve"> - Pride on the Page is a free full-day festival featuring LGBTQIA+ and affirming authors and allies in conversation about their books and dynamic topics, book signings, a local authors table, LGBTQIA+ presses, updates about the Palm Springs Public Library Renovation, and much more. The 2025 event took place on Saturday, November 1, at the Palm Springs Cultural Center. The evening fundraiser featured actor/author Chris Colfer discussing his new young adult book 'Roswell Saves the Galaxy!' in conversation with Meredith Fine. (</w:t>
      </w:r>
      <w:hyperlink r:id="rId18">
        <w:r>
          <w:rPr>
            <w:color w:val="0000EE"/>
            <w:u w:val="single"/>
          </w:rPr>
          <w:t>pslibraryfoundation.org</w:t>
        </w:r>
      </w:hyperlink>
      <w:r>
        <w:t>)</w:t>
      </w:r>
      <w:r/>
    </w:p>
    <w:p>
      <w:pPr>
        <w:pStyle w:val="ListNumber"/>
        <w:spacing w:line="240" w:lineRule="auto"/>
        <w:ind w:left="720"/>
      </w:pPr>
      <w:r/>
      <w:hyperlink r:id="rId11">
        <w:r>
          <w:rPr>
            <w:color w:val="0000EE"/>
            <w:u w:val="single"/>
          </w:rPr>
          <w:t>https://gaydesertguide.com/pride-on-the-page-book-festival-announces-full-author-lineup-for-5th-anniversary-edition/</w:t>
        </w:r>
      </w:hyperlink>
      <w:r>
        <w:t xml:space="preserve"> - The Palm Springs Public Library Foundation has announced the complete lineup for the 5th Annual Pride on the Page Book Festival, taking place Saturday, November 14 from 10 a.m.–9 p.m. at the Palm Springs Cultural Center. This milestone year celebrates the theme 'Five Years of Pride on the Page: Our Lives, Our Words, Our Stories,' highlighting memoirs and personal narratives that reflect the depth and diversity of LGBTQ+ experiences. For the first time, both the daytime and evening programs are completely free, with separate registration required for each. (</w:t>
      </w:r>
      <w:hyperlink r:id="rId19">
        <w:r>
          <w:rPr>
            <w:color w:val="0000EE"/>
            <w:u w:val="single"/>
          </w:rPr>
          <w:t>gaydesertguide.com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bcpalmsprings.com/local-and-community/2026/09/08/palm-springs-announces-lineup-for-fifth-annual-pride-on-the-page-book-festival" TargetMode="External"/><Relationship Id="rId10" Type="http://schemas.openxmlformats.org/officeDocument/2006/relationships/hyperlink" Target="https://www.pslibraryfoundation.org/pride-on-the-page-2026" TargetMode="External"/><Relationship Id="rId11" Type="http://schemas.openxmlformats.org/officeDocument/2006/relationships/hyperlink" Target="https://gaydesertguide.com/pride-on-the-page-book-festival-announces-full-author-lineup-for-5th-anniversary-edition/" TargetMode="External"/><Relationship Id="rId12" Type="http://schemas.openxmlformats.org/officeDocument/2006/relationships/hyperlink" Target="https://www.pslibraryfoundation.org/news/2026/7/22/krgkg1m99sitc4ky3z0atkx0wsjb5b" TargetMode="External"/><Relationship Id="rId13" Type="http://schemas.openxmlformats.org/officeDocument/2006/relationships/hyperlink" Target="https://happeningnext.com/event/pride-on-the-page-2026-book-festival-eid1ef0l3umxrla" TargetMode="External"/><Relationship Id="rId14" Type="http://schemas.openxmlformats.org/officeDocument/2006/relationships/hyperlink" Target="https://www.pslibraryfoundation.org/pride-on-the-page-2025" TargetMode="External"/><Relationship Id="rId15" Type="http://schemas.openxmlformats.org/officeDocument/2006/relationships/hyperlink" Target="https://www.pslibraryfoundation.org/pride-on-the-page-2026?utm_source=openai" TargetMode="External"/><Relationship Id="rId16" Type="http://schemas.openxmlformats.org/officeDocument/2006/relationships/hyperlink" Target="https://www.pslibraryfoundation.org/news/2026/7/22/krgkg1m99sitc4ky3z0atkx0wsjb5b?utm_source=openai" TargetMode="External"/><Relationship Id="rId17" Type="http://schemas.openxmlformats.org/officeDocument/2006/relationships/hyperlink" Target="https://happeningnext.com/event/pride-on-the-page-2026-book-festival-eid1ef0l3umxrla?utm_source=openai" TargetMode="External"/><Relationship Id="rId18" Type="http://schemas.openxmlformats.org/officeDocument/2006/relationships/hyperlink" Target="https://www.pslibraryfoundation.org/pride-on-the-page-2025?utm_source=openai" TargetMode="External"/><Relationship Id="rId19" Type="http://schemas.openxmlformats.org/officeDocument/2006/relationships/hyperlink" Target="https://gaydesertguide.com/pride-on-the-page-book-festival-announces-full-author-lineup-for-5th-anniversary-edi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