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Fashion Memoir for Readers Who Love Queer Style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Readers looking for a lively fashion memoir with glamour, grit and a love story will find plenty to enjoy in </w:t>
      </w:r>
      <w:r>
        <w:rPr>
          <w:b/>
          <w:i/>
        </w:rPr>
        <w:t>Every Inch a Lady</w:t>
      </w:r>
      <w:r>
        <w:rPr>
          <w:b/>
        </w:rPr>
        <w:t>. Audrey Smaltz's account traces her Harlem childhood, modelling career, Ebony years and rise as a fashion producer, while celebrating the confidence that comes from dressing exactly as you please.</w:t>
      </w:r>
      <w:r/>
    </w:p>
    <w:p>
      <w:pPr>
        <w:pStyle w:val="Heading2"/>
      </w:pPr>
      <w:r>
        <w:t>A life stitched together with style</w:t>
      </w:r>
      <w:r/>
    </w:p>
    <w:p>
      <w:r/>
      <w:r>
        <w:t xml:space="preserve">Fashion is the thread running through </w:t>
      </w:r>
      <w:r>
        <w:rPr>
          <w:i/>
        </w:rPr>
        <w:t>Every Inch a Lady</w:t>
      </w:r>
      <w:r>
        <w:t>, but this isn't simply a parade of beautiful clothes. Audrey Smaltz's story moves from Harlem in the late 1930s to modelling, magazine work and entrepreneurship, with each chapter showing how style became both a language and a livelihood. The Washington Blade presents her as a spirited storyteller whose enthusiasm remains wonderfully undimmed.</w:t>
      </w:r>
      <w:r/>
    </w:p>
    <w:p>
      <w:r/>
      <w:r>
        <w:t>That energy gives the memoir its appeal. Smaltz writes about garments, colour and presentation with the relish of someone who knows that getting dressed can change the way you enter a room. For fashion lovers, there's a pleasing tactile quality to the story: fabric, fastenings and silhouettes feel almost within reach.</w:t>
      </w:r>
      <w:r/>
    </w:p>
    <w:p>
      <w:pPr>
        <w:pStyle w:val="Heading2"/>
      </w:pPr>
      <w:r>
        <w:t>From Harlem confidence to a fashion career</w:t>
      </w:r>
      <w:r/>
    </w:p>
    <w:p>
      <w:r/>
      <w:r>
        <w:t>Smaltz's upbringing gave her an early sense of poise, creativity and self-belief. Her family encouraged her to look polished and carry herself well, even while warning her against making too much noise. That tension between decorum and ambition becomes one of the book's most engaging undercurrents.</w:t>
      </w:r>
      <w:r/>
    </w:p>
    <w:p>
      <w:r/>
      <w:r>
        <w:t>Her path wasn't straightforward. Modelling led to office jobs, relationships and an unhappy marriage before a role at Ebony opened the door to international travel and a deeper understanding of the fashion business. The Washington Informer highlights how those experiences helped shape a career that eventually moved beyond employment and towards independence.</w:t>
      </w:r>
      <w:r/>
    </w:p>
    <w:p>
      <w:pPr>
        <w:pStyle w:val="Heading2"/>
      </w:pPr>
      <w:r>
        <w:t>The business story is just as stylish</w:t>
      </w:r>
      <w:r/>
    </w:p>
    <w:p>
      <w:r/>
      <w:r>
        <w:t>The memoir becomes especially interesting when Smaltz decides to build her own fashion production company. Designers were initially reluctant to work with her, so she changed course, refined her pitch and kept approaching potential clients until one opportunity unlocked another.</w:t>
      </w:r>
      <w:r/>
    </w:p>
    <w:p>
      <w:r/>
      <w:r>
        <w:t>It's a familiar entrepreneurial lesson, but the setting gives it extra sparkle. Rather than presenting success as a neat overnight transformation, the book shows the persistence behind the polished image. Industry readers and aspiring creatives may recognise the uncomfortable truth: talent matters, but stamina and self-promotion often matter just as much.</w:t>
      </w:r>
      <w:r/>
    </w:p>
    <w:p>
      <w:pPr>
        <w:pStyle w:val="Heading2"/>
      </w:pPr>
      <w:r>
        <w:t>Love, identity and a life beyond convention</w:t>
      </w:r>
      <w:r/>
    </w:p>
    <w:p>
      <w:r/>
      <w:r>
        <w:t>Smaltz's personal life adds a more intimate dimension to the fashion story. She writes about romances with men, an ill-fated marriage and the unexpected experience of falling in love with a woman after a leadership course. The relationship becomes part of a wider journey towards understanding what she actually wanted, rather than what convention expected.</w:t>
      </w:r>
      <w:r/>
    </w:p>
    <w:p>
      <w:r/>
      <w:r>
        <w:t>That combination of glamour and self-discovery helps the memoir reach beyond the fashion crowd. Goodreads readers' interest in the book reflects its broader appeal as a life story about reinvention, desire and finally making room for an authentic self.</w:t>
      </w:r>
      <w:r/>
    </w:p>
    <w:p>
      <w:pPr>
        <w:pStyle w:val="Heading2"/>
      </w:pPr>
      <w:r>
        <w:t>Why fashion memoir fans should pick it up</w:t>
      </w:r>
      <w:r/>
    </w:p>
    <w:p>
      <w:r/>
      <w:r>
        <w:t>There are plenty of names, industry anecdotes and period details, so readers who enjoy vintage fashion history will have much to savour. The book also offers a window into professional barriers shaped by racism, sexism and entrenched industry habits, making its glamorous surface more complicated than it first appears.</w:t>
      </w:r>
      <w:r/>
    </w:p>
    <w:p>
      <w:r/>
      <w:r>
        <w:t>It isn't a perfectly restrained memoir. The colour references can feel unusually abundant, and the name-dropping occasionally piles up. Still, the voice is so warm and animated that those quirks become part of the experience. As the audiobook listing from Kirkus Reviews suggests, Smaltz's story is particularly well suited to being heard, because her personality is central to its charm.</w:t>
      </w:r>
      <w:r/>
    </w:p>
    <w:p>
      <w:r/>
      <w:r>
        <w:t xml:space="preserve">For anyone searching for a fashion memoir about Black style, ambition and queer self-discovery, </w:t>
      </w:r>
      <w:r>
        <w:rPr>
          <w:i/>
        </w:rPr>
        <w:t>Every Inch a Lady</w:t>
      </w:r>
      <w:r>
        <w:t xml:space="preserve"> is an easy recommendation. It has the feel of a beautifully organised wardrobe with a few unexpected pieces tucked inside.</w:t>
      </w:r>
      <w:r/>
    </w:p>
    <w:p>
      <w:r/>
      <w:r>
        <w:t>A stylish life story can still surprise you, and this one has plenty of colour in the seams.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[7]</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5">
        <w:r>
          <w:rPr>
            <w:color w:val="0000EE"/>
            <w:u w:val="single"/>
          </w:rPr>
          <w:t>[3]</w:t>
        </w:r>
      </w:hyperlink>
      <w:r>
        <w:t xml:space="preserve">, </w:t>
      </w:r>
      <w:hyperlink r:id="rId12">
        <w:r>
          <w:rPr>
            <w:color w:val="0000EE"/>
            <w:u w:val="single"/>
          </w:rPr>
          <w:t>[4]</w:t>
        </w:r>
      </w:hyperlink>
      <w:r>
        <w:t xml:space="preserve">- Paragraph 6: </w:t>
      </w:r>
      <w:hyperlink r:id="rId11">
        <w:r>
          <w:rPr>
            <w:color w:val="0000EE"/>
            <w:u w:val="single"/>
          </w:rPr>
          <w:t>[6]</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[7]</w:t>
        </w:r>
      </w:hyperlink>
      <w:r>
        <w:t xml:space="preserve">- Paragraph 8: </w:t>
      </w:r>
      <w:hyperlink r:id="rId15">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https://www.washingtonblade.com/2026/09/09/best-of-lgbtq-dc-readers-choice-nominations/</w:t>
        </w:r>
      </w:hyperlink>
      <w:r>
        <w:t xml:space="preserve"> - Please view link - unable to able to access data</w:t>
      </w:r>
      <w:r/>
    </w:p>
    <w:p>
      <w:pPr>
        <w:pStyle w:val="ListNumber"/>
        <w:spacing w:line="240" w:lineRule="auto"/>
        <w:ind w:left="720"/>
      </w:pPr>
      <w:r/>
      <w:hyperlink r:id="rId10">
        <w:r>
          <w:rPr>
            <w:color w:val="0000EE"/>
            <w:u w:val="single"/>
          </w:rPr>
          <w:t>https://www.postnewsgroup.com/book-review-every-inch-of-a-lady/</w:t>
        </w:r>
      </w:hyperlink>
      <w:r>
        <w:t xml:space="preserve"> - This review highlights Audrey Smaltz's memoir, 'Every Inch of a Lady,' detailing her journey from Harlem to the fashion industry. It discusses her early life, career challenges, and the support from her parents. The review praises Smaltz's storytelling and the book's appeal to fashion enthusiasts. (</w:t>
      </w:r>
      <w:hyperlink r:id="rId16">
        <w:r>
          <w:rPr>
            <w:color w:val="0000EE"/>
            <w:u w:val="single"/>
          </w:rPr>
          <w:t>postnewsgroup.com</w:t>
        </w:r>
      </w:hyperlink>
      <w:r>
        <w:t>)</w:t>
      </w:r>
      <w:r/>
    </w:p>
    <w:p>
      <w:pPr>
        <w:pStyle w:val="ListNumber"/>
        <w:spacing w:line="240" w:lineRule="auto"/>
        <w:ind w:left="720"/>
      </w:pPr>
      <w:r/>
      <w:hyperlink r:id="rId15">
        <w:r>
          <w:rPr>
            <w:color w:val="0000EE"/>
            <w:u w:val="single"/>
          </w:rPr>
          <w:t>https://www.kirkusreviews.com/audiobook-reviews/audrey-smaltz/every-inch-a-lady/</w:t>
        </w:r>
      </w:hyperlink>
      <w:r>
        <w:t xml:space="preserve"> - Kirkus Reviews provides an overview of Smaltz's memoir, noting her rise from modest beginnings in Harlem to becoming a significant figure in the fashion industry. The review commends the audiobook's narration and Smaltz's ability to share her experiences without excessive name-dropping. (</w:t>
      </w:r>
      <w:hyperlink r:id="rId17">
        <w:r>
          <w:rPr>
            <w:color w:val="0000EE"/>
            <w:u w:val="single"/>
          </w:rPr>
          <w:t>kirkusreviews.com</w:t>
        </w:r>
      </w:hyperlink>
      <w:r>
        <w:t>)</w:t>
      </w:r>
      <w:r/>
    </w:p>
    <w:p>
      <w:pPr>
        <w:pStyle w:val="ListNumber"/>
        <w:spacing w:line="240" w:lineRule="auto"/>
        <w:ind w:left="720"/>
      </w:pPr>
      <w:r/>
      <w:hyperlink r:id="rId12">
        <w:r>
          <w:rPr>
            <w:color w:val="0000EE"/>
            <w:u w:val="single"/>
          </w:rPr>
          <w:t>https://www.goodreads.com/book/show/242738100-every-inch-a-lady</w:t>
        </w:r>
      </w:hyperlink>
      <w:r>
        <w:t xml:space="preserve"> - Goodreads features a page for 'Every Inch a Lady,' including details about the book and author Audrey Smaltz. The page offers insights into Smaltz's multifaceted career and the book's content, with user reviews reflecting on its impact and relevance. (</w:t>
      </w:r>
      <w:hyperlink r:id="rId18">
        <w:r>
          <w:rPr>
            <w:color w:val="0000EE"/>
            <w:u w:val="single"/>
          </w:rPr>
          <w:t>goodreads.com</w:t>
        </w:r>
      </w:hyperlink>
      <w:r>
        <w:t>)</w:t>
      </w:r>
      <w:r/>
    </w:p>
    <w:p>
      <w:pPr>
        <w:pStyle w:val="ListNumber"/>
        <w:spacing w:line="240" w:lineRule="auto"/>
        <w:ind w:left="720"/>
      </w:pPr>
      <w:r/>
      <w:hyperlink r:id="rId13">
        <w:r>
          <w:rPr>
            <w:color w:val="0000EE"/>
            <w:u w:val="single"/>
          </w:rPr>
          <w:t>https://www.litstack.com/every-inch-a-lady-audrey-smaltz/</w:t>
        </w:r>
      </w:hyperlink>
      <w:r>
        <w:t xml:space="preserve"> - LitStack provides a spotlight on 'Every Inch a Lady,' discussing Smaltz's unique journey in the fashion world. The article highlights her collaborations with renowned designers and her role in breaking barriers for Black professionals in the industry. (</w:t>
      </w:r>
      <w:hyperlink r:id="rId19">
        <w:r>
          <w:rPr>
            <w:color w:val="0000EE"/>
            <w:u w:val="single"/>
          </w:rPr>
          <w:t>litstack.com</w:t>
        </w:r>
      </w:hyperlink>
      <w:r>
        <w:t>)</w:t>
      </w:r>
      <w:r/>
    </w:p>
    <w:p>
      <w:pPr>
        <w:pStyle w:val="ListNumber"/>
        <w:spacing w:line="240" w:lineRule="auto"/>
        <w:ind w:left="720"/>
      </w:pPr>
      <w:r/>
      <w:hyperlink r:id="rId11">
        <w:r>
          <w:rPr>
            <w:color w:val="0000EE"/>
            <w:u w:val="single"/>
          </w:rPr>
          <w:t>https://www.washingtoninformer.com/audrey-smaltz-every-inch-lady/</w:t>
        </w:r>
      </w:hyperlink>
      <w:r>
        <w:t xml:space="preserve"> - The Washington Informer reviews 'Every Inch a Lady,' emphasizing Smaltz's upbringing in Harlem and her parents' influence on her confidence and creativity. The review delves into her career trajectory and the challenges she faced in the fashion industry. (</w:t>
      </w:r>
      <w:hyperlink r:id="rId20">
        <w:r>
          <w:rPr>
            <w:color w:val="0000EE"/>
            <w:u w:val="single"/>
          </w:rPr>
          <w:t>washingtoninformer.com</w:t>
        </w:r>
      </w:hyperlink>
      <w:r>
        <w:t>)</w:t>
      </w:r>
      <w:r/>
    </w:p>
    <w:p>
      <w:pPr>
        <w:pStyle w:val="ListNumber"/>
        <w:spacing w:line="240" w:lineRule="auto"/>
        <w:ind w:left="720"/>
      </w:pPr>
      <w:r/>
      <w:hyperlink r:id="rId14">
        <w:r>
          <w:rPr>
            <w:color w:val="0000EE"/>
            <w:u w:val="single"/>
          </w:rPr>
          <w:t>https://www.porchlightbooks.com/products/every-inch-a-lady-audrey-smaltz-9780063452695</w:t>
        </w:r>
      </w:hyperlink>
      <w:r>
        <w:t xml:space="preserve"> - Porchlight Book Company provides a detailed description of 'Every Inch a Lady,' highlighting Smaltz's diverse roles in the fashion industry and her collaborations with legendary designers. The page also includes publication details and purchasing information. (</w:t>
      </w:r>
      <w:hyperlink r:id="rId21">
        <w:r>
          <w:rPr>
            <w:color w:val="0000EE"/>
            <w:u w:val="single"/>
          </w:rPr>
          <w:t>porchlightbooks.com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09/09/best-of-lgbtq-dc-readers-choice-nominations/" TargetMode="External"/><Relationship Id="rId10" Type="http://schemas.openxmlformats.org/officeDocument/2006/relationships/hyperlink" Target="https://www.postnewsgroup.com/book-review-every-inch-of-a-lady/" TargetMode="External"/><Relationship Id="rId11" Type="http://schemas.openxmlformats.org/officeDocument/2006/relationships/hyperlink" Target="https://www.washingtoninformer.com/audrey-smaltz-every-inch-lady/" TargetMode="External"/><Relationship Id="rId12" Type="http://schemas.openxmlformats.org/officeDocument/2006/relationships/hyperlink" Target="https://www.goodreads.com/book/show/242738100-every-inch-a-lady" TargetMode="External"/><Relationship Id="rId13" Type="http://schemas.openxmlformats.org/officeDocument/2006/relationships/hyperlink" Target="https://www.litstack.com/every-inch-a-lady-audrey-smaltz/" TargetMode="External"/><Relationship Id="rId14" Type="http://schemas.openxmlformats.org/officeDocument/2006/relationships/hyperlink" Target="https://www.porchlightbooks.com/products/every-inch-a-lady-audrey-smaltz-9780063452695" TargetMode="External"/><Relationship Id="rId15" Type="http://schemas.openxmlformats.org/officeDocument/2006/relationships/hyperlink" Target="https://www.kirkusreviews.com/audiobook-reviews/audrey-smaltz/every-inch-a-lady/" TargetMode="External"/><Relationship Id="rId16" Type="http://schemas.openxmlformats.org/officeDocument/2006/relationships/hyperlink" Target="https://www.postnewsgroup.com/book-review-every-inch-of-a-lady/?utm_source=openai" TargetMode="External"/><Relationship Id="rId17" Type="http://schemas.openxmlformats.org/officeDocument/2006/relationships/hyperlink" Target="https://www.kirkusreviews.com/audiobook-reviews/audrey-smaltz/every-inch-a-lady/?utm_source=openai" TargetMode="External"/><Relationship Id="rId18" Type="http://schemas.openxmlformats.org/officeDocument/2006/relationships/hyperlink" Target="https://www.goodreads.com/book/show/242738100-every-inch-a-lady?utm_source=openai" TargetMode="External"/><Relationship Id="rId19" Type="http://schemas.openxmlformats.org/officeDocument/2006/relationships/hyperlink" Target="https://www.litstack.com/every-inch-a-lady-audrey-smaltz/?utm_source=openai" TargetMode="External"/><Relationship Id="rId20" Type="http://schemas.openxmlformats.org/officeDocument/2006/relationships/hyperlink" Target="https://www.washingtoninformer.com/audrey-smaltz-every-inch-lady/?utm_source=openai" TargetMode="External"/><Relationship Id="rId21" Type="http://schemas.openxmlformats.org/officeDocument/2006/relationships/hyperlink" Target="https://www.porchlightbooks.com/products/every-inch-a-lady-audrey-smaltz-9780063452695?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