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Brisbane LGBTQIA+ Block Party Guide for October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Brisbane’s queer party calendar is getting a fresh headline event, with Gay Out: Block Party bringing DJs, drag, live music and community spirit to The Wickham in Fortitude Valley on 4 October 2026. It’s designed to keep the city’s beloved big-day energy alive while giving visitors another reason to make a long weekend of it.</w:t>
      </w:r>
      <w:r/>
    </w:p>
    <w:p>
      <w:pPr>
        <w:pStyle w:val="Heading2"/>
      </w:pPr>
      <w:r>
        <w:t>Gay Out keeps Brisbane’s party spirit moving</w:t>
      </w:r>
      <w:r/>
    </w:p>
    <w:p>
      <w:r/>
      <w:r>
        <w:t xml:space="preserve">The biggest news is simple: Brisbane’s LGBTQIA+ community won't be without a major celebration in 2026. Gay Out: Block Party arrives at The Wickham Hotel on Sunday, 4 October, from 2pm to 9pm, offering a full afternoon and evening of music, performances and dancing. The venue has long been closely associated with Brisbane’s queer nightlife, according to The Wickham’s own venue information. </w:t>
      </w:r>
      <w:hyperlink r:id="rId9">
        <w:r>
          <w:rPr>
            <w:color w:val="0000EE"/>
            <w:u w:val="single"/>
          </w:rPr>
          <w:t>[5]</w:t>
        </w:r>
      </w:hyperlink>
      <w:r>
        <w:t xml:space="preserve">, </w:t>
      </w:r>
      <w:hyperlink r:id="rId10">
        <w:r>
          <w:rPr>
            <w:color w:val="0000EE"/>
            <w:u w:val="single"/>
          </w:rPr>
          <w:t>[6]</w:t>
        </w:r>
      </w:hyperlink>
      <w:r/>
    </w:p>
    <w:p>
      <w:r/>
      <w:r>
        <w:t xml:space="preserve">That timing matters, too. The event lands during the King’s Birthday long-weekend period, making it easy to turn a party day into a broader Brisbane escape. Expect the atmosphere to build from a relaxed afternoon gathering into something louder, brighter and considerably more glittery as the evening approaches. </w:t>
      </w:r>
      <w:hyperlink r:id="rId11">
        <w:r>
          <w:rPr>
            <w:color w:val="0000EE"/>
            <w:u w:val="single"/>
          </w:rPr>
          <w:t>[3]</w:t>
        </w:r>
      </w:hyperlink>
      <w:r>
        <w:t xml:space="preserve">, </w:t>
      </w:r>
      <w:hyperlink r:id="rId12">
        <w:r>
          <w:rPr>
            <w:color w:val="0000EE"/>
            <w:u w:val="single"/>
          </w:rPr>
          <w:t>[4]</w:t>
        </w:r>
      </w:hyperlink>
      <w:r/>
    </w:p>
    <w:p>
      <w:pPr>
        <w:pStyle w:val="Heading2"/>
      </w:pPr>
      <w:r>
        <w:t>A familiar venue gets a new headline</w:t>
      </w:r>
      <w:r/>
    </w:p>
    <w:p>
      <w:r/>
      <w:r>
        <w:t xml:space="preserve">The Wickham’s Fortitude Valley location makes it a natural home for a large-scale queer celebration. Its reputation as a welcoming LGBTQIA+ venue has helped make it a fixture in Brisbane nightlife, while the surrounding Valley offers plenty of options for food, drinks and late-night plans. </w:t>
      </w:r>
      <w:hyperlink r:id="rId9">
        <w:r>
          <w:rPr>
            <w:color w:val="0000EE"/>
            <w:u w:val="single"/>
          </w:rPr>
          <w:t>[5]</w:t>
        </w:r>
      </w:hyperlink>
      <w:r>
        <w:t xml:space="preserve">, </w:t>
      </w:r>
      <w:hyperlink r:id="rId10">
        <w:r>
          <w:rPr>
            <w:color w:val="0000EE"/>
            <w:u w:val="single"/>
          </w:rPr>
          <w:t>[6]</w:t>
        </w:r>
      </w:hyperlink>
      <w:r/>
    </w:p>
    <w:p>
      <w:r/>
      <w:r>
        <w:t xml:space="preserve">That sense of continuity is important. Big Gay Day has built a strong following over the years, and historical accounts of the event underline its role as a major community celebration rather than simply another night out. Gay Out looks set to carry that social, inclusive spirit into a new format. </w:t>
      </w:r>
      <w:hyperlink r:id="rId13">
        <w:r>
          <w:rPr>
            <w:color w:val="0000EE"/>
            <w:u w:val="single"/>
          </w:rPr>
          <w:t>[2]</w:t>
        </w:r>
      </w:hyperlink>
      <w:r>
        <w:t xml:space="preserve">, </w:t>
      </w:r>
      <w:hyperlink r:id="rId11">
        <w:r>
          <w:rPr>
            <w:color w:val="0000EE"/>
            <w:u w:val="single"/>
          </w:rPr>
          <w:t>[3]</w:t>
        </w:r>
      </w:hyperlink>
      <w:r/>
    </w:p>
    <w:p>
      <w:pPr>
        <w:pStyle w:val="Heading2"/>
      </w:pPr>
      <w:r>
        <w:t>Drag royalty, DJs and Samantha Jade lead the bill</w:t>
      </w:r>
      <w:r/>
    </w:p>
    <w:p>
      <w:r/>
      <w:r>
        <w:t>Beverly Kills, known for appearing on Drag Race Down Under season two, will host the day, with fellow season-two performer Kween Kong also scheduled to appear. Their presence promises plenty of personality between the music sets, plus the kind of high-energy stage moments that make a daytime block party feel genuinely special.</w:t>
      </w:r>
      <w:r/>
    </w:p>
    <w:p>
      <w:r/>
      <w:r>
        <w:t>The DJ line-up includes Jesse Boyd, Alvyon, Nic Holland, Kayty Banks, DJ Donna and WDJ40. Samantha Jade is set to headline the live music, giving the event a pop-focused centrepiece for anyone who likes their party soundtrack big, polished and instantly recognisable.</w:t>
      </w:r>
      <w:r/>
    </w:p>
    <w:p>
      <w:pPr>
        <w:pStyle w:val="Heading2"/>
      </w:pPr>
      <w:r>
        <w:t>How to plan your Gay Out day</w:t>
      </w:r>
      <w:r/>
    </w:p>
    <w:p>
      <w:r/>
      <w:r>
        <w:t xml:space="preserve">Arriving early looks sensible if you want to settle in before the busiest part of the afternoon. Check the official event details before travelling, particularly for ticketing, entry arrangements, accessibility information and any venue-specific updates. The Wickham is in Fortitude Valley, so public transport or a pre-booked rideshare may be easier than trying to find parking nearby. </w:t>
      </w:r>
      <w:hyperlink r:id="rId9">
        <w:r>
          <w:rPr>
            <w:color w:val="0000EE"/>
            <w:u w:val="single"/>
          </w:rPr>
          <w:t>[5]</w:t>
        </w:r>
      </w:hyperlink>
      <w:r>
        <w:t xml:space="preserve">, </w:t>
      </w:r>
      <w:hyperlink r:id="rId10">
        <w:r>
          <w:rPr>
            <w:color w:val="0000EE"/>
            <w:u w:val="single"/>
          </w:rPr>
          <w:t>[6]</w:t>
        </w:r>
      </w:hyperlink>
      <w:r/>
    </w:p>
    <w:p>
      <w:r/>
      <w:r>
        <w:t>Wear something comfortable enough for several hours on your feet, but don't be afraid to add colour or sparkle. A block party is one of those rare occasions where a little extra drama is practically practical, especially if you're moving between the outdoor atmosphere, the dance floor and the bar.</w:t>
      </w:r>
      <w:r/>
    </w:p>
    <w:p>
      <w:pPr>
        <w:pStyle w:val="Heading2"/>
      </w:pPr>
      <w:r>
        <w:t>The night carries on after 9pm</w:t>
      </w:r>
      <w:r/>
    </w:p>
    <w:p>
      <w:r/>
      <w:r>
        <w:t xml:space="preserve">For anyone who still has energy left, the official after-party is due to begin at the Warehouse from 9pm until late. That gives the main event a clear second act, rather than leaving revellers wondering where the evening went once the Wickham programme finishes. </w:t>
      </w:r>
      <w:hyperlink r:id="rId14">
        <w:r>
          <w:rPr>
            <w:color w:val="0000EE"/>
            <w:u w:val="single"/>
          </w:rPr>
          <w:t>[1]</w:t>
        </w:r>
      </w:hyperlink>
      <w:r>
        <w:t xml:space="preserve">, </w:t>
      </w:r>
      <w:hyperlink r:id="rId15">
        <w:r>
          <w:rPr>
            <w:color w:val="0000EE"/>
            <w:u w:val="single"/>
          </w:rPr>
          <w:t>[7]</w:t>
        </w:r>
      </w:hyperlink>
      <w:r/>
    </w:p>
    <w:p>
      <w:r/>
      <w:r>
        <w:t xml:space="preserve">It also reflects the way Brisbane’s queer nightlife works at its best: a shared starting point, plenty of room to reconnect, and a natural route into the night. Big Gay Day may be taking a break, but Gay Out suggests the city’s appetite for a huge, joyful community gathering is still very much alive. </w:t>
      </w:r>
      <w:hyperlink r:id="rId13">
        <w:r>
          <w:rPr>
            <w:color w:val="0000EE"/>
            <w:u w:val="single"/>
          </w:rPr>
          <w:t>[2]</w:t>
        </w:r>
      </w:hyperlink>
      <w:r>
        <w:t xml:space="preserve">, </w:t>
      </w:r>
      <w:hyperlink r:id="rId12">
        <w:r>
          <w:rPr>
            <w:color w:val="0000EE"/>
            <w:u w:val="single"/>
          </w:rPr>
          <w:t>[4]</w:t>
        </w:r>
      </w:hyperlink>
      <w:r/>
    </w:p>
    <w:p>
      <w:r/>
      <w:r>
        <w:t>A new name, a familiar spirit and plenty of reasons to dance.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[5]</w:t>
        </w:r>
      </w:hyperlink>
      <w:r>
        <w:t xml:space="preserve">, </w:t>
      </w:r>
      <w:hyperlink r:id="rId10">
        <w:r>
          <w:rPr>
            <w:color w:val="0000EE"/>
            <w:u w:val="single"/>
          </w:rPr>
          <w:t>[6]</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[2]</w:t>
        </w:r>
      </w:hyperlink>
      <w:r>
        <w:t xml:space="preserve">, </w:t>
      </w:r>
      <w:hyperlink r:id="rId11">
        <w:r>
          <w:rPr>
            <w:color w:val="0000EE"/>
            <w:u w:val="single"/>
          </w:rPr>
          <w:t>[3]</w:t>
        </w:r>
      </w:hyperlink>
      <w:r>
        <w:t xml:space="preserve">- Paragraph 4: </w:t>
      </w:r>
      <w:hyperlink r:id="rId9">
        <w:r>
          <w:rPr>
            <w:color w:val="0000EE"/>
            <w:u w:val="single"/>
          </w:rPr>
          <w:t>[5]</w:t>
        </w:r>
      </w:hyperlink>
      <w:r>
        <w:t xml:space="preserve">, </w:t>
      </w:r>
      <w:hyperlink r:id="rId10">
        <w:r>
          <w:rPr>
            <w:color w:val="0000EE"/>
            <w:u w:val="single"/>
          </w:rPr>
          <w:t>[6]</w:t>
        </w:r>
      </w:hyperlink>
      <w:r>
        <w:t xml:space="preserve">- Paragraph 5: </w:t>
      </w:r>
      <w:hyperlink r:id="rId14">
        <w:r>
          <w:rPr>
            <w:color w:val="0000EE"/>
            <w:u w:val="single"/>
          </w:rPr>
          <w:t>[1]</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https://www.starobserver.com.au/pride-guide/brisbanes-gay-out-block-party-is-the-new-gay-party-on-the-block/243823</w:t>
        </w:r>
      </w:hyperlink>
      <w:r>
        <w:t xml:space="preserve"> - Please view link - unable to able to access data</w:t>
      </w:r>
      <w:r/>
    </w:p>
    <w:p>
      <w:pPr>
        <w:pStyle w:val="ListNumber"/>
        <w:spacing w:line="240" w:lineRule="auto"/>
        <w:ind w:left="720"/>
      </w:pPr>
      <w:r/>
      <w:hyperlink r:id="rId13">
        <w:r>
          <w:rPr>
            <w:color w:val="0000EE"/>
            <w:u w:val="single"/>
          </w:rPr>
          <w:t>https://biggayday.com.au/history/</w:t>
        </w:r>
      </w:hyperlink>
      <w:r>
        <w:t xml:space="preserve"> - Big Gay Day is Brisbane's largest LGBTQIA+ festival, established in 2000 to celebrate the community and raise funds for charities. The 2025 event marked its 25th installment, featuring musical acts, drag performances, and more. Over the years, it has hosted artists like Boy George and The Veronicas, with the 2024 event attracting over 3,000 attendees and raising substantial funds for QLife. The festival is known for its vibrant street party atmosphere in Fortitude Valley, Brisbane.</w:t>
      </w:r>
      <w:r/>
    </w:p>
    <w:p>
      <w:pPr>
        <w:pStyle w:val="ListNumber"/>
        <w:spacing w:line="240" w:lineRule="auto"/>
        <w:ind w:left="720"/>
      </w:pPr>
      <w:r/>
      <w:hyperlink r:id="rId11">
        <w:r>
          <w:rPr>
            <w:color w:val="0000EE"/>
            <w:u w:val="single"/>
          </w:rPr>
          <w:t>https://www.gaytravel4u.com/event/big-gay-day-brisbane/</w:t>
        </w:r>
      </w:hyperlink>
      <w:r>
        <w:t xml:space="preserve"> - Big Gay Day Brisbane 2026 is scheduled for Sunday, October 4, 2026, during the King's Birthday Long Weekend. The event will feature musical acts, drag performances, and support for local LGBTQIA+ charities. Established in 2000, Big Gay Day has evolved into one of Brisbane's biggest street parties, closing down an inner-city street to host a main stage. The 2026 edition aims to return to its roots as a vibrant street party, celebrating 26 years of Big Gay Day.</w:t>
      </w:r>
      <w:r/>
    </w:p>
    <w:p>
      <w:pPr>
        <w:pStyle w:val="ListNumber"/>
        <w:spacing w:line="240" w:lineRule="auto"/>
        <w:ind w:left="720"/>
      </w:pPr>
      <w:r/>
      <w:hyperlink r:id="rId12">
        <w:r>
          <w:rPr>
            <w:color w:val="0000EE"/>
            <w:u w:val="single"/>
          </w:rPr>
          <w:t>https://backstreetbrisbane.com/2025/04/19/whats-on-big-gay-day-2025-25th-anniversary/</w:t>
        </w:r>
      </w:hyperlink>
      <w:r>
        <w:t xml:space="preserve"> - Big Gay Day 2025, celebrating its 25th anniversary, was held on May 4, 2025, at The Wickham Hotel in Fortitude Valley. The event featured headliners like Peach PRC and The Presets (DJ set), with a Y2K theme. The festival included musical acts, drag performances, and raised funds for Open Doors Youth Service (ODYS), Queensland's only dedicated LGBTIQ+ Sistergirl and Brotherboy youth service. The Wickham Hotel has been a proud supporter of the LGBTQIA+ community since the 1970s.</w:t>
      </w:r>
      <w:r/>
    </w:p>
    <w:p>
      <w:pPr>
        <w:pStyle w:val="ListNumber"/>
        <w:spacing w:line="240" w:lineRule="auto"/>
        <w:ind w:left="720"/>
      </w:pPr>
      <w:r/>
      <w:hyperlink r:id="rId9">
        <w:r>
          <w:rPr>
            <w:color w:val="0000EE"/>
            <w:u w:val="single"/>
          </w:rPr>
          <w:t>https://www.bigsound.org.au/venues/the-wickham</w:t>
        </w:r>
      </w:hyperlink>
      <w:r>
        <w:t xml:space="preserve"> - The Wickham Hotel, established in 1885, is a heritage-listed venue in Fortitude Valley, Brisbane. It has been a proud supporter of the LGBTQIA+ community since the 1970s and is renowned for hosting Big Gay Day, Brisbane's largest LGBTQIA+ festival. The venue offers a modern and safe space for all patrons, regardless of gender identity, race, or sexuality. The Wickham Hotel is located at 308 Wickham Street, Fortitude Valley, QLD 4006, Australia.</w:t>
      </w:r>
      <w:r/>
    </w:p>
    <w:p>
      <w:pPr>
        <w:pStyle w:val="ListNumber"/>
        <w:spacing w:line="240" w:lineRule="auto"/>
        <w:ind w:left="720"/>
      </w:pPr>
      <w:r/>
      <w:hyperlink r:id="rId10">
        <w:r>
          <w:rPr>
            <w:color w:val="0000EE"/>
            <w:u w:val="single"/>
          </w:rPr>
          <w:t>https://thewickham.com.au/</w:t>
        </w:r>
      </w:hyperlink>
      <w:r>
        <w:t xml:space="preserve"> - The Wickham Hotel, located at 308 Wickham Street, Fortitude Valley, QLD 4006, is one of Brisbane's most iconic venues. Established in 1885, it has been a proud LGBTQIA+ venue since the 1970s. The hotel offers a vibrant beer garden, a cosy corner bar, and a studio available for exclusive hire. It hosts regular events, including drag performances, comedy, karaoke nights, and live DJs and bands every Friday to Sunday night. The Wickham Hotel is known for its open doors, open arms policy, welcoming all patrons.</w:t>
      </w:r>
      <w:r/>
    </w:p>
    <w:p>
      <w:pPr>
        <w:pStyle w:val="ListNumber"/>
        <w:spacing w:line="240" w:lineRule="auto"/>
        <w:ind w:left="720"/>
      </w:pPr>
      <w:r/>
      <w:hyperlink r:id="rId15">
        <w:r>
          <w:rPr>
            <w:color w:val="0000EE"/>
            <w:u w:val="single"/>
          </w:rPr>
          <w:t>https://apollo.social/destinations/australia/brisbane/nightlife/the-wickham</w:t>
        </w:r>
      </w:hyperlink>
      <w:r>
        <w:t xml:space="preserve"> - The Wickham Hotel, located in Fortitude Valley, Brisbane, is a vibrant queer venue known for its drag shows, DJs, and special event dance parties. Established in 1885, it has evolved into one of Brisbane's most enduring queer venues, blending historic charm with contemporary hospitality. The venue hosts regular drag shows, karaoke nights, and community gatherings, alongside high-energy takeovers by major queer party brands. Its annual Big Gay Day street festival cements its place as a cornerstone of Brisbane's queer culture.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igsound.org.au/venues/the-wickham" TargetMode="External"/><Relationship Id="rId10" Type="http://schemas.openxmlformats.org/officeDocument/2006/relationships/hyperlink" Target="https://thewickham.com.au/" TargetMode="External"/><Relationship Id="rId11" Type="http://schemas.openxmlformats.org/officeDocument/2006/relationships/hyperlink" Target="https://www.gaytravel4u.com/event/big-gay-day-brisbane/" TargetMode="External"/><Relationship Id="rId12" Type="http://schemas.openxmlformats.org/officeDocument/2006/relationships/hyperlink" Target="https://backstreetbrisbane.com/2025/04/19/whats-on-big-gay-day-2025-25th-anniversary/" TargetMode="External"/><Relationship Id="rId13" Type="http://schemas.openxmlformats.org/officeDocument/2006/relationships/hyperlink" Target="https://biggayday.com.au/history/" TargetMode="External"/><Relationship Id="rId14" Type="http://schemas.openxmlformats.org/officeDocument/2006/relationships/hyperlink" Target="https://www.starobserver.com.au/pride-guide/brisbanes-gay-out-block-party-is-the-new-gay-party-on-the-block/243823" TargetMode="External"/><Relationship Id="rId15" Type="http://schemas.openxmlformats.org/officeDocument/2006/relationships/hyperlink" Target="https://apollo.social/destinations/australia/brisbane/nightlife/the-wickha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