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to Know About Fresno Reel Pride LGBTQ+ Film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and LGBTQ+ communities will gather in Fresno's Tower District for the 37th annual Reel Pride LGBTQ+ Film Festival, a four-day celebration built around cinema, connection and lively in-person events. Here's what to know about the festival's purpose, atmosphere and practical planning before the screenings begin.</w:t>
      </w:r>
      <w:r/>
    </w:p>
    <w:p>
      <w:pPr>
        <w:pStyle w:val="Heading2"/>
      </w:pPr>
      <w:r>
        <w:t>Essential Takeaways</w:t>
      </w:r>
      <w:r/>
      <w:r/>
    </w:p>
    <w:p>
      <w:pPr>
        <w:pStyle w:val="ListBullet"/>
        <w:spacing w:line="240" w:lineRule="auto"/>
        <w:ind w:left="720"/>
      </w:pPr>
      <w:r/>
      <w:r>
        <w:rPr>
          <w:b/>
        </w:rPr>
        <w:t>Four-day celebration:</w:t>
      </w:r>
      <w:r>
        <w:t xml:space="preserve"> Reel Pride brings films, events and social gatherings to Fresno's Tower District.</w:t>
      </w:r>
      <w:r/>
    </w:p>
    <w:p>
      <w:pPr>
        <w:pStyle w:val="ListBullet"/>
        <w:spacing w:line="240" w:lineRule="auto"/>
        <w:ind w:left="720"/>
      </w:pPr>
      <w:r/>
      <w:r>
        <w:rPr>
          <w:b/>
        </w:rPr>
        <w:t>Story-led programme:</w:t>
      </w:r>
      <w:r>
        <w:t xml:space="preserve"> The festival uses LGBTQ+ cinema to encourage understanding, visibility and conversation.</w:t>
      </w:r>
      <w:r/>
    </w:p>
    <w:p>
      <w:pPr>
        <w:pStyle w:val="ListBullet"/>
        <w:spacing w:line="240" w:lineRule="auto"/>
        <w:ind w:left="720"/>
      </w:pPr>
      <w:r/>
      <w:r>
        <w:rPr>
          <w:b/>
        </w:rPr>
        <w:t>Community focus:</w:t>
      </w:r>
      <w:r>
        <w:t xml:space="preserve"> Fellowship sits alongside screenings, making the event feel broader than a standard trip to the cinema.</w:t>
      </w:r>
      <w:r/>
    </w:p>
    <w:p>
      <w:pPr>
        <w:pStyle w:val="ListBullet"/>
        <w:spacing w:line="240" w:lineRule="auto"/>
        <w:ind w:left="720"/>
      </w:pPr>
      <w:r/>
      <w:r>
        <w:rPr>
          <w:b/>
        </w:rPr>
        <w:t>A local tradition:</w:t>
      </w:r>
      <w:r>
        <w:t xml:space="preserve"> Now in its 37th year, the festival has become a familiar part of Fresno's cultural calendar.</w:t>
      </w:r>
      <w:r/>
    </w:p>
    <w:p>
      <w:pPr>
        <w:pStyle w:val="ListBullet"/>
        <w:spacing w:line="240" w:lineRule="auto"/>
        <w:ind w:left="720"/>
      </w:pPr>
      <w:r/>
      <w:r>
        <w:rPr>
          <w:b/>
        </w:rPr>
        <w:t>Plan ahead:</w:t>
      </w:r>
      <w:r>
        <w:t xml:space="preserve"> Check the official Reel Pride and venue listings for film times, tickets and event details.</w:t>
      </w:r>
      <w:r/>
      <w:r/>
    </w:p>
    <w:p>
      <w:pPr>
        <w:pStyle w:val="Heading2"/>
      </w:pPr>
      <w:r>
        <w:t>A four-day festival takes over the Tower District</w:t>
      </w:r>
      <w:r/>
    </w:p>
    <w:p>
      <w:r/>
      <w:r>
        <w:t xml:space="preserve">For four days, Fresno's Tower District will swap an ordinary cinema outing for something warmer and more communal. The 37th annual Fresno Reel Pride LGBTQ+ Film Festival is set to bring screenings, gatherings and plenty of conversation to the neighbourhood, with stories taking centre stage. ABC30 reported that the festival is designed to connect people through storytelling, which neatly captures its appeal. </w:t>
      </w:r>
      <w:hyperlink r:id="rId9">
        <w:r>
          <w:rPr>
            <w:color w:val="0000EE"/>
            <w:u w:val="single"/>
          </w:rPr>
          <w:t>[2]</w:t>
        </w:r>
      </w:hyperlink>
      <w:r/>
    </w:p>
    <w:p>
      <w:r/>
      <w:r>
        <w:t xml:space="preserve">That matters because Reel Pride isn't simply a sequence of films shown in dark rooms. The festival combines cinema with fellowship and events, creating the sort of atmosphere where a quick screening can turn into an evening of meeting people, comparing favourites and lingering over the themes that stay with you. </w:t>
      </w:r>
      <w:hyperlink r:id="rId10">
        <w:r>
          <w:rPr>
            <w:color w:val="0000EE"/>
            <w:u w:val="single"/>
          </w:rPr>
          <w:t>[4]</w:t>
        </w:r>
      </w:hyperlink>
      <w:r/>
    </w:p>
    <w:p>
      <w:pPr>
        <w:pStyle w:val="Heading2"/>
      </w:pPr>
      <w:r>
        <w:t>Why LGBTQ+ storytelling remains the heart of Reel Pride</w:t>
      </w:r>
      <w:r/>
    </w:p>
    <w:p>
      <w:r/>
      <w:r>
        <w:t xml:space="preserve">At its core, the festival is about visibility. LGBTQ+ films can offer audiences a mirror, a window or, sometimes, a welcome jolt of recognition. Reel Pride's own materials present the event as a place for shared experiences and community connection, rather than a purely competitive film showcase. </w:t>
      </w:r>
      <w:hyperlink r:id="rId11">
        <w:r>
          <w:rPr>
            <w:color w:val="0000EE"/>
            <w:u w:val="single"/>
          </w:rPr>
          <w:t>[5]</w:t>
        </w:r>
      </w:hyperlink>
      <w:r/>
    </w:p>
    <w:p>
      <w:r/>
      <w:r>
        <w:t xml:space="preserve">That broader purpose gives the festival its distinctive character. A programme can include moving personal stories, sharp comedy, documentary work and films that challenge familiar assumptions. Even when viewers arrive with different backgrounds, the cinema provides common ground, which is no small thing in a noisy cultural landscape. </w:t>
      </w:r>
      <w:hyperlink r:id="rId9">
        <w:r>
          <w:rPr>
            <w:color w:val="0000EE"/>
            <w:u w:val="single"/>
          </w:rPr>
          <w:t>[2]</w:t>
        </w:r>
      </w:hyperlink>
      <w:r/>
    </w:p>
    <w:p>
      <w:pPr>
        <w:pStyle w:val="Heading2"/>
      </w:pPr>
      <w:r>
        <w:t>More than a screening: expect conversation and connection</w:t>
      </w:r>
      <w:r/>
    </w:p>
    <w:p>
      <w:r/>
      <w:r>
        <w:t xml:space="preserve">The word "festival" does useful work here. Alongside the films, Reel Pride promotes events and opportunities for people to gather, making the experience feel social as well as cultural. For regular attendees, that mix is likely to be part of the tradition; for newcomers, it can make the first visit feel less intimidating. </w:t>
      </w:r>
      <w:hyperlink r:id="rId12">
        <w:r>
          <w:rPr>
            <w:color w:val="0000EE"/>
            <w:u w:val="single"/>
          </w:rPr>
          <w:t>[6]</w:t>
        </w:r>
      </w:hyperlink>
      <w:r/>
    </w:p>
    <w:p>
      <w:r/>
      <w:r>
        <w:t xml:space="preserve">The setting helps, too. The Tower District is one of Fresno's livelier areas, so visitors can build a fuller outing around the festival, perhaps with food or a drink before or after a screening. Just remember that popular sessions and special events may have different arrangements, so the official schedule is worth checking before setting off. </w:t>
      </w:r>
      <w:hyperlink r:id="rId10">
        <w:r>
          <w:rPr>
            <w:color w:val="0000EE"/>
            <w:u w:val="single"/>
          </w:rPr>
          <w:t>[4]</w:t>
        </w:r>
      </w:hyperlink>
      <w:r/>
    </w:p>
    <w:p>
      <w:pPr>
        <w:pStyle w:val="Heading2"/>
      </w:pPr>
      <w:r>
        <w:t>How to plan your visit</w:t>
      </w:r>
      <w:r/>
    </w:p>
    <w:p>
      <w:r/>
      <w:r>
        <w:t xml:space="preserve">Start with the official Reel Pride website, where festival information, programme updates and participation details are gathered. Venue information from the Tower Theatre can also help visitors confirm locations and any practical arrangements attached to particular events. </w:t>
      </w:r>
      <w:hyperlink r:id="rId9">
        <w:r>
          <w:rPr>
            <w:color w:val="0000EE"/>
            <w:u w:val="single"/>
          </w:rPr>
          <w:t>[2]</w:t>
        </w:r>
      </w:hyperlink>
      <w:r/>
    </w:p>
    <w:p>
      <w:r/>
      <w:r>
        <w:t xml:space="preserve">If you're attending with friends, choose a few must-see films but leave room for discovery. Festivals are often at their best when you take a chance on a title you wouldn't normally find, although viewers should check individual listings for content notes, running times and age guidance where available. </w:t>
      </w:r>
      <w:hyperlink r:id="rId13">
        <w:r>
          <w:rPr>
            <w:color w:val="0000EE"/>
            <w:u w:val="single"/>
          </w:rPr>
          <w:t>[3]</w:t>
        </w:r>
      </w:hyperlink>
      <w:r/>
    </w:p>
    <w:p>
      <w:r/>
      <w:r>
        <w:t xml:space="preserve">Younger visitors and families should look carefully at the festival's youth-related information before booking. Reel Pride maintains dedicated youth resources, signalling that younger LGBTQ+ audiences and their supporters are part of the wider community conversation, while individual film suitability can still vary. </w:t>
      </w:r>
      <w:hyperlink r:id="rId14">
        <w:r>
          <w:rPr>
            <w:color w:val="0000EE"/>
            <w:u w:val="single"/>
          </w:rPr>
          <w:t>[7]</w:t>
        </w:r>
      </w:hyperlink>
      <w:r/>
    </w:p>
    <w:p>
      <w:pPr>
        <w:pStyle w:val="Heading2"/>
      </w:pPr>
      <w:r>
        <w:t>A lasting Fresno tradition with plenty of room to grow</w:t>
      </w:r>
      <w:r/>
    </w:p>
    <w:p>
      <w:r/>
      <w:r>
        <w:t xml:space="preserve">Reaching its 37th year gives Reel Pride a reassuring sense of continuity. The event has lasted because it offers more than a themed programme: it gives local audiences a recurring place to gather, celebrate LGBTQ+ lives and encounter films that might otherwise struggle to find a wide audience. </w:t>
      </w:r>
      <w:hyperlink r:id="rId11">
        <w:r>
          <w:rPr>
            <w:color w:val="0000EE"/>
            <w:u w:val="single"/>
          </w:rPr>
          <w:t>[5]</w:t>
        </w:r>
      </w:hyperlink>
      <w:r/>
    </w:p>
    <w:p>
      <w:r/>
      <w:r>
        <w:t xml:space="preserve">There is something quietly powerful about that rhythm. A festival can be both a big public statement and a small human experience, whether that means spotting a familiar face in the foyer or leaving a screening with a new idea to chew over. This year's theme and programme will be the details to watch as the event draws closer. </w:t>
      </w:r>
      <w:hyperlink r:id="rId9">
        <w:r>
          <w:rPr>
            <w:color w:val="0000EE"/>
            <w:u w:val="single"/>
          </w:rPr>
          <w:t>[2]</w:t>
        </w:r>
      </w:hyperlink>
      <w:r/>
    </w:p>
    <w:p>
      <w:r/>
      <w:r>
        <w:t xml:space="preserve">The best way to stay current is to follow the official listings, confirm ticket arrangements and allow a little extra time around each screening. A relaxed plan usually leaves more space for the enjoyable surprises that make Reel Pride feel like a community occasion rather than just another film booking. </w:t>
      </w:r>
      <w:hyperlink r:id="rId12">
        <w:r>
          <w:rPr>
            <w:color w:val="0000EE"/>
            <w:u w:val="single"/>
          </w:rPr>
          <w:t>[6]</w:t>
        </w:r>
      </w:hyperlink>
      <w:r/>
    </w:p>
    <w:p>
      <w:r/>
      <w:r>
        <w:t>A good film festival doesn't just show stories; it gives people somewhere to share them.</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9">
        <w:r>
          <w:rPr>
            <w:color w:val="0000EE"/>
            <w:u w:val="single"/>
          </w:rPr>
          <w:t>[2]</w:t>
        </w:r>
      </w:hyperlink>
      <w:r>
        <w:t xml:space="preserve">- Paragraph 3: </w:t>
      </w:r>
      <w:hyperlink r:id="rId12">
        <w:r>
          <w:rPr>
            <w:color w:val="0000EE"/>
            <w:u w:val="single"/>
          </w:rPr>
          <w:t>[6]</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3">
        <w:r>
          <w:rPr>
            <w:color w:val="0000EE"/>
            <w:u w:val="single"/>
          </w:rPr>
          <w:t>[3]</w:t>
        </w:r>
      </w:hyperlink>
      <w:r>
        <w:t xml:space="preserve">- Paragraph 5: </w:t>
      </w:r>
      <w:hyperlink r:id="rId14">
        <w:r>
          <w:rPr>
            <w:color w:val="0000EE"/>
            <w:u w:val="single"/>
          </w:rPr>
          <w:t>[7]</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https://abc30.com/post/what-know-37th-annual-fresno-reel-pride-lgbtq-film-festival/19807080/</w:t>
        </w:r>
      </w:hyperlink>
      <w:r>
        <w:t xml:space="preserve"> - Please view link - unable to able to access data</w:t>
      </w:r>
      <w:r/>
    </w:p>
    <w:p>
      <w:pPr>
        <w:pStyle w:val="ListNumber"/>
        <w:spacing w:line="240" w:lineRule="auto"/>
        <w:ind w:left="720"/>
      </w:pPr>
      <w:r/>
      <w:hyperlink r:id="rId9">
        <w:r>
          <w:rPr>
            <w:color w:val="0000EE"/>
            <w:u w:val="single"/>
          </w:rPr>
          <w:t>https://www.reelpride.com/</w:t>
        </w:r>
      </w:hyperlink>
      <w:r>
        <w:t xml:space="preserve"> - The official website of the Fresno Reel Pride LGBTQ+ Film Festival provides comprehensive information about the event, including its history, mission, and upcoming festival details. The 37th annual festival is scheduled for September 17–20, 2026, in Fresno's Historic Tower District. The site offers insights into the festival's evolution from its humble beginnings in a Fresno State classroom to becoming one of the oldest and largest LGBTQ+ film festivals in the United States. It also provides contact information and details on how to get involved or support the festival.</w:t>
      </w:r>
      <w:r/>
    </w:p>
    <w:p>
      <w:pPr>
        <w:pStyle w:val="ListNumber"/>
        <w:spacing w:line="240" w:lineRule="auto"/>
        <w:ind w:left="720"/>
      </w:pPr>
      <w:r/>
      <w:hyperlink r:id="rId13">
        <w:r>
          <w:rPr>
            <w:color w:val="0000EE"/>
            <w:u w:val="single"/>
          </w:rPr>
          <w:t>https://www.festivalsinamerica.com/festival/reel-pride-lgbtq-film-festival-fresno</w:t>
        </w:r>
      </w:hyperlink>
      <w:r>
        <w:t xml:space="preserve"> - This page offers an overview of the Fresno Reel Pride LGBTQ+ Film Festival, highlighting its status as one of the oldest and largest LGBTQ+ film festivals in the United States. The 37th annual festival is confirmed to take place from September 17 to 20, 2026, in Fresno, California. The article details the festival's origins, its growth over the years, and the variety of films and events it showcases, including feature films, documentaries, shorts, parties, panels, and community gatherings that celebrate queer culture in California's Central Valley.</w:t>
      </w:r>
      <w:r/>
    </w:p>
    <w:p>
      <w:pPr>
        <w:pStyle w:val="ListNumber"/>
        <w:spacing w:line="240" w:lineRule="auto"/>
        <w:ind w:left="720"/>
      </w:pPr>
      <w:r/>
      <w:hyperlink r:id="rId10">
        <w:r>
          <w:rPr>
            <w:color w:val="0000EE"/>
            <w:u w:val="single"/>
          </w:rPr>
          <w:t>https://fresnotowertheater.com/37th-annual-fresno-reel-pride-lgbtq-film-festival/</w:t>
        </w:r>
      </w:hyperlink>
      <w:r>
        <w:t xml:space="preserve"> - Hosted by the Fresno Tower Theatre, this page provides specific details about the 37th Annual Fresno Reel Pride LGBTQ+ Film Festival. The festival is set to run from Thursday, September 17, to Sunday, September 20, 2026. The theme for this year's event is 'Reel Community,' emphasizing the power of storytelling to connect individuals and foster a sense of belonging. The page includes information on ticket purchases, the festival's mission, and the significance of the event in bringing together the LGBTQ+ community through film and shared experiences.</w:t>
      </w:r>
      <w:r/>
    </w:p>
    <w:p>
      <w:pPr>
        <w:pStyle w:val="ListNumber"/>
        <w:spacing w:line="240" w:lineRule="auto"/>
        <w:ind w:left="720"/>
      </w:pPr>
      <w:r/>
      <w:hyperlink r:id="rId11">
        <w:r>
          <w:rPr>
            <w:color w:val="0000EE"/>
            <w:u w:val="single"/>
          </w:rPr>
          <w:t>https://www.reelpride.com/about</w:t>
        </w:r>
      </w:hyperlink>
      <w:r>
        <w:t xml:space="preserve"> - The 'About' page of the Fresno Reel Pride website provides insight into the festival's mission and history. Established as a 501(c)(3) non-profit organization, the festival aims to increase awareness of the LGBTQ+ community through the exhibition of films exploring LGBTQ+ themes. The page highlights the festival's evolution from its inception in a Fresno State classroom to becoming one of the oldest and largest LGBTQ+ film festivals in the United States. It also introduces the all-volunteer Board of Directors responsible for overseeing the festival's operations.</w:t>
      </w:r>
      <w:r/>
    </w:p>
    <w:p>
      <w:pPr>
        <w:pStyle w:val="ListNumber"/>
        <w:spacing w:line="240" w:lineRule="auto"/>
        <w:ind w:left="720"/>
      </w:pPr>
      <w:r/>
      <w:hyperlink r:id="rId12">
        <w:r>
          <w:rPr>
            <w:color w:val="0000EE"/>
            <w:u w:val="single"/>
          </w:rPr>
          <w:t>https://www.reelpride.com/sponsorship</w:t>
        </w:r>
      </w:hyperlink>
      <w:r>
        <w:t xml:space="preserve"> - This page outlines the sponsorship opportunities available for the Fresno Reel Pride Film Festival. It emphasizes the importance of community support in ensuring the success of the annual event. Sponsors can gain visibility through various channels, including the program booklet, social media, and the festival's website. The page also details the different forms of support, such as tax-deductible sponsorship donations, in-kind gifts, donated items, or volunteer time. Additionally, it provides information about the Youth Film Series, funded by sponsors, which offers free screenings and networking opportunities for LGBTQ+ youth.</w:t>
      </w:r>
      <w:r/>
    </w:p>
    <w:p>
      <w:pPr>
        <w:pStyle w:val="ListNumber"/>
        <w:spacing w:line="240" w:lineRule="auto"/>
        <w:ind w:left="720"/>
      </w:pPr>
      <w:r/>
      <w:hyperlink r:id="rId14">
        <w:r>
          <w:rPr>
            <w:color w:val="0000EE"/>
            <w:u w:val="single"/>
          </w:rPr>
          <w:t>https://www.reelpride.com/youth</w:t>
        </w:r>
      </w:hyperlink>
      <w:r>
        <w:t xml:space="preserve"> - The 'Youth' page on the Fresno Reel Pride website focuses on the festival's commitment to creating a safe space for LGBTQ+ youth. It details the FREE Youth Film Series, scheduled for Friday, September 29, 2026, at the Fresno City College Performing Arts Theater. The event offers free admission to youth and their guardians, providing a chance to connect with other young people, enjoy free pizza, and explore resources at the Youth Film Series Resource Fair. The page also mentions additional free youth films on Saturday, September 30, 2026, at the ViSTA Theatre.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eelpride.com/" TargetMode="External"/><Relationship Id="rId10" Type="http://schemas.openxmlformats.org/officeDocument/2006/relationships/hyperlink" Target="https://fresnotowertheater.com/37th-annual-fresno-reel-pride-lgbtq-film-festival/" TargetMode="External"/><Relationship Id="rId11" Type="http://schemas.openxmlformats.org/officeDocument/2006/relationships/hyperlink" Target="https://www.reelpride.com/about" TargetMode="External"/><Relationship Id="rId12" Type="http://schemas.openxmlformats.org/officeDocument/2006/relationships/hyperlink" Target="https://www.reelpride.com/sponsorship" TargetMode="External"/><Relationship Id="rId13" Type="http://schemas.openxmlformats.org/officeDocument/2006/relationships/hyperlink" Target="https://www.festivalsinamerica.com/festival/reel-pride-lgbtq-film-festival-fresno" TargetMode="External"/><Relationship Id="rId14" Type="http://schemas.openxmlformats.org/officeDocument/2006/relationships/hyperlink" Target="https://www.reelpride.com/youth" TargetMode="External"/><Relationship Id="rId15" Type="http://schemas.openxmlformats.org/officeDocument/2006/relationships/hyperlink" Target="https://abc30.com/post/what-know-37th-annual-fresno-reel-pride-lgbtq-film-festival/1980708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