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mourns Venture-N victims as calls grow for LGBTQ+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Mourners gathered at Catalina Park in Tucson after a shooting at Venture-N left two people dead, turning a candlelit vigil into a powerful call for an end to anti-LGBTQ+ violence and gun violence.</w:t>
      </w:r>
      <w:r/>
    </w:p>
    <w:p>
      <w:pPr>
        <w:pStyle w:val="Heading2"/>
      </w:pPr>
      <w:r>
        <w:t>Essential takeaways</w:t>
      </w:r>
      <w:r/>
      <w:r/>
    </w:p>
    <w:p>
      <w:pPr>
        <w:pStyle w:val="ListBullet"/>
        <w:spacing w:line="240" w:lineRule="auto"/>
        <w:ind w:left="720"/>
      </w:pPr>
      <w:r/>
      <w:r>
        <w:rPr>
          <w:b/>
        </w:rPr>
        <w:t>More than 1,000 people gathered:</w:t>
      </w:r>
      <w:r>
        <w:t xml:space="preserve"> Catalina Park became a meeting place for family, friends, allies, clergy and local officials.</w:t>
      </w:r>
      <w:r/>
    </w:p>
    <w:p>
      <w:pPr>
        <w:pStyle w:val="ListBullet"/>
        <w:spacing w:line="240" w:lineRule="auto"/>
        <w:ind w:left="720"/>
      </w:pPr>
      <w:r/>
      <w:r>
        <w:rPr>
          <w:b/>
        </w:rPr>
        <w:t>Two victims were remembered:</w:t>
      </w:r>
      <w:r>
        <w:t xml:space="preserve"> Cameron Capara, 33, and Vincent Siqueiros, 42, were honoured during the evening vigil.</w:t>
      </w:r>
      <w:r/>
    </w:p>
    <w:p>
      <w:pPr>
        <w:pStyle w:val="ListBullet"/>
        <w:spacing w:line="240" w:lineRule="auto"/>
        <w:ind w:left="720"/>
      </w:pPr>
      <w:r/>
      <w:r>
        <w:rPr>
          <w:b/>
        </w:rPr>
        <w:t>Investigators examined a possible hate crime:</w:t>
      </w:r>
      <w:r>
        <w:t xml:space="preserve"> Reports said the shooting outside the midtown LGBTQ+ bar was being treated as potentially bias-motivated.</w:t>
      </w:r>
      <w:r/>
    </w:p>
    <w:p>
      <w:pPr>
        <w:pStyle w:val="ListBullet"/>
        <w:spacing w:line="240" w:lineRule="auto"/>
        <w:ind w:left="720"/>
      </w:pPr>
      <w:r/>
      <w:r>
        <w:rPr>
          <w:b/>
        </w:rPr>
        <w:t>The response reached Washington:</w:t>
      </w:r>
      <w:r>
        <w:t xml:space="preserve"> Representative Adelita S. Grijalva addressed the House, linking anti-LGBTQ+ rhetoric with the wider debate over gun access.</w:t>
      </w:r>
      <w:r/>
    </w:p>
    <w:p>
      <w:pPr>
        <w:pStyle w:val="ListBullet"/>
        <w:spacing w:line="240" w:lineRule="auto"/>
        <w:ind w:left="720"/>
      </w:pPr>
      <w:r/>
      <w:r>
        <w:rPr>
          <w:b/>
        </w:rPr>
        <w:t>Candles closed the vigil:</w:t>
      </w:r>
      <w:r>
        <w:t xml:space="preserve"> As daylight faded, mourners held one another and lit candles in the park.</w:t>
      </w:r>
      <w:r/>
      <w:r/>
    </w:p>
    <w:p>
      <w:pPr>
        <w:pStyle w:val="Heading2"/>
      </w:pPr>
      <w:r>
        <w:t>Tucson gathers after a devastating shooting</w:t>
      </w:r>
      <w:r/>
    </w:p>
    <w:p>
      <w:r/>
      <w:r>
        <w:t>The strongest image from Tucson was also the simplest: a park full of people standing together as evening settled in. More than 1,000 mourners gathered near Venture-N to remember Capara and Siqueiros, whose deaths had shaken the city’s LGBTQ+ community.</w:t>
      </w:r>
      <w:r/>
    </w:p>
    <w:p>
      <w:r/>
      <w:r>
        <w:t>The gathering followed reports of a shooting outside the midtown bar, where the attack was being investigated as a possible hate crime. Arizona news outlets reported that police were examining the circumstances and motive, while the deaths prompted renewed concern about violence aimed at LGBTQ+ people.</w:t>
      </w:r>
      <w:r/>
    </w:p>
    <w:p>
      <w:r/>
      <w:r>
        <w:t>For many attendees, the vigil offered something a little more human than headlines could provide. Friends embraced, families spoke and strangers arrived simply to show support.</w:t>
      </w:r>
      <w:r/>
    </w:p>
    <w:p>
      <w:pPr>
        <w:pStyle w:val="Heading2"/>
      </w:pPr>
      <w:r>
        <w:t>Families turned grief into a message of love</w:t>
      </w:r>
      <w:r/>
    </w:p>
    <w:p>
      <w:r/>
      <w:r>
        <w:t>Relatives of both men addressed the crowd, including Siqueiros’ sister Kate Márquez and mother Susan, along with Capara’s father. Their words brought the personal cost of the shooting into sharp focus, far beyond the official language of an investigation.</w:t>
      </w:r>
      <w:r/>
    </w:p>
    <w:p>
      <w:r/>
      <w:r>
        <w:t>Márquez repeatedly thanked the people who had turned up. Her message was emotional but direct: the crowd’s presence showed that her brother had been seen, valued and loved.</w:t>
      </w:r>
      <w:r/>
    </w:p>
    <w:p>
      <w:r/>
      <w:r>
        <w:t>That response mattered because public vigils can feel fragile. Yet the gathering in Catalina Park became a visible refusal to let fear have the final word, echoing the community response described in local coverage of the shooting.</w:t>
      </w:r>
      <w:r/>
    </w:p>
    <w:p>
      <w:pPr>
        <w:pStyle w:val="Heading2"/>
      </w:pPr>
      <w:r>
        <w:t>A local vigil became part of a national debate</w:t>
      </w:r>
      <w:r/>
    </w:p>
    <w:p>
      <w:r/>
      <w:r>
        <w:t>The tragedy also reached Capitol Hill. Representative Grijalva spoke in the House about anti-LGBTQ+ violence, political rhetoric and the availability of guns, arguing that targeted attacks don't happen in isolation.</w:t>
      </w:r>
      <w:r/>
    </w:p>
    <w:p>
      <w:r/>
      <w:r>
        <w:t>Her statement followed reports from Arizona outlets that the Venture-N shooting was being assessed as a potential hate crime. Together, the local and national responses showed how quickly one violent incident can become part of a much wider argument about safety, representation and accountability.</w:t>
      </w:r>
      <w:r/>
    </w:p>
    <w:p>
      <w:r/>
      <w:r>
        <w:t>For Tucson residents, though, the debate began with two people they knew. Policy questions mattered, but so did the quieter work of remembering their humour, friendships and everyday lives.</w:t>
      </w:r>
      <w:r/>
    </w:p>
    <w:p>
      <w:pPr>
        <w:pStyle w:val="Heading2"/>
      </w:pPr>
      <w:r>
        <w:t>Why possible hate-crime investigations matter</w:t>
      </w:r>
      <w:r/>
    </w:p>
    <w:p>
      <w:r/>
      <w:r>
        <w:t>A possible hate-crime classification can help authorities and communities understand whether prejudice played a role in an attack. It doesn't replace the broader criminal investigation, but it can shape how prosecutors, officials and support organisations respond.</w:t>
      </w:r>
      <w:r/>
    </w:p>
    <w:p>
      <w:r/>
      <w:r>
        <w:t>Reports from AZPM, Arizona's Family and other regional outlets described the shooting as being investigated for possible anti-LGBTQ+ motivation. That uncertainty is important: a motive must be established through evidence, rather than assumed from the setting alone.</w:t>
      </w:r>
      <w:r/>
    </w:p>
    <w:p>
      <w:r/>
      <w:r>
        <w:t>Still, the community's concern was unmistakable. The vigil's calls for protection reflected a fear familiar to many LGBTQ+ people, particularly when violence appears connected to identity or belonging.</w:t>
      </w:r>
      <w:r/>
    </w:p>
    <w:p>
      <w:pPr>
        <w:pStyle w:val="Heading2"/>
      </w:pPr>
      <w:r>
        <w:t>Candlelight offered a small measure of hope</w:t>
      </w:r>
      <w:r/>
    </w:p>
    <w:p>
      <w:r/>
      <w:r>
        <w:t>As the sun went down, people lit candles and held one another in the fading light. It was a soft, almost quiet ending to an evening filled with grief and anger, but also a striking show of solidarity.</w:t>
      </w:r>
      <w:r/>
    </w:p>
    <w:p>
      <w:r/>
      <w:r>
        <w:t>Local officials, clergy and members of Tucson's LGBTQ+ community joined the families, reinforcing the sense that the victims' lives belonged to the whole city. The turnout suggested that many people wanted not only to mourn, but to make their opposition to hate and gun violence impossible to miss.</w:t>
      </w:r>
      <w:r/>
    </w:p>
    <w:p>
      <w:r/>
      <w:r>
        <w:t>No vigil can undo what happened. But standing together can give a grieving community somewhere to begin.</w:t>
      </w:r>
      <w:r/>
    </w:p>
    <w:p>
      <w:r/>
      <w:r>
        <w:t>It's a small light, but Tucson's mourners made sure it was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5">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[6]</w:t>
        </w:r>
      </w:hyperlink>
      <w:r>
        <w:t xml:space="preserve">- Paragraph 7: </w:t>
      </w:r>
      <w:hyperlink r:id="rId15">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[5]</w:t>
        </w:r>
      </w:hyperlink>
      <w:r>
        <w:t xml:space="preserve">- Paragraph 11: </w:t>
      </w:r>
      <w:hyperlink r:id="rId15">
        <w:r>
          <w:rPr>
            <w:color w:val="0000EE"/>
            <w:u w:val="single"/>
          </w:rPr>
          <w:t>[2]</w:t>
        </w:r>
      </w:hyperlink>
      <w:r>
        <w:t xml:space="preserve">, </w:t>
      </w:r>
      <w:hyperlink r:id="rId13">
        <w:r>
          <w:rPr>
            <w:color w:val="0000EE"/>
            <w:u w:val="single"/>
          </w:rPr>
          <w:t>[7]</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[6]</w:t>
        </w:r>
      </w:hyperlink>
      <w:r>
        <w:t xml:space="preserve">- Paragraph 14: </w:t>
      </w:r>
      <w:hyperlink r:id="rId15">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https://www.lookoutnews.org/photos-tucson-gathers-to-mourn-venture-n-shooting/</w:t>
        </w:r>
      </w:hyperlink>
      <w:r>
        <w:t xml:space="preserve"> - Please view link - unable to able to access data</w:t>
      </w:r>
      <w:r/>
    </w:p>
    <w:p>
      <w:pPr>
        <w:pStyle w:val="ListNumber"/>
        <w:spacing w:line="240" w:lineRule="auto"/>
        <w:ind w:left="720"/>
      </w:pPr>
      <w:r/>
      <w:hyperlink r:id="rId15">
        <w:r>
          <w:rPr>
            <w:color w:val="0000EE"/>
            <w:u w:val="single"/>
          </w:rPr>
          <w:t>https://grijalva.house.gov/media/press-releases/rep-grijalva-statement-on-reported-hate-crime-and-shooting-at-lgbtqia-bar-in-tucson-killing-two</w:t>
        </w:r>
      </w:hyperlink>
      <w:r>
        <w:t xml:space="preserve"> - On August 31, 2026, U.S. Representative Adelita S. Grijalva condemned the targeted shooting at Tucson's Venture-N bar, which resulted in the deaths of two LGBTQIA+ community members. She highlighted the link between anti-LGBTQ+ rhetoric and gun violence, urging Congress to enact common-sense gun safety reforms. Grijalva also called for unity in Tucson, emphasising that hate has no place in the city. (</w:t>
      </w:r>
      <w:hyperlink r:id="rId16">
        <w:r>
          <w:rPr>
            <w:color w:val="0000EE"/>
            <w:u w:val="single"/>
          </w:rPr>
          <w:t>grijalva.house.gov</w:t>
        </w:r>
      </w:hyperlink>
      <w:r>
        <w:t>)</w:t>
      </w:r>
      <w:r/>
    </w:p>
    <w:p>
      <w:pPr>
        <w:pStyle w:val="ListNumber"/>
        <w:spacing w:line="240" w:lineRule="auto"/>
        <w:ind w:left="720"/>
      </w:pPr>
      <w:r/>
      <w:hyperlink r:id="rId10">
        <w:r>
          <w:rPr>
            <w:color w:val="0000EE"/>
            <w:u w:val="single"/>
          </w:rPr>
          <w:t>https://news.azpm.org/p/crime/2026/8/31/231026-shooting-outside-midtown-tucson-gay-bar-is-being-investigated-as-a-possible-hate-crime/</w:t>
        </w:r>
      </w:hyperlink>
      <w:r>
        <w:t xml:space="preserve"> - On August 31, 2026, a shooting occurred outside Tucson's Venture-N bar, resulting in the deaths of two men. The Tucson Police Department is investigating the incident as a possible hate crime, noting that the suspect was carrying a note with names of several LGBTQIA+-associated businesses. The victims were identified as Cameron Davis Capara, 33, and Vincent Anthony Siqueiros, 42. (</w:t>
      </w:r>
      <w:hyperlink r:id="rId17">
        <w:r>
          <w:rPr>
            <w:color w:val="0000EE"/>
            <w:u w:val="single"/>
          </w:rPr>
          <w:t>news.azpm.org</w:t>
        </w:r>
      </w:hyperlink>
      <w:r>
        <w:t>)</w:t>
      </w:r>
      <w:r/>
    </w:p>
    <w:p>
      <w:pPr>
        <w:pStyle w:val="ListNumber"/>
        <w:spacing w:line="240" w:lineRule="auto"/>
        <w:ind w:left="720"/>
      </w:pPr>
      <w:r/>
      <w:hyperlink r:id="rId12">
        <w:r>
          <w:rPr>
            <w:color w:val="0000EE"/>
            <w:u w:val="single"/>
          </w:rPr>
          <w:t>https://www.azfamily.com/2026/08/31/three-killed-tucson-shooting/</w:t>
        </w:r>
      </w:hyperlink>
      <w:r>
        <w:t xml:space="preserve"> - On August 31, 2026, a shooting outside Tucson's Venture-N bar resulted in the deaths of three individuals. The Tucson Police Department confirmed that the incident was a hate crime and double murder-suicide. The victims were identified as Vincent Anthony Siqueiros, 42, and Cameron Davis Capara, 33, with the suspect being 44-year-old Ousman Ceesay, who also died at a local hospital. (</w:t>
      </w:r>
      <w:hyperlink r:id="rId18">
        <w:r>
          <w:rPr>
            <w:color w:val="0000EE"/>
            <w:u w:val="single"/>
          </w:rPr>
          <w:t>azfamily.com</w:t>
        </w:r>
      </w:hyperlink>
      <w:r>
        <w:t>)</w:t>
      </w:r>
      <w:r/>
    </w:p>
    <w:p>
      <w:pPr>
        <w:pStyle w:val="ListNumber"/>
        <w:spacing w:line="240" w:lineRule="auto"/>
        <w:ind w:left="720"/>
      </w:pPr>
      <w:r/>
      <w:hyperlink r:id="rId14">
        <w:r>
          <w:rPr>
            <w:color w:val="0000EE"/>
            <w:u w:val="single"/>
          </w:rPr>
          <w:t>https://tucson.com/news/local/collection_0a5e4c45-b2c1-48c5-8fa9-6872b2c85ea0.html</w:t>
        </w:r>
      </w:hyperlink>
      <w:r>
        <w:t xml:space="preserve"> - Following the shooting outside Tucson's Venture-N bar on August 31, 2026, a memorial was established at the site. Community members gathered to mourn the victims, Vincent Anthony Siqueiros, 42, and Cameron Davis Capara, 33. A candlelight vigil was planned for September 2, 2026, at Catalina Park to honour the victims and show solidarity. (</w:t>
      </w:r>
      <w:hyperlink r:id="rId19">
        <w:r>
          <w:rPr>
            <w:color w:val="0000EE"/>
            <w:u w:val="single"/>
          </w:rPr>
          <w:t>tucson.com</w:t>
        </w:r>
      </w:hyperlink>
      <w:r>
        <w:t>)</w:t>
      </w:r>
      <w:r/>
    </w:p>
    <w:p>
      <w:pPr>
        <w:pStyle w:val="ListNumber"/>
        <w:spacing w:line="240" w:lineRule="auto"/>
        <w:ind w:left="720"/>
      </w:pPr>
      <w:r/>
      <w:hyperlink r:id="rId11">
        <w:r>
          <w:rPr>
            <w:color w:val="0000EE"/>
            <w:u w:val="single"/>
          </w:rPr>
          <w:t>https://tucsonans.com/news/deadly-midtown-tucson-shooting-investigated-as-hate-crime</w:t>
        </w:r>
      </w:hyperlink>
      <w:r>
        <w:t xml:space="preserve"> - On August 31, 2026, a shooting occurred outside Tucson's Venture-N bar, resulting in the deaths of two men. The Tucson Police Department is investigating the incident as a hate crime. The victims were identified as Vincent Anthony Siqueiros, 42, and Cameron Davis Capara, 33. The suspected shooter, 44-year-old Ousman Ceesay, also died after being taken to a hospital. (</w:t>
      </w:r>
      <w:hyperlink r:id="rId20">
        <w:r>
          <w:rPr>
            <w:color w:val="0000EE"/>
            <w:u w:val="single"/>
          </w:rPr>
          <w:t>tucsonans.com</w:t>
        </w:r>
      </w:hyperlink>
      <w:r>
        <w:t>)</w:t>
      </w:r>
      <w:r/>
    </w:p>
    <w:p>
      <w:pPr>
        <w:pStyle w:val="ListNumber"/>
        <w:spacing w:line="240" w:lineRule="auto"/>
        <w:ind w:left="720"/>
      </w:pPr>
      <w:r/>
      <w:hyperlink r:id="rId13">
        <w:r>
          <w:rPr>
            <w:color w:val="0000EE"/>
            <w:u w:val="single"/>
          </w:rPr>
          <w:t>https://www.fox10phoenix.com/news/deadly-tucson-gay-bar-shooting-investigated-potential-hate-crime</w:t>
        </w:r>
      </w:hyperlink>
      <w:r>
        <w:t xml:space="preserve"> - A triple-deadly shooting occurred in the parking lot of Tucson's Venture-N bar on August 31, 2026. The incident was investigated as a possible hate crime and later confirmed to be targeted toward the LGBTQ+ community. The victims were identified as Vincent Siquieros, 42, and Cameron Capara, 33, who were confronted by the 44-year-old suspected shooter, Ousman Ceesay. (</w:t>
      </w:r>
      <w:hyperlink r:id="rId21">
        <w:r>
          <w:rPr>
            <w:color w:val="0000EE"/>
            <w:u w:val="single"/>
          </w:rPr>
          <w:t>fox10phoenix.com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okoutnews.org/photos-tucson-gathers-to-mourn-venture-n-shooting/" TargetMode="External"/><Relationship Id="rId10" Type="http://schemas.openxmlformats.org/officeDocument/2006/relationships/hyperlink" Target="https://news.azpm.org/p/crime/2026/8/31/231026-shooting-outside-midtown-tucson-gay-bar-is-being-investigated-as-a-possible-hate-crime/" TargetMode="External"/><Relationship Id="rId11" Type="http://schemas.openxmlformats.org/officeDocument/2006/relationships/hyperlink" Target="https://tucsonans.com/news/deadly-midtown-tucson-shooting-investigated-as-hate-crime" TargetMode="External"/><Relationship Id="rId12" Type="http://schemas.openxmlformats.org/officeDocument/2006/relationships/hyperlink" Target="https://www.azfamily.com/2026/08/31/three-killed-tucson-shooting/" TargetMode="External"/><Relationship Id="rId13" Type="http://schemas.openxmlformats.org/officeDocument/2006/relationships/hyperlink" Target="https://www.fox10phoenix.com/news/deadly-tucson-gay-bar-shooting-investigated-potential-hate-crime" TargetMode="External"/><Relationship Id="rId14" Type="http://schemas.openxmlformats.org/officeDocument/2006/relationships/hyperlink" Target="https://tucson.com/news/local/collection_0a5e4c45-b2c1-48c5-8fa9-6872b2c85ea0.html" TargetMode="External"/><Relationship Id="rId15" Type="http://schemas.openxmlformats.org/officeDocument/2006/relationships/hyperlink" Target="https://grijalva.house.gov/media/press-releases/rep-grijalva-statement-on-reported-hate-crime-and-shooting-at-lgbtqia-bar-in-tucson-killing-two" TargetMode="External"/><Relationship Id="rId16" Type="http://schemas.openxmlformats.org/officeDocument/2006/relationships/hyperlink" Target="https://grijalva.house.gov/media/press-releases/rep-grijalva-statement-on-reported-hate-crime-and-shooting-at-lgbtqia-bar-in-tucson-killing-two?utm_source=openai" TargetMode="External"/><Relationship Id="rId17" Type="http://schemas.openxmlformats.org/officeDocument/2006/relationships/hyperlink" Target="https://news.azpm.org/p/crime/2026/8/31/231026-shooting-outside-midtown-tucson-gay-bar-is-being-investigated-as-a-possible-hate-crime/?utm_source=openai" TargetMode="External"/><Relationship Id="rId18" Type="http://schemas.openxmlformats.org/officeDocument/2006/relationships/hyperlink" Target="https://www.azfamily.com/2026/08/31/three-killed-tucson-shooting/?utm_source=openai" TargetMode="External"/><Relationship Id="rId19" Type="http://schemas.openxmlformats.org/officeDocument/2006/relationships/hyperlink" Target="https://tucson.com/news/local/collection_0a5e4c45-b2c1-48c5-8fa9-6872b2c85ea0.html?utm_source=openai" TargetMode="External"/><Relationship Id="rId20" Type="http://schemas.openxmlformats.org/officeDocument/2006/relationships/hyperlink" Target="https://tucsonans.com/news/deadly-midtown-tucson-shooting-investigated-as-hate-crime?utm_source=openai" TargetMode="External"/><Relationship Id="rId21" Type="http://schemas.openxmlformats.org/officeDocument/2006/relationships/hyperlink" Target="https://www.fox10phoenix.com/news/deadly-tucson-gay-bar-shooting-investigated-potential-hate-cri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