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HHS study linking trans support to violence faces fierce criticism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US health department study claims that support for transgender people can be associated with left-wing authoritarian attitudes and political violence. Researchers, LGBTQ+ advocates and democracy groups are challenging its methods, ethics and political use, warning that the findings could help stigmatise trans people and their allies.</w:t>
      </w:r>
      <w:r/>
    </w:p>
    <w:p>
      <w:pPr>
        <w:pStyle w:val="Heading2"/>
      </w:pPr>
      <w:r>
        <w:t>Essential Takeaways</w:t>
      </w:r>
      <w:r/>
      <w:r/>
    </w:p>
    <w:p>
      <w:pPr>
        <w:pStyle w:val="ListBullet"/>
        <w:spacing w:line="240" w:lineRule="auto"/>
        <w:ind w:left="720"/>
      </w:pPr>
      <w:r/>
      <w:r>
        <w:rPr>
          <w:b/>
        </w:rPr>
        <w:t>What the study examined:</w:t>
      </w:r>
      <w:r>
        <w:t xml:space="preserve"> Responses from 1,208 US adults on transgender rights, political attitudes, democracy and support for violence.</w:t>
      </w:r>
      <w:r/>
    </w:p>
    <w:p>
      <w:pPr>
        <w:pStyle w:val="ListBullet"/>
        <w:spacing w:line="240" w:lineRule="auto"/>
        <w:ind w:left="720"/>
      </w:pPr>
      <w:r/>
      <w:r>
        <w:rPr>
          <w:b/>
        </w:rPr>
        <w:t>The central claim:</w:t>
      </w:r>
      <w:r>
        <w:t xml:space="preserve"> Researchers say support for trans people was linked with certain left-wing authoritarian views and greater acceptance of political violence.</w:t>
      </w:r>
      <w:r/>
    </w:p>
    <w:p>
      <w:pPr>
        <w:pStyle w:val="ListBullet"/>
        <w:spacing w:line="240" w:lineRule="auto"/>
        <w:ind w:left="720"/>
      </w:pPr>
      <w:r/>
      <w:r>
        <w:rPr>
          <w:b/>
        </w:rPr>
        <w:t>Why experts object:</w:t>
      </w:r>
      <w:r>
        <w:t xml:space="preserve"> Critics say the study confuses correlation with causation and uses disputed measures of authoritarianism.</w:t>
      </w:r>
      <w:r/>
    </w:p>
    <w:p>
      <w:pPr>
        <w:pStyle w:val="ListBullet"/>
        <w:spacing w:line="240" w:lineRule="auto"/>
        <w:ind w:left="720"/>
      </w:pPr>
      <w:r/>
      <w:r>
        <w:rPr>
          <w:b/>
        </w:rPr>
        <w:t>The political concern:</w:t>
      </w:r>
      <w:r>
        <w:t xml:space="preserve"> Advocacy groups fear the findings could be used to portray transgender people and their supporters as security threats.</w:t>
      </w:r>
      <w:r/>
    </w:p>
    <w:p>
      <w:pPr>
        <w:pStyle w:val="ListBullet"/>
        <w:spacing w:line="240" w:lineRule="auto"/>
        <w:ind w:left="720"/>
      </w:pPr>
      <w:r/>
      <w:r>
        <w:rPr>
          <w:b/>
        </w:rPr>
        <w:t>What comes next:</w:t>
      </w:r>
      <w:r>
        <w:t xml:space="preserve"> The authors say a second study will test whether exposure to gender-affirming ideas changes political attitudes.</w:t>
      </w:r>
      <w:r/>
      <w:r/>
    </w:p>
    <w:p>
      <w:pPr>
        <w:pStyle w:val="Heading2"/>
      </w:pPr>
      <w:r>
        <w:t>A controversial report lands with a heavy political charge</w:t>
      </w:r>
      <w:r/>
    </w:p>
    <w:p>
      <w:r/>
      <w:r>
        <w:t>The report has arrived in an already heated American debate over transgender rights, and its language is anything but understated. It argues that support for transgender people may act as an ideological trigger among people who already hold authoritarian or violent political views.</w:t>
      </w:r>
      <w:r/>
    </w:p>
    <w:p>
      <w:r/>
      <w:r>
        <w:t>According to the US Department of Health and Human Services, the research analysed survey answers from 1,208 adults. Participants were asked about gender identity, pronouns, political beliefs, democracy and reactions to acts including attacks on political figures and damage to government property.</w:t>
      </w:r>
      <w:r/>
    </w:p>
    <w:p>
      <w:r/>
      <w:r>
        <w:t>The report's most eye-catching measure is a new survey scale designed to assess support for transgender people. It includes questions about gender affirmation, chosen names and pronouns. HHS presents higher support on this measure alongside several other attitudes as evidence of a wider ideological pattern.</w:t>
      </w:r>
      <w:r/>
    </w:p>
    <w:p>
      <w:r/>
      <w:r>
        <w:t>That combination has made the study unusually combustible. Rather than simply debating healthcare or civil rights, it places support for transgender people in a framework involving coercion, extremism and violence.</w:t>
      </w:r>
      <w:r/>
    </w:p>
    <w:p>
      <w:pPr>
        <w:pStyle w:val="Heading2"/>
      </w:pPr>
      <w:r>
        <w:t>Critics say the research leaps beyond its evidence</w:t>
      </w:r>
      <w:r/>
    </w:p>
    <w:p>
      <w:r/>
      <w:r>
        <w:t>The strongest objection is also the most basic one: a relationship between two survey responses doesn't prove that one caused the other. Jami Taylor, a political scientist at the University of Toledo, told The 19th that the report appeared to draw sweeping conclusions from a correlation.</w:t>
      </w:r>
      <w:r/>
    </w:p>
    <w:p>
      <w:r/>
      <w:r>
        <w:t>Critics also question whether the study's definition of "left-wing authoritarianism" measures authoritarianism at all. Some of its questions concern radical political beliefs, hostility towards wealthy people or discomfort with criticism, but experts say those ideas can reflect anger, rebelliousness or ideology without demonstrating a desire for concentrated power.</w:t>
      </w:r>
      <w:r/>
    </w:p>
    <w:p>
      <w:r/>
      <w:r>
        <w:t>The sampling has drawn scrutiny too. Taylor said the respondents couldn't necessarily be treated as representative of the wider American public. That matters because a dramatic claim about millions of people cannot safely rest on a narrow or imperfect sample.</w:t>
      </w:r>
      <w:r/>
    </w:p>
    <w:p>
      <w:r/>
      <w:r>
        <w:t>There are ethical questions around the survey itself. Asking people whether political assassination or attacks on public figures can be justified may create risks, particularly when the research is produced by a government agency with a stated interest in political extremism.</w:t>
      </w:r>
      <w:r/>
    </w:p>
    <w:p>
      <w:pPr>
        <w:pStyle w:val="Heading2"/>
      </w:pPr>
      <w:r>
        <w:t>The study puts transgender rights at the centre of a wider fight</w:t>
      </w:r>
      <w:r/>
    </w:p>
    <w:p>
      <w:r/>
      <w:r>
        <w:t>The report's critics see it as part of a broader campaign to portray gender-affirming care and transgender advocacy as threats to public order. Wendy Via of the Global Project Against Hate and Extremism described the work as pseudo-science, arguing that its conclusion appears to have been settled before the research began.</w:t>
      </w:r>
      <w:r/>
    </w:p>
    <w:p>
      <w:r/>
      <w:r>
        <w:t>That concern is amplified by the report's treatment of mainstream medical organisations. It questions groups that support gender-affirming care and suggests their positions may help activate authoritarian thinking, a claim opponents say is politically loaded rather than medically grounded.</w:t>
      </w:r>
      <w:r/>
    </w:p>
    <w:p>
      <w:r/>
      <w:r>
        <w:t>The political backdrop is hard to ignore. The Trump administration has repeatedly focused on what it describes as left-wing extremism, while LGBTQ+ organisations warn that official rhetoric is creating a path towards surveillance or restrictions aimed at trans people and their supporters.</w:t>
      </w:r>
      <w:r/>
    </w:p>
    <w:p>
      <w:r/>
      <w:r>
        <w:t>The Guardian reported similar concerns about the study's conclusions and its possible use in the administration's wider approach to transgender policy. For advocates, the worry isn't merely that the report is weak. It's that weak research can still have powerful consequences when it comes from government.</w:t>
      </w:r>
      <w:r/>
    </w:p>
    <w:p>
      <w:pPr>
        <w:pStyle w:val="Heading2"/>
      </w:pPr>
      <w:r>
        <w:t>What the survey can and can't tell us</w:t>
      </w:r>
      <w:r/>
    </w:p>
    <w:p>
      <w:r/>
      <w:r>
        <w:t>Survey research can reveal patterns in people's answers, but it can't automatically explain why those patterns exist. Someone who supports transgender rights and someone who expresses anger at political institutions may share certain opinions, yet that doesn't establish a direct route from one belief to political violence.</w:t>
      </w:r>
      <w:r/>
    </w:p>
    <w:p>
      <w:r/>
      <w:r>
        <w:t>The questionnaire also appears to bundle together several very different ideas. Support for equal treatment, opinions about social hierarchy, views on protest and attitudes towards violence don't all belong in the same neat psychological box.</w:t>
      </w:r>
      <w:r/>
    </w:p>
    <w:p>
      <w:r/>
      <w:r>
        <w:t>A separate concern involves the report's new gender-affirmation scale. Critics say it hasn't been independently validated or peer reviewed, making it difficult to know whether it measures support for transgender people accurately or simply reflects the assumptions built into its wording.</w:t>
      </w:r>
      <w:r/>
    </w:p>
    <w:p>
      <w:r/>
      <w:r>
        <w:t>Readers should therefore treat the report as an early, contested piece of research, not proof that transgender allies are unusually dangerous. As with any striking study, the questions about funding, oversight, sampling and replication are just as important as the headline result.</w:t>
      </w:r>
      <w:r/>
    </w:p>
    <w:p>
      <w:pPr>
        <w:pStyle w:val="Heading2"/>
      </w:pPr>
      <w:r>
        <w:t>Why the political fallout could outlast the science</w:t>
      </w:r>
      <w:r/>
    </w:p>
    <w:p>
      <w:r/>
      <w:r>
        <w:t>The researchers acknowledge limitations, including uncertainty about which attitudes might influence the others. They also say further work will use an experimental design to explore whether exposure to gender-affirming ideas changes political beliefs.</w:t>
      </w:r>
      <w:r/>
    </w:p>
    <w:p>
      <w:r/>
      <w:r>
        <w:t>That proposed follow-up is significant, because it moves from observing associations to testing possible effects. Even then, however, a carefully designed experiment would need strong ethical safeguards, transparent methods and independent scrutiny.</w:t>
      </w:r>
      <w:r/>
    </w:p>
    <w:p>
      <w:r/>
      <w:r>
        <w:t>LGBTQ+ advocates point to a very different body of evidence about violence and vulnerability. Transgender people are disproportionately affected by violent crime, while experts on extremism have repeatedly linked hateful violence to misogyny, racism and far-right conspiracy movements rather than acceptance of transgender rights.</w:t>
      </w:r>
      <w:r/>
    </w:p>
    <w:p>
      <w:r/>
      <w:r>
        <w:t>The report's future impact may ultimately depend less on whether its conclusions survive academic criticism and more on whether politicians use them as justification for policy. That is why democracy groups are watching closely. In a polarised climate, a disputed study can become a talking point long before it becomes sound science.</w:t>
      </w:r>
      <w:r/>
    </w:p>
    <w:p>
      <w:r/>
      <w:r>
        <w:t>For many trans people and their allies, the most unsettling part is the suggestion that ordinary support, such as respecting someone's name or pronouns, could be recast as evidence of danger. That's a very high-stakes message to build on uncertain research.</w:t>
      </w:r>
      <w:r/>
    </w:p>
    <w:p>
      <w:r/>
      <w:r>
        <w:t>It's a reminder that government studies need scrutiny not only for what they find, but for what their findings might be used to do.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13">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3">
        <w:r>
          <w:rPr>
            <w:color w:val="0000EE"/>
            <w:u w:val="single"/>
          </w:rPr>
          <w:t>[4]</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[5]</w:t>
        </w:r>
      </w:hyperlink>
      <w:r>
        <w:t xml:space="preserve">- Paragraph 16: </w:t>
      </w:r>
      <w:hyperlink r:id="rId13">
        <w:r>
          <w:rPr>
            <w:color w:val="0000EE"/>
            <w:u w:val="single"/>
          </w:rPr>
          <w:t>[4]</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5">
        <w:r>
          <w:rPr>
            <w:color w:val="0000EE"/>
            <w:u w:val="single"/>
          </w:rPr>
          <w:t>[7]</w:t>
        </w:r>
      </w:hyperlink>
      <w:r>
        <w:t xml:space="preserve">- Paragraph 18: </w:t>
      </w:r>
      <w:hyperlink r:id="rId11">
        <w:r>
          <w:rPr>
            <w:color w:val="0000EE"/>
            <w:u w:val="single"/>
          </w:rPr>
          <w:t>[3]</w:t>
        </w:r>
      </w:hyperlink>
      <w:r>
        <w:t xml:space="preserve">, </w:t>
      </w:r>
      <w:hyperlink r:id="rId12">
        <w:r>
          <w:rPr>
            <w:color w:val="0000EE"/>
            <w:u w:val="single"/>
          </w:rPr>
          <w:t>[5]</w:t>
        </w:r>
      </w:hyperlink>
      <w:r>
        <w:t xml:space="preserve">- Paragraph 19: </w:t>
      </w:r>
      <w:hyperlink r:id="rId13">
        <w:r>
          <w:rPr>
            <w:color w:val="0000EE"/>
            <w:u w:val="single"/>
          </w:rPr>
          <w:t>[4]</w:t>
        </w:r>
      </w:hyperlink>
      <w:r>
        <w:t xml:space="preserve">, </w:t>
      </w:r>
      <w:hyperlink r:id="rId14">
        <w:r>
          <w:rPr>
            <w:color w:val="0000EE"/>
            <w:u w:val="single"/>
          </w:rPr>
          <w:t>[6]</w:t>
        </w:r>
      </w:hyperlink>
      <w:r>
        <w:t xml:space="preserve">- Paragraph 20: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https://michiganadvance.com/2026/09/08/what-trumps-new-study-says-about-support-for-trans-rights-and-why-experts-are-worried/</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https://www.theguardian.com/us-news/2026/sep/07/hhs-report-trans-support-authoritarianism</w:t>
        </w:r>
      </w:hyperlink>
      <w:r>
        <w:t xml:space="preserve"> - The Guardian reports on a U.S. Department of Health and Human Services (HHS) study linking support for transgender individuals to left-wing authoritarianism and political violence. The study, which surveyed 1,208 adults, found that those endorsing 'gender-affirming' positions were more likely to hold left-wing authoritarian beliefs and justify political violence. Critics argue the study is methodologically flawed and politically motivated, potentially leading to greater politicisation of science and health. The report has been criticised for its lack of peer review and potential to fuel political divisions.</w:t>
      </w:r>
      <w:r/>
    </w:p>
    <w:p>
      <w:pPr>
        <w:pStyle w:val="ListNumber"/>
        <w:spacing w:line="240" w:lineRule="auto"/>
        <w:ind w:left="720"/>
      </w:pPr>
      <w:r/>
      <w:hyperlink r:id="rId11">
        <w:r>
          <w:rPr>
            <w:color w:val="0000EE"/>
            <w:u w:val="single"/>
          </w:rPr>
          <w:t>https://health.gov/hhs-releases-study-finding-individuals-who-associate-left-wing-authoritarian-beliefs-and-radical</w:t>
        </w:r>
      </w:hyperlink>
      <w:r>
        <w:t xml:space="preserve"> - The U.S. Department of Health and Human Services (HHS) released a study on August 26, 2026, finding that individuals who believe in radical gender ideology are more likely to hold left-wing authoritarian beliefs and justify political violence. The study surveyed 1,208 U.S. adults and found that stronger endorsement of 'gender-affirming' clinical positions was associated with higher levels of left-wing authoritarianism, even after accounting for political identity and age. Both measures were also associated with greater justification of political violence across six scenarios.</w:t>
      </w:r>
      <w:r/>
    </w:p>
    <w:p>
      <w:pPr>
        <w:pStyle w:val="ListNumber"/>
        <w:spacing w:line="240" w:lineRule="auto"/>
        <w:ind w:left="720"/>
      </w:pPr>
      <w:r/>
      <w:hyperlink r:id="rId13">
        <w:r>
          <w:rPr>
            <w:color w:val="0000EE"/>
            <w:u w:val="single"/>
          </w:rPr>
          <w:t>https://www.thepinktimes.com/article/hhs-study-on-transgender-acceptance-and-violence-draws-fire-over-flawed-design/</w:t>
        </w:r>
      </w:hyperlink>
      <w:r>
        <w:t xml:space="preserve"> - The Pink Times discusses a U.S. Department of Health and Human Services (HHS) report that links support for transgender identities with justifying political violence. The report asked respondents about affirming trans people and then measured only left-coded violence scenarios, a setup critics say cannot support the government's claims. The study has been criticised for its methodology and potential to fuel political divisions.</w:t>
      </w:r>
      <w:r/>
    </w:p>
    <w:p>
      <w:pPr>
        <w:pStyle w:val="ListNumber"/>
        <w:spacing w:line="240" w:lineRule="auto"/>
        <w:ind w:left="720"/>
      </w:pPr>
      <w:r/>
      <w:hyperlink r:id="rId12">
        <w:r>
          <w:rPr>
            <w:color w:val="0000EE"/>
            <w:u w:val="single"/>
          </w:rPr>
          <w:t>https://manypress.com/article/hhs-report-linking-gender-ideology-to-authoritarianism-faces-criticism</w:t>
        </w:r>
      </w:hyperlink>
      <w:r>
        <w:t xml:space="preserve"> - ManyPress reports on a new Department of Health and Human Services (HHS) report linking support for transgender individuals to political violence, which is being criticised by experts for its methodology and political nature. The study, which surveyed 1,208 U.S. adults, found statistical associations between endorsement of transgender-affirming positions, a measure of left-wing authoritarianism, and respondents' views of six politically charged acts of violence. Critics argue the study violates federal standards by failing to undergo peer review and is politically motivated.</w:t>
      </w:r>
      <w:r/>
    </w:p>
    <w:p>
      <w:pPr>
        <w:pStyle w:val="ListNumber"/>
        <w:spacing w:line="240" w:lineRule="auto"/>
        <w:ind w:left="720"/>
      </w:pPr>
      <w:r/>
      <w:hyperlink r:id="rId14">
        <w:r>
          <w:rPr>
            <w:color w:val="0000EE"/>
            <w:u w:val="single"/>
          </w:rPr>
          <w:t>https://www.thepinktimes.com/article/hhs-report-draws-criticism-after-linking-trans-support-with-authoritarianism/</w:t>
        </w:r>
      </w:hyperlink>
      <w:r>
        <w:t xml:space="preserve"> - The Pink Times reports on a U.S. Department of Health and Human Services (HHS) report that links support for transgender people to authoritarianism and political violence. Scientists and legal scholars have called the work poorly conducted, unreviewed, and politically motivated. The report arrives as the Trump administration continues restricting gender-affirming care, and critics say the document could further undermine trust in transgender health care and medical institutions.</w:t>
      </w:r>
      <w:r/>
    </w:p>
    <w:p>
      <w:pPr>
        <w:pStyle w:val="ListNumber"/>
        <w:spacing w:line="240" w:lineRule="auto"/>
        <w:ind w:left="720"/>
      </w:pPr>
      <w:r/>
      <w:hyperlink r:id="rId15">
        <w:r>
          <w:rPr>
            <w:color w:val="0000EE"/>
            <w:u w:val="single"/>
          </w:rPr>
          <w:t>https://freedomforallamericans.org/hhs-trans-support-study/</w:t>
        </w:r>
      </w:hyperlink>
      <w:r>
        <w:t xml:space="preserve"> - Freedom for All Americans reports on a federally commissioned study by the U.S. Department of Health and Human Services (HHS) that associates support for transgender-affirming practices with 'left-wing authoritarianism' and greater willingness to justify political violence. Released on August 26, 2026, the 24-page report surveyed 1,208 U.S. adults and found statistical associations between endorsement of transgender-affirming positions, a measure of left-wing authoritarianism, and respondents' views of six politically charged acts of violence. The authors explicitly acknowledge that their study cannot establish that one set of beliefs causes another, a limitation that has become central to criticism of how HHS presented the findings.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ichiganadvance.com/2026/09/08/what-trumps-new-study-says-about-support-for-trans-rights-and-why-experts-are-worried/" TargetMode="External"/><Relationship Id="rId10" Type="http://schemas.openxmlformats.org/officeDocument/2006/relationships/hyperlink" Target="https://www.theguardian.com/us-news/2026/sep/07/hhs-report-trans-support-authoritarianism" TargetMode="External"/><Relationship Id="rId11" Type="http://schemas.openxmlformats.org/officeDocument/2006/relationships/hyperlink" Target="https://health.gov/hhs-releases-study-finding-individuals-who-associate-left-wing-authoritarian-beliefs-and-radical" TargetMode="External"/><Relationship Id="rId12" Type="http://schemas.openxmlformats.org/officeDocument/2006/relationships/hyperlink" Target="https://manypress.com/article/hhs-report-linking-gender-ideology-to-authoritarianism-faces-criticism" TargetMode="External"/><Relationship Id="rId13" Type="http://schemas.openxmlformats.org/officeDocument/2006/relationships/hyperlink" Target="https://www.thepinktimes.com/article/hhs-study-on-transgender-acceptance-and-violence-draws-fire-over-flawed-design/" TargetMode="External"/><Relationship Id="rId14" Type="http://schemas.openxmlformats.org/officeDocument/2006/relationships/hyperlink" Target="https://www.thepinktimes.com/article/hhs-report-draws-criticism-after-linking-trans-support-with-authoritarianism/" TargetMode="External"/><Relationship Id="rId15" Type="http://schemas.openxmlformats.org/officeDocument/2006/relationships/hyperlink" Target="https://freedomforallamericans.org/hhs-trans-support-stu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