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Kevin Anderson Wins LGBTQ+ Innovator Award for Community Healing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Houston's Montrose Center will honour Kevin Anderson at its 2026 Out for Good gala, recognising the founder of The T.R.U.T.H. Project and his long-running work creating art-led spaces for queer and trans people of colour. His story shows how open mics, honest testimony and collective care can grow into a powerful community movement.</w:t>
      </w:r>
      <w:r/>
    </w:p>
    <w:p>
      <w:pPr>
        <w:pStyle w:val="Heading2"/>
      </w:pPr>
      <w:r>
        <w:t>Essential Takeaways</w:t>
      </w:r>
      <w:r/>
      <w:r/>
    </w:p>
    <w:p>
      <w:pPr>
        <w:pStyle w:val="ListBullet"/>
        <w:spacing w:line="240" w:lineRule="auto"/>
        <w:ind w:left="720"/>
      </w:pPr>
      <w:r/>
      <w:r>
        <w:rPr>
          <w:b/>
        </w:rPr>
        <w:t>A major honour:</w:t>
      </w:r>
      <w:r>
        <w:t xml:space="preserve"> Anderson will receive the LGBTQ+ Innovator Award at the Montrose Center's 2026 Out for Good gala.</w:t>
      </w:r>
      <w:r/>
    </w:p>
    <w:p>
      <w:pPr>
        <w:pStyle w:val="ListBullet"/>
        <w:spacing w:line="240" w:lineRule="auto"/>
        <w:ind w:left="720"/>
      </w:pPr>
      <w:r/>
      <w:r>
        <w:rPr>
          <w:b/>
        </w:rPr>
        <w:t>Community roots:</w:t>
      </w:r>
      <w:r>
        <w:t xml:space="preserve"> His work began with Heart and Soul, a queer-centred open mic launched in 2009.</w:t>
      </w:r>
      <w:r/>
    </w:p>
    <w:p>
      <w:pPr>
        <w:pStyle w:val="ListBullet"/>
        <w:spacing w:line="240" w:lineRule="auto"/>
        <w:ind w:left="720"/>
      </w:pPr>
      <w:r/>
      <w:r>
        <w:rPr>
          <w:b/>
        </w:rPr>
        <w:t>Art as access:</w:t>
      </w:r>
      <w:r>
        <w:t xml:space="preserve"> The T.R.U.T.H. Project uses performance and storytelling to open conversations about HIV, wellness and identity.</w:t>
      </w:r>
      <w:r/>
    </w:p>
    <w:p>
      <w:pPr>
        <w:pStyle w:val="ListBullet"/>
        <w:spacing w:line="240" w:lineRule="auto"/>
        <w:ind w:left="720"/>
      </w:pPr>
      <w:r/>
      <w:r>
        <w:rPr>
          <w:b/>
        </w:rPr>
        <w:t>A wider welcome:</w:t>
      </w:r>
      <w:r>
        <w:t xml:space="preserve"> Anderson is focused on creating more visibility and connection for transgender and nonbinary people, especially people of colour.</w:t>
      </w:r>
      <w:r/>
    </w:p>
    <w:p>
      <w:pPr>
        <w:pStyle w:val="ListBullet"/>
        <w:spacing w:line="240" w:lineRule="auto"/>
        <w:ind w:left="720"/>
      </w:pPr>
      <w:r/>
      <w:r>
        <w:rPr>
          <w:b/>
        </w:rPr>
        <w:t>Event details:</w:t>
      </w:r>
      <w:r>
        <w:t xml:space="preserve"> The gala takes place on Saturday, 3 October 2026, at the Marriott Marquis Houston.</w:t>
      </w:r>
      <w:r/>
      <w:r/>
    </w:p>
    <w:p>
      <w:pPr>
        <w:pStyle w:val="Heading2"/>
      </w:pPr>
      <w:r>
        <w:t>From an open mic to a healing space</w:t>
      </w:r>
      <w:r/>
    </w:p>
    <w:p>
      <w:r/>
      <w:r>
        <w:t>The most striking thing about Kevin Anderson's work is how naturally it grew from listening. What began as a lively, welcoming open mic became a place where people could sing, dance and tell difficult stories without being reduced to a diagnosis or a headline.</w:t>
      </w:r>
      <w:r/>
    </w:p>
    <w:p>
      <w:r/>
      <w:r>
        <w:t>Anderson launched Heart and Soul in 2009 after recognising a gap in Houston's queer cultural scene. According to Outsmart Magazine, the events gave people room to share experiences ranging from custody battles to HIV disclosure, often in front of an audience that understood the emotional weight behind them.</w:t>
      </w:r>
      <w:r/>
    </w:p>
    <w:p>
      <w:r/>
      <w:r>
        <w:t>That atmosphere became the foundation for The T.R.U.T.H. Project, founded in 2011 and established as a nonprofit in 2013. Its name and mission have since become closely associated with healing spaces for queer and trans communities of colour.</w:t>
      </w:r>
      <w:r/>
    </w:p>
    <w:p>
      <w:pPr>
        <w:pStyle w:val="Heading2"/>
      </w:pPr>
      <w:r>
        <w:t>Why art sits at the centre of the work</w:t>
      </w:r>
      <w:r/>
    </w:p>
    <w:p>
      <w:r/>
      <w:r>
        <w:t>For Anderson, performance isn't decoration around the serious work. It's the route into it. A song, poem or personal story can make a complex subject feel more approachable, particularly for someone who isn't yet ready for a formal health or support setting.</w:t>
      </w:r>
      <w:r/>
    </w:p>
    <w:p>
      <w:r/>
      <w:r>
        <w:t>The T.R.U.T.H. Project's early focus included HIV awareness, but its programme has expanded to connect cultural arts with wellness and sexual health. That evolution reflects a useful truth about community care: people rarely experience identity, health and belonging in separate compartments.</w:t>
      </w:r>
      <w:r/>
    </w:p>
    <w:p>
      <w:r/>
      <w:r>
        <w:t>Events such as Heart and Soul also fit into Houston's wider live-performance culture. Listings from Network for Good and Matchbox Houston show the series' continuing place in the city's arts calendar, while poetry and spoken-word platforms such as Poetry Lounge Live underline the demand for intimate, audience-led storytelling.</w:t>
      </w:r>
      <w:r/>
    </w:p>
    <w:p>
      <w:pPr>
        <w:pStyle w:val="Heading2"/>
      </w:pPr>
      <w:r>
        <w:t>A broader vision of LGBTQ+ belonging</w:t>
      </w:r>
      <w:r/>
    </w:p>
    <w:p>
      <w:r/>
      <w:r>
        <w:t>Anderson's approach to innovation is less about a flashy new idea and more about making better use of the people and relationships already around him. He speaks about collaboration, shared resources and bringing overlooked voices into the centre of the conversation.</w:t>
      </w:r>
      <w:r/>
    </w:p>
    <w:p>
      <w:r/>
      <w:r>
        <w:t>That matters particularly for transgender and nonbinary people of colour, who can still find themselves sidelined even within LGBTQ+ spaces. Creating occasions where people can ask questions, learn from one another and simply enjoy being together is practical inclusion, not just polished event language.</w:t>
      </w:r>
      <w:r/>
    </w:p>
    <w:p>
      <w:r/>
      <w:r>
        <w:t>The Montrose Center has a long history of fundraising for LGBTQ+ services, including youth support. Its previous gala raised $361,000 for LGBTQ+ youth services, according to the organisation, giving the 2026 celebration a wider context beyond one evening of recognition.</w:t>
      </w:r>
      <w:r/>
    </w:p>
    <w:p>
      <w:pPr>
        <w:pStyle w:val="Heading2"/>
      </w:pPr>
      <w:r>
        <w:t>His own story became part of the message</w:t>
      </w:r>
      <w:r/>
    </w:p>
    <w:p>
      <w:r/>
      <w:r>
        <w:t>Anderson's work has also involved a personal shift. Although he had spent years working in public health, he did not always speak openly about his own lived experience of HIV. Watching artists share intimate truths helped him find a way to do the same.</w:t>
      </w:r>
      <w:r/>
    </w:p>
    <w:p>
      <w:r/>
      <w:r>
        <w:t>That kind of disclosure is rarely a single, neat moment. Anderson describes coming out as something that can happen repeatedly and in layers, shaped by age, safety, relationships and changing circumstances. It's a thoughtful reminder that visibility should be chosen, not demanded.</w:t>
      </w:r>
      <w:r/>
    </w:p>
    <w:p>
      <w:r/>
      <w:r>
        <w:t>His reflections give the award a more personal edge. The T.R.U.T.H. Project isn't only helping other people find their voices; the community has helped its founder become more comfortable using his own.</w:t>
      </w:r>
      <w:r/>
    </w:p>
    <w:p>
      <w:pPr>
        <w:pStyle w:val="Heading2"/>
      </w:pPr>
      <w:r>
        <w:t>What to expect from Out for Good</w:t>
      </w:r>
      <w:r/>
    </w:p>
    <w:p>
      <w:r/>
      <w:r>
        <w:t>The Montrose Center's Out for Good gala will be held on Saturday, 3 October 2026, at the Marriott Marquis Houston on Walker Street. Anderson is one of the honourees, alongside LGBTQ+ Health Advocate Award recipient Amanda McMillian.</w:t>
      </w:r>
      <w:r/>
    </w:p>
    <w:p>
      <w:r/>
      <w:r>
        <w:t>For supporters, the evening offers a chance to celebrate work that is both public and quietly persistent. Some of it happens on a stage, but much of it happens in the relationships formed afterwards, when someone feels heard, safer or a little less alone.</w:t>
      </w:r>
      <w:r/>
    </w:p>
    <w:p>
      <w:r/>
      <w:r>
        <w:t>That may be the clearest measure of Anderson's impact. Innovation, in this setting, isn't about standing apart from the community. It's about helping more people stand together.</w:t>
      </w:r>
      <w:r/>
    </w:p>
    <w:p>
      <w:r/>
      <w:r>
        <w:t>A meaningful celebration starts with spaces where people can be heard, seen and connected.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[4]</w:t>
        </w:r>
      </w:hyperlink>
      <w:r>
        <w:t xml:space="preserve">, </w:t>
      </w:r>
      <w:hyperlink r:id="rId14">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4">
        <w:r>
          <w:rPr>
            <w:color w:val="0000EE"/>
            <w:u w:val="single"/>
          </w:rPr>
          <w:t>[5]</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4">
        <w:r>
          <w:rPr>
            <w:color w:val="0000EE"/>
            <w:u w:val="single"/>
          </w:rPr>
          <w:t>[5]</w:t>
        </w:r>
      </w:hyperlink>
      <w:r>
        <w:t xml:space="preserve">- Paragraph 15: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https://www.outsmartmagazine.com/2026/09/kevin-anderson-montrose-center-innovator-award/</w:t>
        </w:r>
      </w:hyperlink>
      <w:r>
        <w:t xml:space="preserve"> - Please view link - unable to able to access data</w:t>
      </w:r>
      <w:r/>
    </w:p>
    <w:p>
      <w:pPr>
        <w:pStyle w:val="ListNumber"/>
        <w:spacing w:line="240" w:lineRule="auto"/>
        <w:ind w:left="720"/>
      </w:pPr>
      <w:r/>
      <w:hyperlink r:id="rId9">
        <w:r>
          <w:rPr>
            <w:color w:val="0000EE"/>
            <w:u w:val="single"/>
          </w:rPr>
          <w:t>https://www.outsmartmagazine.com/2026/09/kevin-anderson-montrose-center-innovator-award/</w:t>
        </w:r>
      </w:hyperlink>
      <w:r>
        <w:t xml:space="preserve"> - Kevin Anderson, founder and CEO of The T.R.U.T.H. Project, has been named the Montrose Center's 2026 LGBTQ+ Innovator Award recipient. Anderson reflects on his ancestors' resilience and innovation, stating, "I have ancestors that were enslaved, that were truly innovators by all extreme usage of the word." He founded The T.R.U.T.H. Project in 2011, aiming to create healing spaces for queer and trans communities of colour. The organisation's early focus was on HIV awareness, evolving to encompass cultural arts, wellness, and sexual wellness. Anderson emphasises the importance of inclusivity, particularly for transgender and nonbinary individuals, stating, "Anytime we’re able to ensure that our communities are in the same space, we are providing opportunities for people to learn, to ask questions, and to just be joyful together."</w:t>
      </w:r>
      <w:r/>
    </w:p>
    <w:p>
      <w:pPr>
        <w:pStyle w:val="ListNumber"/>
        <w:spacing w:line="240" w:lineRule="auto"/>
        <w:ind w:left="720"/>
      </w:pPr>
      <w:r/>
      <w:hyperlink r:id="rId11">
        <w:r>
          <w:rPr>
            <w:color w:val="0000EE"/>
            <w:u w:val="single"/>
          </w:rPr>
          <w:t>https://truthprojecthtx.networkforgood.com/events/101417-heart-soul-vol-144-pleasure-principle</w:t>
        </w:r>
      </w:hyperlink>
      <w:r>
        <w:t xml:space="preserve"> - The T.R.U.T.H. Project is hosting heART&amp;SOUL Vol. 144: Pleasure Principle on May 22, 2026, at The DeLUXE Theater in Houston, Texas. This event celebrates art and pleasure, featuring co-hosts Preechkid and Josie Pickens, along with live visual art by Marcus Arceneaux. The evening includes spoken word, song, dance, and community engagement. A VIP experience is available, offering early seating and a chance to connect with the hosts. General admission is $20, with VIP tickets at $30. The event aims to provide a space for community, creativity, and truth.</w:t>
      </w:r>
      <w:r/>
    </w:p>
    <w:p>
      <w:pPr>
        <w:pStyle w:val="ListNumber"/>
        <w:spacing w:line="240" w:lineRule="auto"/>
        <w:ind w:left="720"/>
      </w:pPr>
      <w:r/>
      <w:hyperlink r:id="rId10">
        <w:r>
          <w:rPr>
            <w:color w:val="0000EE"/>
            <w:u w:val="single"/>
          </w:rPr>
          <w:t>https://montrosecenter.org/empowering-our-future-gala-raises-361000-for-lgbtq-youth-services-with-once-upon-a-time-theme/</w:t>
        </w:r>
      </w:hyperlink>
      <w:r>
        <w:t xml:space="preserve"> - On April 25, 2026, the Montrose Center's 10th annual Empowering Our Future Gala raised $361,260 for LGBTQ+ youth services. The event, themed 'Once Upon a Time,' honoured the Ballroom at Bayou Place with the inaugural LGBTQ+ Youth Champion Award. Co-chairs Mandy Giles, Neil Giles, BJ Gill, and Robby Guthart hosted the gala, which celebrated the centre's mission to empower LGBTQ+ individuals and their families to live healthier and more fulfilling lives.</w:t>
      </w:r>
      <w:r/>
    </w:p>
    <w:p>
      <w:pPr>
        <w:pStyle w:val="ListNumber"/>
        <w:spacing w:line="240" w:lineRule="auto"/>
        <w:ind w:left="720"/>
      </w:pPr>
      <w:r/>
      <w:hyperlink r:id="rId14">
        <w:r>
          <w:rPr>
            <w:color w:val="0000EE"/>
            <w:u w:val="single"/>
          </w:rPr>
          <w:t>https://happeningnext.com/event/out-for-good-gala-2026-eid3a0du4ok4o</w:t>
        </w:r>
      </w:hyperlink>
      <w:r>
        <w:t xml:space="preserve"> - The Montrose Center is hosting the Out for Good Gala 2026 on October 3, 2026, at the Marriott Marquis Houston. The event celebrates National Coming Out Day and honours Kevin Anderson with the 2026 LGBTQ+ Innovator Award. Hosted by Manila Luzon of RuPaul's Drag Race, with a special performance by Trinity the Tuck, the evening includes a dinner, inspiring programme, and after-party. The gala supports the Montrose Center's mission to empower LGBTQ+ Houston since 1978.</w:t>
      </w:r>
      <w:r/>
    </w:p>
    <w:p>
      <w:pPr>
        <w:pStyle w:val="ListNumber"/>
        <w:spacing w:line="240" w:lineRule="auto"/>
        <w:ind w:left="720"/>
      </w:pPr>
      <w:r/>
      <w:hyperlink r:id="rId13">
        <w:r>
          <w:rPr>
            <w:color w:val="0000EE"/>
            <w:u w:val="single"/>
          </w:rPr>
          <w:t>https://www.poetryloungelive.com/</w:t>
        </w:r>
      </w:hyperlink>
      <w:r>
        <w:t xml:space="preserve"> - Poetry Lounge Sundays, a Houston institution for over two decades, offers an open mic experience blending powerful poetry, live DJ energy, and an upscale nightlife atmosphere. The event features thought-provoking commentary, witty performances, and creative brilliance, providing a platform for artists to showcase their work in a vibrant setting.</w:t>
      </w:r>
      <w:r/>
    </w:p>
    <w:p>
      <w:pPr>
        <w:pStyle w:val="ListNumber"/>
        <w:spacing w:line="240" w:lineRule="auto"/>
        <w:ind w:left="720"/>
      </w:pPr>
      <w:r/>
      <w:hyperlink r:id="rId12">
        <w:r>
          <w:rPr>
            <w:color w:val="0000EE"/>
            <w:u w:val="single"/>
          </w:rPr>
          <w:t>https://matchouston.org/events/2023/heartsoul-vol-122-acoustic-soul</w:t>
        </w:r>
      </w:hyperlink>
      <w:r>
        <w:t xml:space="preserve"> - heART&amp;SOUL Vol. 122: Acoustic Soul, presented by The T.R.U.T.H. Project, took place on May 12, 2023, at the Midtown Arts &amp; Theater Center Houston. The event featured an art-infused open mic with community engagement and the sounds of Marium Echo. Attendees enjoyed a mixer with DJ LoQi, followed by the main experience showcasing spoken word, movement, song, and visual art, merging various art forms in a dynamic setting.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09/kevin-anderson-montrose-center-innovator-award/" TargetMode="External"/><Relationship Id="rId10" Type="http://schemas.openxmlformats.org/officeDocument/2006/relationships/hyperlink" Target="https://montrosecenter.org/empowering-our-future-gala-raises-361000-for-lgbtq-youth-services-with-once-upon-a-time-theme/" TargetMode="External"/><Relationship Id="rId11" Type="http://schemas.openxmlformats.org/officeDocument/2006/relationships/hyperlink" Target="https://truthprojecthtx.networkforgood.com/events/101417-heart-soul-vol-144-pleasure-principle" TargetMode="External"/><Relationship Id="rId12" Type="http://schemas.openxmlformats.org/officeDocument/2006/relationships/hyperlink" Target="https://matchouston.org/events/2023/heartsoul-vol-122-acoustic-soul" TargetMode="External"/><Relationship Id="rId13" Type="http://schemas.openxmlformats.org/officeDocument/2006/relationships/hyperlink" Target="https://www.poetryloungelive.com/" TargetMode="External"/><Relationship Id="rId14" Type="http://schemas.openxmlformats.org/officeDocument/2006/relationships/hyperlink" Target="https://happeningnext.com/event/out-for-good-gala-2026-eid3a0du4ok4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