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Waikiki hotel for Honolulu Pride and oceanfront celebrations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heading to Honolulu Pride in October are finding that the right Waikiki base can turn a busy weekend into a seamless celebration. ‘Alohilani Resort Waikiki Beach sits close to the parade route, LGBTQ+ gathering spots and official events, while its Pride package adds useful extras for visitors who want ocean views, poolside energy and an easy walk home.</w:t>
      </w:r>
      <w:r/>
    </w:p>
    <w:p>
      <w:pPr>
        <w:pStyle w:val="Heading2"/>
      </w:pPr>
      <w:r>
        <w:t>Essential Takeaways</w:t>
      </w:r>
      <w:r/>
      <w:r/>
    </w:p>
    <w:p>
      <w:pPr>
        <w:pStyle w:val="ListBullet"/>
        <w:spacing w:line="240" w:lineRule="auto"/>
        <w:ind w:left="720"/>
      </w:pPr>
      <w:r/>
      <w:r>
        <w:rPr>
          <w:b/>
        </w:rPr>
        <w:t>Prime Waikiki location:</w:t>
      </w:r>
      <w:r>
        <w:t xml:space="preserve"> The resort is close to Kalakaua Avenue, the main Honolulu Pride parade route, plus Queen’s Surf Beach and nearby nightlife.</w:t>
      </w:r>
      <w:r/>
    </w:p>
    <w:p>
      <w:pPr>
        <w:pStyle w:val="ListBullet"/>
        <w:spacing w:line="240" w:lineRule="auto"/>
        <w:ind w:left="720"/>
      </w:pPr>
      <w:r/>
      <w:r>
        <w:rPr>
          <w:b/>
        </w:rPr>
        <w:t>Two headline events:</w:t>
      </w:r>
      <w:r>
        <w:t xml:space="preserve"> Guests can join the official drag brunch and the Lei Pool Party at SWELL on Saturday.</w:t>
      </w:r>
      <w:r/>
    </w:p>
    <w:p>
      <w:pPr>
        <w:pStyle w:val="ListBullet"/>
        <w:spacing w:line="240" w:lineRule="auto"/>
        <w:ind w:left="720"/>
      </w:pPr>
      <w:r/>
      <w:r>
        <w:rPr>
          <w:b/>
        </w:rPr>
        <w:t>Rooftop atmosphere:</w:t>
      </w:r>
      <w:r>
        <w:t xml:space="preserve"> SWELL offers a spacious pool deck, Waikiki views, DJs and themed drinks.</w:t>
      </w:r>
      <w:r/>
    </w:p>
    <w:p>
      <w:pPr>
        <w:pStyle w:val="ListBullet"/>
        <w:spacing w:line="240" w:lineRule="auto"/>
        <w:ind w:left="720"/>
      </w:pPr>
      <w:r/>
      <w:r>
        <w:rPr>
          <w:b/>
        </w:rPr>
        <w:t>Year-round value:</w:t>
      </w:r>
      <w:r>
        <w:t xml:space="preserve"> The PRIDE Amplified Package includes a discount, welcome amenity and resort credit.</w:t>
      </w:r>
      <w:r/>
    </w:p>
    <w:p>
      <w:pPr>
        <w:pStyle w:val="ListBullet"/>
        <w:spacing w:line="240" w:lineRule="auto"/>
        <w:ind w:left="720"/>
      </w:pPr>
      <w:r/>
      <w:r>
        <w:rPr>
          <w:b/>
        </w:rPr>
        <w:t>Community focus:</w:t>
      </w:r>
      <w:r>
        <w:t xml:space="preserve"> The wider hotel group continues to support Honolulu Pride and local LGBTQ+ organisations.</w:t>
      </w:r>
      <w:r/>
      <w:r/>
    </w:p>
    <w:p>
      <w:pPr>
        <w:pStyle w:val="Heading2"/>
      </w:pPr>
      <w:r>
        <w:t>Why ‘Alohilani is a smart Honolulu Pride base</w:t>
      </w:r>
      <w:r/>
    </w:p>
    <w:p>
      <w:r/>
      <w:r>
        <w:t>Honolulu Pride brings colour, music and a pleasing sense of joyful chaos to Waikiki, with the parade moving along Kalakaua Avenue. For visitors, staying nearby means less time arranging transport and more time soaking up the atmosphere, whether that means watching the procession, heading to the beach or continuing into the evening.</w:t>
      </w:r>
      <w:r/>
    </w:p>
    <w:p>
      <w:r/>
      <w:r>
        <w:t>‘Alohilani Resort Waikiki Beach is particularly well placed for travellers who want an oceanfront hotel near the Honolulu Pride parade. It’s close to Queen’s Surf Beach, a popular LGBTQ+ meeting point, and within easy reach of bars, clubs and restaurants. The location does the heavy lifting, which is welcome when the streets are lively and hotel rooms suddenly feel very far away.</w:t>
      </w:r>
      <w:r/>
    </w:p>
    <w:p>
      <w:r/>
      <w:r>
        <w:t xml:space="preserve">The resort’s own Pride offer also gives guests a reason to spend more of the weekend on site. According to ‘Alohilani’s package information, the deal is designed to support LGBTQ+ travellers beyond the headline parade dates, rather than treating Pride as a single-night event. </w:t>
      </w:r>
      <w:hyperlink r:id="rId9">
        <w:r>
          <w:rPr>
            <w:color w:val="0000EE"/>
            <w:u w:val="single"/>
          </w:rPr>
          <w:t>[2]</w:t>
        </w:r>
      </w:hyperlink>
      <w:r/>
    </w:p>
    <w:p>
      <w:pPr>
        <w:pStyle w:val="Heading2"/>
      </w:pPr>
      <w:r>
        <w:t>Drag brunch starts the celebrations early</w:t>
      </w:r>
      <w:r/>
    </w:p>
    <w:p>
      <w:r/>
      <w:r>
        <w:t>Saturday’s programme begins with the Official Honolulu Pride Drag Brunch, bringing a theatrical start to the day before the pool party takes over. The event’s format combines food, performance and a social crowd, making it a natural choice for visitors who want something more memorable than a standard hotel breakfast.</w:t>
      </w:r>
      <w:r/>
    </w:p>
    <w:p>
      <w:r/>
      <w:r>
        <w:t xml:space="preserve">Drag brunches have become a familiar part of Pride travel, but the setting matters. A ballroom allows the performances to take centre stage, while the resort location makes it easy for guests to return to their rooms afterwards, change, or simply regroup before the afternoon begins. Honolulu Pride event listings have also highlighted drag-led programming as a key part of the weekend’s appeal. </w:t>
      </w:r>
      <w:hyperlink r:id="rId10">
        <w:r>
          <w:rPr>
            <w:color w:val="0000EE"/>
            <w:u w:val="single"/>
          </w:rPr>
          <w:t>[5]</w:t>
        </w:r>
      </w:hyperlink>
      <w:r/>
    </w:p>
    <w:p>
      <w:r/>
      <w:r>
        <w:t>For first-time visitors, booking ahead is sensible. Popular Pride events can fill quickly, and a late decision may leave you choosing between a rushed meal and a very early start. In other words, your future self will probably thank you for securing a seat before landing in Hawaii.</w:t>
      </w:r>
      <w:r/>
    </w:p>
    <w:p>
      <w:pPr>
        <w:pStyle w:val="Heading2"/>
      </w:pPr>
      <w:r>
        <w:t>SWELL brings the pool-party energy</w:t>
      </w:r>
      <w:r/>
    </w:p>
    <w:p>
      <w:r/>
      <w:r>
        <w:t>After brunch, the action moves to SWELL, ‘Alohilani’s rooftop pool deck. The venue combines an infinity pool, open-air views and a spacious layout, creating the sort of relaxed-but-lively setting that suits a long afternoon of music, cocktails and people-watching.</w:t>
      </w:r>
      <w:r/>
    </w:p>
    <w:p>
      <w:r/>
      <w:r>
        <w:t xml:space="preserve">The annual Lei Pool Party is scheduled to run through the afternoon and into early evening, with DJs, themed drinks and poolside entertainment. Event information from the Hawaiian LGBT Legacy Foundation presents the party as an official part of Honolulu Pride’s wider programme, so guests can enjoy a resort experience without losing touch with the main celebration. </w:t>
      </w:r>
      <w:hyperlink r:id="rId11">
        <w:r>
          <w:rPr>
            <w:color w:val="0000EE"/>
            <w:u w:val="single"/>
          </w:rPr>
          <w:t>[6]</w:t>
        </w:r>
      </w:hyperlink>
      <w:r/>
    </w:p>
    <w:p>
      <w:r/>
      <w:r>
        <w:t>SWELL is also a useful option for travellers who want to pace themselves. You can join the party for a few hours, take a break upstairs or in your room, then decide whether the night calls for Waikiki’s bars and clubs. That flexibility is often more valuable than another item on an itinerary.</w:t>
      </w:r>
      <w:r/>
    </w:p>
    <w:p>
      <w:pPr>
        <w:pStyle w:val="Heading2"/>
      </w:pPr>
      <w:r>
        <w:t>What the Pride package adds</w:t>
      </w:r>
      <w:r/>
    </w:p>
    <w:p>
      <w:r/>
      <w:r>
        <w:t xml:space="preserve">The PRIDE Amplified Package offers a 15 per cent saving on stays, plus a welcome amenity and a resort credit. The credit can be used across selected on-site experiences, including restaurants, FIT Waikiki classes, DRIP Hawaii recovery treatments and Spa U’ilani. </w:t>
      </w:r>
      <w:hyperlink r:id="rId9">
        <w:r>
          <w:rPr>
            <w:color w:val="0000EE"/>
            <w:u w:val="single"/>
          </w:rPr>
          <w:t>[2]</w:t>
        </w:r>
      </w:hyperlink>
      <w:r/>
    </w:p>
    <w:p>
      <w:r/>
      <w:r>
        <w:t>That makes the package more than a simple room discount, particularly for travellers planning to spend time at the resort. A credit towards food, fitness or recovery can help soften the cost of a celebratory weekend, while the spa option gives guests somewhere quiet to retreat after the parade and pool party.</w:t>
      </w:r>
      <w:r/>
    </w:p>
    <w:p>
      <w:r/>
      <w:r>
        <w:t>It’s worth checking the current booking conditions before reserving, including eligible dates, minimum stays and exactly where the credit applies. Offers can change, and a few minutes spent reading the details is preferable to discovering that your preferred treatment isn’t included after all.</w:t>
      </w:r>
      <w:r/>
    </w:p>
    <w:p>
      <w:pPr>
        <w:pStyle w:val="Heading2"/>
      </w:pPr>
      <w:r>
        <w:t>Support that continues beyond Pride weekend</w:t>
      </w:r>
      <w:r/>
    </w:p>
    <w:p>
      <w:r/>
      <w:r>
        <w:t>The resort’s involvement extends beyond hosting events. Parent company Highgate Hawaii has supported Honolulu Pride for several years, while the group has also worked with the Hawai’i LGBT Legacy Foundation and local partners including Under the Wig Productions.</w:t>
      </w:r>
      <w:r/>
    </w:p>
    <w:p>
      <w:r/>
      <w:r>
        <w:t>That wider relationship matters because Pride travel increasingly comes with a question beyond, “What’s happening on Saturday?” Visitors are looking at whether hotels support the community throughout the year, not just when demand is at its highest. The resort’s year-round package and ongoing programming are intended to answer that concern.</w:t>
      </w:r>
      <w:r/>
    </w:p>
    <w:p>
      <w:r/>
      <w:r>
        <w:t xml:space="preserve">Across the road, sister property The Twin Fin Hotel has also linked its Pride offering to donations for local health and community organisations. Honolulu Pride itself is rooted in public celebration and community connection, with the parade forming one part of a wider calendar of events in Waikiki. </w:t>
      </w:r>
      <w:hyperlink r:id="rId12">
        <w:r>
          <w:rPr>
            <w:color w:val="0000EE"/>
            <w:u w:val="single"/>
          </w:rPr>
          <w:t>[7]</w:t>
        </w:r>
      </w:hyperlink>
      <w:r/>
    </w:p>
    <w:p>
      <w:r/>
      <w:r>
        <w:t>For visitors, that creates a more rounded trip: stay close to the action, choose events that suit your energy levels and spend with businesses that show a longer-term commitment. It’s a small shift in how we travel, but it can make a weekend feel more meaningful.</w:t>
      </w:r>
      <w:r/>
    </w:p>
    <w:p>
      <w:r/>
      <w:r>
        <w:t>Choose a Waikiki stay that keeps the parade, pool and community close.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2">
        <w:r>
          <w:rPr>
            <w:color w:val="0000EE"/>
            <w:u w:val="single"/>
          </w:rPr>
          <w:t>[7]</w:t>
        </w:r>
      </w:hyperlink>
      <w:r>
        <w:t xml:space="preserve">, </w:t>
      </w:r>
      <w:hyperlink r:id="rId9">
        <w:r>
          <w:rPr>
            <w:color w:val="0000EE"/>
            <w:u w:val="single"/>
          </w:rPr>
          <w:t>[2]</w:t>
        </w:r>
      </w:hyperlink>
      <w:r>
        <w:t xml:space="preserve">- Paragraph 2: </w:t>
      </w:r>
      <w:hyperlink r:id="rId14">
        <w:r>
          <w:rPr>
            <w:color w:val="0000EE"/>
            <w:u w:val="single"/>
          </w:rPr>
          <w:t>[4]</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1">
        <w:r>
          <w:rPr>
            <w:color w:val="0000EE"/>
            <w:u w:val="single"/>
          </w:rPr>
          <w:t>[6]</w:t>
        </w:r>
      </w:hyperlink>
      <w:r>
        <w:t xml:space="preserve">- Paragraph 4: </w:t>
      </w:r>
      <w:hyperlink r:id="rId10">
        <w:r>
          <w:rPr>
            <w:color w:val="0000EE"/>
            <w:u w:val="single"/>
          </w:rPr>
          <w:t>[5]</w:t>
        </w:r>
      </w:hyperlink>
      <w:r>
        <w:t xml:space="preserve">, </w:t>
      </w:r>
      <w:hyperlink r:id="rId11">
        <w:r>
          <w:rPr>
            <w:color w:val="0000EE"/>
            <w:u w:val="single"/>
          </w:rPr>
          <w:t>[6]</w:t>
        </w:r>
      </w:hyperlink>
      <w:r>
        <w:t xml:space="preserve">- Paragraph 5: </w:t>
      </w:r>
      <w:hyperlink r:id="rId11">
        <w:r>
          <w:rPr>
            <w:color w:val="0000EE"/>
            <w:u w:val="single"/>
          </w:rPr>
          <w:t>[6]</w:t>
        </w:r>
      </w:hyperlink>
      <w:r>
        <w:t xml:space="preserve">, </w:t>
      </w:r>
      <w:hyperlink r:id="rId14">
        <w:r>
          <w:rPr>
            <w:color w:val="0000EE"/>
            <w:u w:val="single"/>
          </w:rPr>
          <w:t>[4]</w:t>
        </w:r>
      </w:hyperlink>
      <w:r>
        <w:t xml:space="preserve">- Paragraph 6: </w:t>
      </w:r>
      <w:hyperlink r:id="rId9">
        <w:r>
          <w:rPr>
            <w:color w:val="0000EE"/>
            <w:u w:val="single"/>
          </w:rPr>
          <w:t>[2]</w:t>
        </w:r>
      </w:hyperlink>
      <w:r>
        <w:t xml:space="preserve">, </w:t>
      </w:r>
      <w:hyperlink r:id="rId14">
        <w:r>
          <w:rPr>
            <w:color w:val="0000EE"/>
            <w:u w:val="single"/>
          </w:rPr>
          <w:t>[4]</w:t>
        </w:r>
      </w:hyperlink>
      <w:r>
        <w:t xml:space="preserve">- Paragraph 7: </w:t>
      </w:r>
      <w:hyperlink r:id="rId9">
        <w:r>
          <w:rPr>
            <w:color w:val="0000EE"/>
            <w:u w:val="single"/>
          </w:rPr>
          <w:t>[2]</w:t>
        </w:r>
      </w:hyperlink>
      <w:r>
        <w:t xml:space="preserve">, </w:t>
      </w:r>
      <w:hyperlink r:id="rId14">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[5]</w:t>
        </w:r>
      </w:hyperlink>
      <w:r>
        <w:t xml:space="preserve">- Paragraph 9: </w:t>
      </w:r>
      <w:hyperlink r:id="rId12">
        <w:r>
          <w:rPr>
            <w:color w:val="0000EE"/>
            <w:u w:val="single"/>
          </w:rPr>
          <w:t>[7]</w:t>
        </w:r>
      </w:hyperlink>
      <w:r>
        <w:t xml:space="preserve">, </w:t>
      </w:r>
      <w:hyperlink r:id="rId11">
        <w:r>
          <w:rPr>
            <w:color w:val="0000EE"/>
            <w:u w:val="single"/>
          </w:rPr>
          <w:t>[6]</w:t>
        </w:r>
      </w:hyperlink>
      <w:r>
        <w:t xml:space="preserve">- Paragraph 10: </w:t>
      </w:r>
      <w:hyperlink r:id="rId9">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https://gayety.com/alohilani-resort-honolulu-pride-waikiki-guide</w:t>
        </w:r>
      </w:hyperlink>
      <w:r>
        <w:t xml:space="preserve"> - Please view link - unable to able to access data</w:t>
      </w:r>
      <w:r/>
    </w:p>
    <w:p>
      <w:pPr>
        <w:pStyle w:val="ListNumber"/>
        <w:spacing w:line="240" w:lineRule="auto"/>
        <w:ind w:left="720"/>
      </w:pPr>
      <w:r/>
      <w:hyperlink r:id="rId9">
        <w:r>
          <w:rPr>
            <w:color w:val="0000EE"/>
            <w:u w:val="single"/>
          </w:rPr>
          <w:t>https://www.alohilaniresort.com/special-offers/pride-amplified/</w:t>
        </w:r>
      </w:hyperlink>
      <w:r>
        <w:t xml:space="preserve"> - The 'Alohilani Resort Waikiki Beach offers the PRIDE Amplified package, providing guests with 15% off their stay, a welcome amenity, and a $50 resort credit. This package is available year-round, allowing LGBTQ+ travellers to experience the resort's welcoming atmosphere beyond Honolulu Pride weekend. The offer is valid for bookings made now through December 22, 2026, with travel dates extending until the same date. Blackout dates may apply, and the program details are subject to change without notice. The offer cannot be combined with other specials or redeemed for cash.</w:t>
      </w:r>
      <w:r/>
    </w:p>
    <w:p>
      <w:pPr>
        <w:pStyle w:val="ListNumber"/>
        <w:spacing w:line="240" w:lineRule="auto"/>
        <w:ind w:left="720"/>
      </w:pPr>
      <w:r/>
      <w:hyperlink r:id="rId15">
        <w:r>
          <w:rPr>
            <w:color w:val="0000EE"/>
            <w:u w:val="single"/>
          </w:rPr>
          <w:t>https://nmgnetwork.com/activations/lei-pool-party-2023/</w:t>
        </w:r>
      </w:hyperlink>
      <w:r>
        <w:t xml:space="preserve"> - The 'Alohilani Resort hosted the 2023 Lei Pride Pool Party on October 22, 2023, as an official Honolulu Pride event. The event featured internationally known guests and entertainers, including performances by Papi Juice and Kimora Blac, and a performance by The Haus of Benton. Attendees enjoyed drinks, food, music, and giveaways. Various ticket options were available, including private cabanas, bottle service, all-access VIP, and general admission. The event took place at the resort's SWELL Pool Deck, offering a vibrant atmosphere for the Pride community.</w:t>
      </w:r>
      <w:r/>
    </w:p>
    <w:p>
      <w:pPr>
        <w:pStyle w:val="ListNumber"/>
        <w:spacing w:line="240" w:lineRule="auto"/>
        <w:ind w:left="720"/>
      </w:pPr>
      <w:r/>
      <w:hyperlink r:id="rId14">
        <w:r>
          <w:rPr>
            <w:color w:val="0000EE"/>
            <w:u w:val="single"/>
          </w:rPr>
          <w:t>https://www.alohilaniresort.com/hotel/pool-bar/</w:t>
        </w:r>
      </w:hyperlink>
      <w:r>
        <w:t xml:space="preserve"> - The 'Alohilani Resort's SWELL Pool &amp; Bar is a premier pool deck in Waikiki, featuring a saltwater infinity pool overlooking Waikiki Beach. The expansive 5th-floor pool deck offers tiered day beds, custom teak furniture, and private cabanas. During the day, guests can relax by the pool, and in the evening, SWELL transforms into a vibrant hotspot with live local music, delectable appetizers, and drinks. The pool is open daily from 8 a.m. to 10 p.m., with specific policies for guests of different ages. Pool hours and policies may change due to special events or weather conditions.</w:t>
      </w:r>
      <w:r/>
    </w:p>
    <w:p>
      <w:pPr>
        <w:pStyle w:val="ListNumber"/>
        <w:spacing w:line="240" w:lineRule="auto"/>
        <w:ind w:left="720"/>
      </w:pPr>
      <w:r/>
      <w:hyperlink r:id="rId10">
        <w:r>
          <w:rPr>
            <w:color w:val="0000EE"/>
            <w:u w:val="single"/>
          </w:rPr>
          <w:t>https://hawaiilgbtlegacyfoundation.com/events/rainbow-runway-drag-brunch/</w:t>
        </w:r>
      </w:hyperlink>
      <w:r>
        <w:t xml:space="preserve"> - The Rainbow Runway Drag Brunch is an official Honolulu Pride event held at the 'Alohilani Resort Waikiki Beach. Scheduled for October 20, 2024, from 11:00 am to 1:00 pm, the event features performances by RuPaul's Drag Race queens Nymphia Wind and Marina Summers, along with local drag artists. The brunch includes an exclusive meet &amp; greet with the headliners. Tickets are available through Eventbrite, and the event is organized by the Hawaiʻi LGBT Legacy Foundation.</w:t>
      </w:r>
      <w:r/>
    </w:p>
    <w:p>
      <w:pPr>
        <w:pStyle w:val="ListNumber"/>
        <w:spacing w:line="240" w:lineRule="auto"/>
        <w:ind w:left="720"/>
      </w:pPr>
      <w:r/>
      <w:hyperlink r:id="rId11">
        <w:r>
          <w:rPr>
            <w:color w:val="0000EE"/>
            <w:u w:val="single"/>
          </w:rPr>
          <w:t>https://hawaiilgbtlegacyfoundation.com/events/lei-pool-party-at-swell/</w:t>
        </w:r>
      </w:hyperlink>
      <w:r>
        <w:t xml:space="preserve"> - The Lei Pool Party at SWELL is an annual Honolulu Pride event held at the 'Alohilani Resort Waikiki Beach. The 2023 event took place on October 22, featuring performances by The Haus of Benton and special guest Von Appetit. The party offered private cabanas, bottle service, all-access VIP, and general admission tickets. Attendees enjoyed drinks, food, music, and giveaways. The event was organized by Lei and took place at the resort's SWELL Pool Deck.</w:t>
      </w:r>
      <w:r/>
    </w:p>
    <w:p>
      <w:pPr>
        <w:pStyle w:val="ListNumber"/>
        <w:spacing w:line="240" w:lineRule="auto"/>
        <w:ind w:left="720"/>
      </w:pPr>
      <w:r/>
      <w:hyperlink r:id="rId12">
        <w:r>
          <w:rPr>
            <w:color w:val="0000EE"/>
            <w:u w:val="single"/>
          </w:rPr>
          <w:t>https://www.hawaiianelectric.com/community-and-education/our-community/community-events/2023-honolulu-pride-parade</w:t>
        </w:r>
      </w:hyperlink>
      <w:r>
        <w:t xml:space="preserve"> - The 2023 Honolulu Pride Parade and Festival took place on October 21, 2023, starting at Magic Island and proceeding along Ala Moana Blvd. and Kalakaua Ave. to the Waikiki Shell for the festival. The event was headlined by Hawaiʻi's own Sasha Colby, the winner of RuPaul's Drag Race 2023. The festival featured local and national singers, musicians, DJs, performers, and Hula Hālau. Attendees enjoyed food, a resource fair, dancing, and family-friendly zones, celebrating the LGBTQIA+ community and Hawaiʻi's culture of inclusion and belonging.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lohilaniresort.com/special-offers/pride-amplified/" TargetMode="External"/><Relationship Id="rId10" Type="http://schemas.openxmlformats.org/officeDocument/2006/relationships/hyperlink" Target="https://hawaiilgbtlegacyfoundation.com/events/rainbow-runway-drag-brunch/" TargetMode="External"/><Relationship Id="rId11" Type="http://schemas.openxmlformats.org/officeDocument/2006/relationships/hyperlink" Target="https://hawaiilgbtlegacyfoundation.com/events/lei-pool-party-at-swell/" TargetMode="External"/><Relationship Id="rId12" Type="http://schemas.openxmlformats.org/officeDocument/2006/relationships/hyperlink" Target="https://www.hawaiianelectric.com/community-and-education/our-community/community-events/2023-honolulu-pride-parade" TargetMode="External"/><Relationship Id="rId13" Type="http://schemas.openxmlformats.org/officeDocument/2006/relationships/hyperlink" Target="https://gayety.com/alohilani-resort-honolulu-pride-waikiki-guide" TargetMode="External"/><Relationship Id="rId14" Type="http://schemas.openxmlformats.org/officeDocument/2006/relationships/hyperlink" Target="https://www.alohilaniresort.com/hotel/pool-bar/" TargetMode="External"/><Relationship Id="rId15" Type="http://schemas.openxmlformats.org/officeDocument/2006/relationships/hyperlink" Target="https://nmgnetwork.com/activations/lei-pool-party-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