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Reno events this September for Pride, music and hot-air balloons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Reno and Sparks are lining up a lively September, with Northern Nevada Pride, a colourful hot-air balloon gathering and a free pop-punk show giving locals and visitors plenty to do. Here are the standout events, plus a few practical tips before you head out.</w:t>
      </w:r>
      <w:r/>
    </w:p>
    <w:p>
      <w:pPr>
        <w:pStyle w:val="Heading2"/>
      </w:pPr>
      <w:r>
        <w:t>Essential Takeaways</w:t>
      </w:r>
      <w:r/>
      <w:r/>
    </w:p>
    <w:p>
      <w:pPr>
        <w:pStyle w:val="ListBullet"/>
        <w:spacing w:line="240" w:lineRule="auto"/>
        <w:ind w:left="720"/>
      </w:pPr>
      <w:r/>
      <w:r>
        <w:rPr>
          <w:b/>
        </w:rPr>
        <w:t>Northern Nevada Pride:</w:t>
      </w:r>
      <w:r>
        <w:t xml:space="preserve"> The annual celebration includes a parade, festival, food, entertainment and community stalls in downtown Reno.</w:t>
      </w:r>
      <w:r/>
    </w:p>
    <w:p>
      <w:pPr>
        <w:pStyle w:val="ListBullet"/>
        <w:spacing w:line="240" w:lineRule="auto"/>
        <w:ind w:left="720"/>
      </w:pPr>
      <w:r/>
      <w:r>
        <w:rPr>
          <w:b/>
        </w:rPr>
        <w:t>Pride parade timing:</w:t>
      </w:r>
      <w:r>
        <w:t xml:space="preserve"> The parade is scheduled to begin at 10am on Saturday 12 September.</w:t>
      </w:r>
      <w:r/>
    </w:p>
    <w:p>
      <w:pPr>
        <w:pStyle w:val="ListBullet"/>
        <w:spacing w:line="240" w:lineRule="auto"/>
        <w:ind w:left="720"/>
      </w:pPr>
      <w:r/>
      <w:r>
        <w:rPr>
          <w:b/>
        </w:rPr>
        <w:t>A sky-high spectacle:</w:t>
      </w:r>
      <w:r>
        <w:t xml:space="preserve"> More than 100 hot-air balloons are expected to brighten the Reno-Sparks skyline.</w:t>
      </w:r>
      <w:r/>
    </w:p>
    <w:p>
      <w:pPr>
        <w:pStyle w:val="ListBullet"/>
        <w:spacing w:line="240" w:lineRule="auto"/>
        <w:ind w:left="720"/>
      </w:pPr>
      <w:r/>
      <w:r>
        <w:rPr>
          <w:b/>
        </w:rPr>
        <w:t>Free live music:</w:t>
      </w:r>
      <w:r>
        <w:t xml:space="preserve"> LOUD! At the Lair brings several pop-punk acts to Blairsden, California, about an hour from Reno.</w:t>
      </w:r>
      <w:r/>
    </w:p>
    <w:p>
      <w:pPr>
        <w:pStyle w:val="ListBullet"/>
        <w:spacing w:line="240" w:lineRule="auto"/>
        <w:ind w:left="720"/>
      </w:pPr>
      <w:r/>
      <w:r>
        <w:rPr>
          <w:b/>
        </w:rPr>
        <w:t>Check before travelling:</w:t>
      </w:r>
      <w:r>
        <w:t xml:space="preserve"> Event times, venues and arrangements can change, so confirm details with organisers before setting off.</w:t>
      </w:r>
      <w:r/>
      <w:r/>
    </w:p>
    <w:p>
      <w:pPr>
        <w:pStyle w:val="Heading2"/>
      </w:pPr>
      <w:r>
        <w:t>Northern Nevada Pride brings colour to downtown Reno</w:t>
      </w:r>
      <w:r/>
    </w:p>
    <w:p>
      <w:r/>
      <w:r>
        <w:t>The biggest community moment of the week is Northern Nevada Pride, which returns to downtown Reno on Saturday 12 September. The day begins with a parade at 10am, followed by a festival designed to bring together LGBTQ+ communities, allies, performers, food vendors and local organisations.</w:t>
      </w:r>
      <w:r/>
    </w:p>
    <w:p>
      <w:r/>
      <w:r>
        <w:t>Expect the sort of atmosphere that makes a city feel wonderfully open-air and optimistic: bright flags, music, busy stalls and plenty of people stopping to say hello. Northern Nevada Pride’s official channels and listings from the Nevada Arts Council, Our Center Reno and Travel Nevada all point to the event’s broad mix of celebration, advocacy and entertainment.</w:t>
      </w:r>
      <w:r/>
    </w:p>
    <w:p>
      <w:r/>
      <w:r>
        <w:t>For first-time visitors, arriving early is the sensible move. The parade can make nearby streets busy, while popular food and drink stalls may attract queues later in the day. Comfortable shoes, sun protection and a charged phone should make the experience easier, especially if you're planning to stay for the festival.</w:t>
      </w:r>
      <w:r/>
    </w:p>
    <w:p>
      <w:pPr>
        <w:pStyle w:val="Heading2"/>
      </w:pPr>
      <w:r>
        <w:t>The parade is only the start of the celebration</w:t>
      </w:r>
      <w:r/>
    </w:p>
    <w:p>
      <w:r/>
      <w:r>
        <w:t>Northern Nevada Pride isn't simply a short procession followed by a quick wander around town. The festival continues with vendors, food and entertainment, giving visitors reasons to linger rather than head home once the parade has passed.</w:t>
      </w:r>
      <w:r/>
    </w:p>
    <w:p>
      <w:r/>
      <w:r>
        <w:t>The University of Nevada, Reno and community organisations are also reflecting the wider programme around Pride, with events that connect celebration to education, health and local participation. That broader mix matters because it gives the weekend more texture than a single headline attraction.</w:t>
      </w:r>
      <w:r/>
    </w:p>
    <w:p>
      <w:r/>
      <w:r>
        <w:t>It also means there are several ways to take part. You can watch from the parade route, browse community stalls, support local businesses or seek out quieter, more conversational spaces. Pride works best when people can enjoy it at their own pace.</w:t>
      </w:r>
      <w:r/>
    </w:p>
    <w:p>
      <w:pPr>
        <w:pStyle w:val="Heading2"/>
      </w:pPr>
      <w:r>
        <w:t>Look up: more than 100 balloons are expected overhead</w:t>
      </w:r>
      <w:r/>
    </w:p>
    <w:p>
      <w:r/>
      <w:r>
        <w:t>Reno and Sparks will also get a dramatic change of scenery as more than 100 hot-air balloons fill the sky. The sight of brightly coloured balloons drifting over the high-desert landscape is one of those low-tech spectacles that still feels slightly magical.</w:t>
      </w:r>
      <w:r/>
    </w:p>
    <w:p>
      <w:r/>
      <w:r>
        <w:t>Morning is generally the key time for balloon activity, although exact launch locations and viewing arrangements can vary. If you're hoping to take photographs, allow extra time for parking and choose a spot with a wide, unobstructed view rather than relying on a narrow city-centre street.</w:t>
      </w:r>
      <w:r/>
    </w:p>
    <w:p>
      <w:r/>
      <w:r>
        <w:t>Weather is the wildcard. Wind and other conditions can affect balloon operations, so check the latest event information before making a special journey. The balloons may be silent from the ground, but they certainly won't be easy to miss.</w:t>
      </w:r>
      <w:r/>
    </w:p>
    <w:p>
      <w:pPr>
        <w:pStyle w:val="Heading2"/>
      </w:pPr>
      <w:r>
        <w:t>A free pop-punk show makes a worthwhile road trip</w:t>
      </w:r>
      <w:r/>
    </w:p>
    <w:p>
      <w:r/>
      <w:r>
        <w:t>Music fans have another option on Saturday 19 September with LOUD! At the Lair, a free show at The Brewing Lair in Blairsden-Graeagle, California. The bill includes Reno veterans Zoinks!, East Bay band Pinoles, plus Inpatient, The Juvinals and Beercan.</w:t>
      </w:r>
      <w:r/>
    </w:p>
    <w:p>
      <w:r/>
      <w:r>
        <w:t>The venue is roughly an hour from Reno, making it a manageable day trip for anyone after a change of scenery. With drinks and a food truck on site, the event has the relaxed ingredients of an end-of-summer gathering rather than a formal concert night.</w:t>
      </w:r>
      <w:r/>
    </w:p>
    <w:p>
      <w:r/>
      <w:r>
        <w:t>Still, free doesn't mean you can ignore the basics. Check the venue's latest updates, plan the drive home and arrive early if you want a comfortable spot. A little preparation is worthwhile when the reward is live guitars, dusty-air atmosphere and a pleasantly uncomplicated Saturday.</w:t>
      </w:r>
      <w:r/>
    </w:p>
    <w:p>
      <w:pPr>
        <w:pStyle w:val="Heading2"/>
      </w:pPr>
      <w:r>
        <w:t>How to plan your Reno weekend</w:t>
      </w:r>
      <w:r/>
    </w:p>
    <w:p>
      <w:r/>
      <w:r>
        <w:t>The easiest way to build a good schedule is to avoid treating every event as fixed. Pride, balloon activity, outdoor music and related community gatherings can all be affected by weather, traffic or last-minute venue changes, so verify the details before leaving home.</w:t>
      </w:r>
      <w:r/>
    </w:p>
    <w:p>
      <w:r/>
      <w:r>
        <w:t>Official listings from Northern Nevada Pride, the Nevada Arts Council, Our Center Reno, UNR and Travel Nevada are useful starting points. They can also help visitors find related activities if the main festival feels too busy or if you're looking for something more specific.</w:t>
      </w:r>
      <w:r/>
    </w:p>
    <w:p>
      <w:r/>
      <w:r>
        <w:t>Most importantly, leave room for serendipity. Reno's September calendar is busy, but the best moments may be a conversation at a community stall, a band you hadn't heard before or a balloon appearing unexpectedly between buildings.</w:t>
      </w:r>
      <w:r/>
    </w:p>
    <w:p>
      <w:r/>
      <w:r>
        <w:t>These Reno events offer an easy mix of celebration, spectacle and live music.</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[6]</w:t>
        </w:r>
      </w:hyperlink>
      <w:r>
        <w:t xml:space="preserve">, </w:t>
      </w:r>
      <w:hyperlink r:id="rId15">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5">
        <w:r>
          <w:rPr>
            <w:color w:val="0000EE"/>
            <w:u w:val="single"/>
          </w:rPr>
          <w:t>[4]</w:t>
        </w:r>
      </w:hyperlink>
      <w:r>
        <w:t xml:space="preserve">, </w:t>
      </w:r>
      <w:hyperlink r:id="rId12">
        <w:r>
          <w:rPr>
            <w:color w:val="0000EE"/>
            <w:u w:val="single"/>
          </w:rPr>
          <w:t>[5]</w:t>
        </w:r>
      </w:hyperlink>
      <w:r>
        <w:t xml:space="preserve">- Paragraph 6: </w:t>
      </w:r>
      <w:hyperlink r:id="rId14">
        <w:r>
          <w:rPr>
            <w:color w:val="0000EE"/>
            <w:u w:val="single"/>
          </w:rPr>
          <w:t>[6]</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5">
        <w:r>
          <w:rPr>
            <w:color w:val="0000EE"/>
            <w:u w:val="single"/>
          </w:rPr>
          <w:t>[4]</w:t>
        </w:r>
      </w:hyperlink>
      <w:r>
        <w:t xml:space="preserve">, </w:t>
      </w:r>
      <w:hyperlink r:id="rId12">
        <w:r>
          <w:rPr>
            <w:color w:val="0000EE"/>
            <w:u w:val="single"/>
          </w:rPr>
          <w:t>[5]</w:t>
        </w:r>
      </w:hyperlink>
      <w:r>
        <w:t xml:space="preserve">- Paragraph 9: </w:t>
      </w:r>
      <w:hyperlink r:id="rId14">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5">
        <w:r>
          <w:rPr>
            <w:color w:val="0000EE"/>
            <w:u w:val="single"/>
          </w:rPr>
          <w:t>[4]</w:t>
        </w:r>
      </w:hyperlink>
      <w:r>
        <w:t xml:space="preserve">, </w:t>
      </w:r>
      <w:hyperlink r:id="rId14">
        <w:r>
          <w:rPr>
            <w:color w:val="0000EE"/>
            <w:u w:val="single"/>
          </w:rPr>
          <w:t>[6]</w:t>
        </w:r>
      </w:hyperlink>
      <w:r>
        <w:t xml:space="preserve">- Paragraph 12: </w:t>
      </w:r>
      <w:hyperlink r:id="rId12">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https://thisisreno.com/2026/09/reno-sparks-upcoming-events/</w:t>
        </w:r>
      </w:hyperlink>
      <w:r>
        <w:t xml:space="preserve"> - Please view link - unable to able to access data</w:t>
      </w:r>
      <w:r/>
    </w:p>
    <w:p>
      <w:pPr>
        <w:pStyle w:val="ListNumber"/>
        <w:spacing w:line="240" w:lineRule="auto"/>
        <w:ind w:left="720"/>
      </w:pPr>
      <w:r/>
      <w:hyperlink r:id="rId10">
        <w:r>
          <w:rPr>
            <w:color w:val="0000EE"/>
            <w:u w:val="single"/>
          </w:rPr>
          <w:t>https://www.nvartscouncil.org/event/northern-nevada-pride-2026/</w:t>
        </w:r>
      </w:hyperlink>
      <w:r>
        <w:t xml:space="preserve"> - The Nevada Arts Council provides details about Northern Nevada Pride 2026, scheduled for Saturday, September 12, 2026, in downtown Reno. The event features the CommUNITY Pride Parade at 10 a.m. along Virginia Street, followed by the Pride Festival at Wingfield Park from 11 a.m. to 7 p.m. Entry fees are $5 at the gate and $10 for pre-purchased tickets, with free admission for individuals under 18 and volunteers. The festival includes over 100 vendor booths, food trucks, bars, and live entertainment across multiple stages. The event is produced by Our Center, a nonprofit organization dedicated to supporting the LGBTQ+ community in Northern Nevada. For more information, visit their website at https://northernnevadapride.org/.</w:t>
      </w:r>
      <w:r/>
    </w:p>
    <w:p>
      <w:pPr>
        <w:pStyle w:val="ListNumber"/>
        <w:spacing w:line="240" w:lineRule="auto"/>
        <w:ind w:left="720"/>
      </w:pPr>
      <w:r/>
      <w:hyperlink r:id="rId11">
        <w:r>
          <w:rPr>
            <w:color w:val="0000EE"/>
            <w:u w:val="single"/>
          </w:rPr>
          <w:t>https://northernnevadapride.org/</w:t>
        </w:r>
      </w:hyperlink>
      <w:r>
        <w:t xml:space="preserve"> - Northern Nevada Pride's official website offers comprehensive information about the 2026 event, including ticket options such as the Premium Festival Pass and VIP Pass. The website also provides details on the CommUNITY Pride Parade and the Pride Festival at Wingfield Park, featuring over 100 vendor booths, food trucks, bars, and live entertainment. Additionally, it highlights the involvement of the Orvis School of Nursing, which is sponsoring the event and showcasing their new Mobile Health Unit, the 'Dolly Part-Van.' The event is produced by Our Center, a nonprofit organization dedicated to supporting the LGBTQ+ community in Northern Nevada. For more information, visit their website at https://northernnevadapride.org/.</w:t>
      </w:r>
      <w:r/>
    </w:p>
    <w:p>
      <w:pPr>
        <w:pStyle w:val="ListNumber"/>
        <w:spacing w:line="240" w:lineRule="auto"/>
        <w:ind w:left="720"/>
      </w:pPr>
      <w:r/>
      <w:hyperlink r:id="rId15">
        <w:r>
          <w:rPr>
            <w:color w:val="0000EE"/>
            <w:u w:val="single"/>
          </w:rPr>
          <w:t>https://events.unr.edu/event/celebrate-northern-nevada-pride-with-the-orvis-school-of-nursing</w:t>
        </w:r>
      </w:hyperlink>
      <w:r>
        <w:t xml:space="preserve"> - The University of Nevada, Reno's event page details the Orvis School of Nursing's involvement in Northern Nevada Pride 2026. The event includes the CommUNITY Pride Parade on California Avenue from 10 a.m. to 11:30 a.m., followed by the Pride Festival at Wingfield Park from noon to 8 p.m. The Orvis School of Nursing will showcase their new Mobile Health Unit, the 'Dolly Part-Van,' and offer health and wellness resources in partnership with university and community healthcare organizations. The event is free to attend and aims to advance health equity and foster a sense of belonging within the community. For more information, visit their website at https://events.unr.edu/event/celebrate-northern-nevada-pride-with-the-orvis-school-of-nursing.</w:t>
      </w:r>
      <w:r/>
    </w:p>
    <w:p>
      <w:pPr>
        <w:pStyle w:val="ListNumber"/>
        <w:spacing w:line="240" w:lineRule="auto"/>
        <w:ind w:left="720"/>
      </w:pPr>
      <w:r/>
      <w:hyperlink r:id="rId12">
        <w:r>
          <w:rPr>
            <w:color w:val="0000EE"/>
            <w:u w:val="single"/>
          </w:rPr>
          <w:t>https://ourcenterreno.org/event/northern-nevada-pride/</w:t>
        </w:r>
      </w:hyperlink>
      <w:r>
        <w:t xml:space="preserve"> - Our Center's event page provides information about Northern Nevada Pride 2026, scheduled for September 12, 2026, in Reno, Nevada. The day begins with the CommUNITY Pride Parade at 10 a.m. along California Avenue, followed by the Pride Festival at Wingfield Park from noon to 8 p.m. The festival features over 100 vendor booths, food trucks, bars, and live entertainment across multiple stages. The event is free to attend, with a suggested donation of $5. Our Center is a nonprofit organization dedicated to supporting and empowering the LGBTQ+ community in Northern Nevada. For more information, visit their website at https://ourcenterreno.org/event/northern-nevada-pride/.</w:t>
      </w:r>
      <w:r/>
    </w:p>
    <w:p>
      <w:pPr>
        <w:pStyle w:val="ListNumber"/>
        <w:spacing w:line="240" w:lineRule="auto"/>
        <w:ind w:left="720"/>
      </w:pPr>
      <w:r/>
      <w:hyperlink r:id="rId14">
        <w:r>
          <w:rPr>
            <w:color w:val="0000EE"/>
            <w:u w:val="single"/>
          </w:rPr>
          <w:t>https://www.gssn.org/en/sf-events-repository/2026/northern-nevada-pride-parade--9-12-2026.html</w:t>
        </w:r>
      </w:hyperlink>
      <w:r>
        <w:t xml:space="preserve"> - The Girl Scouts of Sierra Nevada's event page invites Girl Scouts to participate in the Northern Nevada Pride Parade on September 12, 2026. The parade begins at 10 a.m., and all Girl Scouts are encouraged to wear their rainbow colours and march with the group. The parade is a walking group with a length of 1 mile. Registration is required, with a deadline of September 6, 2026. The event is open to all levels of Girl Scouts, accompanied by a troop leader or parent. For more information, visit their website at https://www.gssn.org/en/sf-events-repository/2026/northern-nevada-pride-parade--9-12-2026.html.</w:t>
      </w:r>
      <w:r/>
    </w:p>
    <w:p>
      <w:pPr>
        <w:pStyle w:val="ListNumber"/>
        <w:spacing w:line="240" w:lineRule="auto"/>
        <w:ind w:left="720"/>
      </w:pPr>
      <w:r/>
      <w:hyperlink r:id="rId13">
        <w:r>
          <w:rPr>
            <w:color w:val="0000EE"/>
            <w:u w:val="single"/>
          </w:rPr>
          <w:t>https://travelnevada.com/event/northern-nevada-pride/</w:t>
        </w:r>
      </w:hyperlink>
      <w:r>
        <w:t xml:space="preserve"> - Travel Nevada's event page highlights Northern Nevada Pride 2026, scheduled for September 12, 2026, in downtown Reno. The event features the CommUNITY Pride Parade along California Avenue, followed by the Pride Festival at Wingfield Park. The festival includes over 100 vendor booths, food trucks, bars, and live entertainment across multiple stages. The event is free to attend, with optional premium and VIP festival passes available. Northern Nevada Pride is produced by Our Center, a volunteer-run nonprofit dedicated to supporting and empowering the region’s LGBTQIA+ community. For more information, visit their website at https://travelnevada.com/event/northern-nevada-pride/.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isisreno.com/2026/09/reno-sparks-upcoming-events/" TargetMode="External"/><Relationship Id="rId10" Type="http://schemas.openxmlformats.org/officeDocument/2006/relationships/hyperlink" Target="https://www.nvartscouncil.org/event/northern-nevada-pride-2026/" TargetMode="External"/><Relationship Id="rId11" Type="http://schemas.openxmlformats.org/officeDocument/2006/relationships/hyperlink" Target="https://northernnevadapride.org/" TargetMode="External"/><Relationship Id="rId12" Type="http://schemas.openxmlformats.org/officeDocument/2006/relationships/hyperlink" Target="https://ourcenterreno.org/event/northern-nevada-pride/" TargetMode="External"/><Relationship Id="rId13" Type="http://schemas.openxmlformats.org/officeDocument/2006/relationships/hyperlink" Target="https://travelnevada.com/event/northern-nevada-pride/" TargetMode="External"/><Relationship Id="rId14" Type="http://schemas.openxmlformats.org/officeDocument/2006/relationships/hyperlink" Target="https://www.gssn.org/en/sf-events-repository/2026/northern-nevada-pride-parade--9-12-2026.html" TargetMode="External"/><Relationship Id="rId15" Type="http://schemas.openxmlformats.org/officeDocument/2006/relationships/hyperlink" Target="https://events.unr.edu/event/celebrate-northern-nevada-pride-with-the-orvis-school-of-nurs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