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Highlights From the 2026 Creative Arts Emmys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and performers saw queer stories take centre stage at the 2026 Creative Arts Emmy Awards in Los Angeles, where Hacks, Pluribus and The Traitors collected major wins. The weekend also spotlighted LGBTQ+ talent across comedy, drama and reality television, ahead of the main Emmy ceremony on 14 September.</w:t>
      </w:r>
      <w:r/>
    </w:p>
    <w:p>
      <w:pPr>
        <w:pStyle w:val="Heading2"/>
      </w:pPr>
      <w:r>
        <w:t>Essential Takeaways</w:t>
      </w:r>
      <w:r/>
      <w:r/>
    </w:p>
    <w:p>
      <w:pPr>
        <w:pStyle w:val="ListBullet"/>
        <w:spacing w:line="240" w:lineRule="auto"/>
        <w:ind w:left="720"/>
      </w:pPr>
      <w:r/>
      <w:r>
        <w:rPr>
          <w:b/>
        </w:rPr>
        <w:t>Hacks made history:</w:t>
      </w:r>
      <w:r>
        <w:t xml:space="preserve"> The comedy earned a record 24 nominations and won for single-camera picture editing.</w:t>
      </w:r>
      <w:r/>
    </w:p>
    <w:p>
      <w:pPr>
        <w:pStyle w:val="ListBullet"/>
        <w:spacing w:line="240" w:lineRule="auto"/>
        <w:ind w:left="720"/>
      </w:pPr>
      <w:r/>
      <w:r>
        <w:rPr>
          <w:b/>
        </w:rPr>
        <w:t>Pluribus impressed voters:</w:t>
      </w:r>
      <w:r>
        <w:t xml:space="preserve"> The sci-fi drama took four Creative Arts Emmys, including awards for sound, design and editing.</w:t>
      </w:r>
      <w:r/>
    </w:p>
    <w:p>
      <w:pPr>
        <w:pStyle w:val="ListBullet"/>
        <w:spacing w:line="240" w:lineRule="auto"/>
        <w:ind w:left="720"/>
      </w:pPr>
      <w:r/>
      <w:r>
        <w:rPr>
          <w:b/>
        </w:rPr>
        <w:t>Queer performances stand out:</w:t>
      </w:r>
      <w:r>
        <w:t xml:space="preserve"> Hannah Einbinder, Rhea Seehorn and Miriam Shor are among the nominees heading into the Primetime Emmys.</w:t>
      </w:r>
      <w:r/>
    </w:p>
    <w:p>
      <w:pPr>
        <w:pStyle w:val="ListBullet"/>
        <w:spacing w:line="240" w:lineRule="auto"/>
        <w:ind w:left="720"/>
      </w:pPr>
      <w:r/>
      <w:r>
        <w:rPr>
          <w:b/>
        </w:rPr>
        <w:t>Alan Cumming won big:</w:t>
      </w:r>
      <w:r>
        <w:t xml:space="preserve"> The openly queer host took the Reality TV Host award for The Traitors.</w:t>
      </w:r>
      <w:r/>
    </w:p>
    <w:p>
      <w:pPr>
        <w:pStyle w:val="ListBullet"/>
        <w:spacing w:line="240" w:lineRule="auto"/>
        <w:ind w:left="720"/>
      </w:pPr>
      <w:r/>
      <w:r>
        <w:rPr>
          <w:b/>
        </w:rPr>
        <w:t>Representation remains visible:</w:t>
      </w:r>
      <w:r>
        <w:t xml:space="preserve"> LGBTQ+ performers featured prominently among nominees and red-carpet arrivals.</w:t>
      </w:r>
      <w:r/>
      <w:r/>
    </w:p>
    <w:p>
      <w:pPr>
        <w:pStyle w:val="Heading2"/>
      </w:pPr>
      <w:r>
        <w:t>Hacks turns sharp comedy into awards momentum</w:t>
      </w:r>
      <w:r/>
    </w:p>
    <w:p>
      <w:r/>
      <w:r>
        <w:t>The Creative Arts Emmys gave Hacks another reason to celebrate. The HBO comedy won Outstanding Picture Editing for a Single Camera Comedy Series, adding a polished technical victory to its record-breaking 24 nominations.</w:t>
      </w:r>
      <w:r/>
    </w:p>
    <w:p>
      <w:r/>
      <w:r>
        <w:t>That haul includes Jean Smart, whose performance as veteran comedian Deborah Vance remains one of the show's biggest draws. Smart is also a prominent LGBTQ+ ally, and her public support for queer rights has helped make her a particularly warmly regarded figure around the series, according to GCN and PinkNews.</w:t>
      </w:r>
      <w:r/>
    </w:p>
    <w:p>
      <w:r/>
      <w:r>
        <w:t>Hannah Einbinder is in the running for Outstanding Supporting Actress in a Comedy Series, too. Her bisexual identity and the queer elements of her character Ava have helped give Hacks a more recognisable, lived-in sense of representation than the occasional throwaway storyline.</w:t>
      </w:r>
      <w:r/>
    </w:p>
    <w:p>
      <w:r/>
      <w:r>
        <w:t>The result is a show that can be glamorous, rude and emotionally bruising in equal measure. It also demonstrates how queer visibility can sit naturally inside a mainstream hit, rather than being treated as a special event.</w:t>
      </w:r>
      <w:r/>
    </w:p>
    <w:p>
      <w:pPr>
        <w:pStyle w:val="Heading2"/>
      </w:pPr>
      <w:r>
        <w:t>Pluribus brings grief, romance and science fiction together</w:t>
      </w:r>
      <w:r/>
    </w:p>
    <w:p>
      <w:r/>
      <w:r>
        <w:t>Pluribus had a particularly strong Creative Arts Emmy weekend, winning four awards across music, sound mixing, production design and picture editing. Its story follows Carol, a lesbian romance novelist dealing with the aftermath of an alien invasion, giving the series an unusual blend of cosmic danger and intimate heartbreak.</w:t>
      </w:r>
      <w:r/>
    </w:p>
    <w:p>
      <w:r/>
      <w:r>
        <w:t>Rhea Seehorn's performance as Carol is nominated for Outstanding Lead Actress in a Drama Series, while Miriam Shor is recognised in the guest actress category for playing Carol's wife, Helen. Their relationship gives the drama its emotional centre, even as the plot reaches far beyond domestic life.</w:t>
      </w:r>
      <w:r/>
    </w:p>
    <w:p>
      <w:r/>
      <w:r>
        <w:t>As reported by PinkNews, Shor has spoken about the need to establish the couple's shared history and affection quickly. That challenge matters because the show's grief depends on the audience believing in the bond before the story begins to pull it apart.</w:t>
      </w:r>
      <w:r/>
    </w:p>
    <w:p>
      <w:r/>
      <w:r>
        <w:t>It's a smart reminder that genre television often works best when the spectacle has something tender underneath it. Aliens may provide the premise, but the relationship is what gives Pluribus its sting.</w:t>
      </w:r>
      <w:r/>
    </w:p>
    <w:p>
      <w:pPr>
        <w:pStyle w:val="Heading2"/>
      </w:pPr>
      <w:r>
        <w:t>Queer hosts are claiming the reality-TV spotlight</w:t>
      </w:r>
      <w:r/>
    </w:p>
    <w:p>
      <w:r/>
      <w:r>
        <w:t>Alan Cumming won the Reality TV Host award for The Traitors, beating a field that included RuPaul, Ariana Madix and Kristen Kish. His victory adds another high-profile queer win to a category that has become increasingly central to the television awards season.</w:t>
      </w:r>
      <w:r/>
    </w:p>
    <w:p>
      <w:r/>
      <w:r>
        <w:t>Cumming's role on The Traitors is more than a matter of presenting clues and announcing eliminations. His flamboyant wardrobe, playful menace and theatrical timing are part of the programme's appeal, giving the format a camp edge that viewers clearly enjoy.</w:t>
      </w:r>
      <w:r/>
    </w:p>
    <w:p>
      <w:r/>
      <w:r>
        <w:t>The Daily Beast and PinkNews have also highlighted the show's broader visibility for queer contestants and performers. In a television climate where LGBTQ+ and trans representation remains politically contested in parts of the United States, that visibility carries weight.</w:t>
      </w:r>
      <w:r/>
    </w:p>
    <w:p>
      <w:r/>
      <w:r>
        <w:t>There is something pleasingly old-fashioned about a host making an entrance, raising an eyebrow and owning the room. Cumming does exactly that, and the award feels like recognition of the whole performance.</w:t>
      </w:r>
      <w:r/>
    </w:p>
    <w:p>
      <w:pPr>
        <w:pStyle w:val="Heading2"/>
      </w:pPr>
      <w:r>
        <w:t>The red carpet underlined the wider shift</w:t>
      </w:r>
      <w:r/>
    </w:p>
    <w:p>
      <w:r/>
      <w:r>
        <w:t>The weekend's LGBTQ+ presence wasn't limited to winners. Nominees including Connor Storrie and Coleman Domingo added further visibility to the ceremony, with Domingo carrying the distinction of being the first Black gay man to win Outstanding Guest Actor in a Drama Series at the Emmys.</w:t>
      </w:r>
      <w:r/>
    </w:p>
    <w:p>
      <w:r/>
      <w:r>
        <w:t>Elsewhere, the Creative Arts awards recognised a broad range of television craft, from editing and production design to music and sound. The Wrap's winners coverage and reporting on other headline-making victories show how the ceremony remains a useful early guide to the programmes gathering momentum before the Primetime event.</w:t>
      </w:r>
      <w:r/>
    </w:p>
    <w:p>
      <w:r/>
      <w:r>
        <w:t>That matters because technical categories often reveal the machinery behind television's biggest moments. A series might attract attention for its stars, but editing, sound and design determine how its world actually feels: fast, tense, glossy or quietly devastating.</w:t>
      </w:r>
      <w:r/>
    </w:p>
    <w:p>
      <w:r/>
      <w:r>
        <w:t>For LGBTQ+ shows, those wins offer something more substantial than a red-carpet snapshot. They suggest that queer-centred stories are being recognised across the full creative process, not merely celebrated for their visibility.</w:t>
      </w:r>
      <w:r/>
    </w:p>
    <w:p>
      <w:pPr>
        <w:pStyle w:val="Heading2"/>
      </w:pPr>
      <w:r>
        <w:t>What to watch at the Primetime Emmys</w:t>
      </w:r>
      <w:r/>
    </w:p>
    <w:p>
      <w:r/>
      <w:r>
        <w:t>The Creative Arts wins have set up an intriguing main ceremony on 14 September. Hacks arrives with considerable momentum, while Pluribus has shown that its ambitious mix of romance, loss and science fiction can appeal to voters beyond a single acting category.</w:t>
      </w:r>
      <w:r/>
    </w:p>
    <w:p>
      <w:r/>
      <w:r>
        <w:t>Smart, Einbinder, Seehorn and Shor each bring a different kind of queer connection to the season. Some are openly LGBTQ+, others are allies, and several are linked to characters whose relationships and identities shape the emotional architecture of their shows.</w:t>
      </w:r>
      <w:r/>
    </w:p>
    <w:p>
      <w:r/>
      <w:r>
        <w:t>That range is worth noticing. Representation is strongest when it isn't confined to one format or tone, and this year's nominees stretch from caustic comedy to speculative drama and reality-TV spectacle.</w:t>
      </w:r>
      <w:r/>
    </w:p>
    <w:p>
      <w:r/>
      <w:r>
        <w:t>The awards may still bring surprises, of course. But the early message is already clear: queer talent and queer stories aren't sitting at the edge of television's biggest conversation. They're helping lead it.</w:t>
      </w:r>
      <w:r/>
    </w:p>
    <w:p>
      <w:r/>
      <w:r>
        <w:t>It's a small screen moment with a much bigger cultural echo.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1">
        <w:r>
          <w:rPr>
            <w:color w:val="0000EE"/>
            <w:u w:val="single"/>
          </w:rPr>
          <w:t>[7]</w:t>
        </w:r>
      </w:hyperlink>
      <w:r>
        <w:t xml:space="preserve">- Paragraph 3: </w:t>
      </w:r>
      <w:hyperlink r:id="rId11">
        <w:r>
          <w:rPr>
            <w:color w:val="0000EE"/>
            <w:u w:val="single"/>
          </w:rPr>
          <w:t>[5]</w:t>
        </w:r>
      </w:hyperlink>
      <w:r>
        <w:t xml:space="preserve">- Paragraph 4: </w:t>
      </w:r>
      <w:hyperlink r:id="rId10">
        <w:r>
          <w:rPr>
            <w:color w:val="0000EE"/>
            <w:u w:val="single"/>
          </w:rPr>
          <w:t>[2]</w:t>
        </w:r>
      </w:hyperlink>
      <w:r>
        <w:t xml:space="preserve">, </w:t>
      </w:r>
      <w:hyperlink r:id="rId10">
        <w:r>
          <w:rPr>
            <w:color w:val="0000EE"/>
            <w:u w:val="single"/>
          </w:rPr>
          <w:t>[6]</w:t>
        </w:r>
      </w:hyperlink>
      <w:r>
        <w:t xml:space="preserve">- Paragraph 5: </w:t>
      </w:r>
      <w:hyperlink r:id="rId11">
        <w:r>
          <w:rPr>
            <w:color w:val="0000EE"/>
            <w:u w:val="single"/>
          </w:rPr>
          <w:t>[5]</w:t>
        </w:r>
      </w:hyperlink>
      <w:r>
        <w:t xml:space="preserve">- Paragraph 6: </w:t>
      </w:r>
      <w:hyperlink r:id="rId11">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[6]</w:t>
        </w:r>
      </w:hyperlink>
      <w:r>
        <w:t xml:space="preserve">- Paragraph 8: </w:t>
      </w:r>
      <w:hyperlink r:id="rId11">
        <w:r>
          <w:rPr>
            <w:color w:val="0000EE"/>
            <w:u w:val="single"/>
          </w:rPr>
          <w:t>[5]</w:t>
        </w:r>
      </w:hyperlink>
      <w:r>
        <w:t xml:space="preserve">- Paragraph 9: </w:t>
      </w:r>
      <w:hyperlink r:id="rId11">
        <w:r>
          <w:rPr>
            <w:color w:val="0000EE"/>
            <w:u w:val="single"/>
          </w:rPr>
          <w:t>[5]</w:t>
        </w:r>
      </w:hyperlink>
      <w:r>
        <w:t xml:space="preserve">, </w:t>
      </w:r>
      <w:hyperlink r:id="rId11">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0">
        <w:r>
          <w:rPr>
            <w:color w:val="0000EE"/>
            <w:u w:val="single"/>
          </w:rPr>
          <w:t>[6]</w:t>
        </w:r>
      </w:hyperlink>
      <w:r>
        <w:t xml:space="preserve">- Paragraph 12: </w:t>
      </w:r>
      <w:hyperlink r:id="rId11">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[5]</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0">
        <w:r>
          <w:rPr>
            <w:color w:val="0000EE"/>
            <w:u w:val="single"/>
          </w:rPr>
          <w:t>[6]</w:t>
        </w:r>
      </w:hyperlink>
      <w:r>
        <w:t xml:space="preserve">- Paragraph 16: </w:t>
      </w:r>
      <w:hyperlink r:id="rId11">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https://gcn.ie/lgbtq-standouts-2026-creative-arts-emmy-awards/</w:t>
        </w:r>
      </w:hyperlink>
      <w:r>
        <w:t xml:space="preserve"> - Please view link - unable to able to access data</w:t>
      </w:r>
      <w:r/>
    </w:p>
    <w:p>
      <w:pPr>
        <w:pStyle w:val="ListNumber"/>
        <w:spacing w:line="240" w:lineRule="auto"/>
        <w:ind w:left="720"/>
      </w:pPr>
      <w:r/>
      <w:hyperlink r:id="rId10">
        <w:r>
          <w:rPr>
            <w:color w:val="0000EE"/>
            <w:u w:val="single"/>
          </w:rPr>
          <w:t>https://www.thewrap.com/industry-news/awards/creative-arts-emmys-2026-winners-list/</w:t>
        </w:r>
      </w:hyperlink>
      <w:r>
        <w:t xml:space="preserve"> - The 2026 Creative Arts Emmy Awards, held on September 5 and 6 at the Peacock Theater in Los Angeles, celebrated achievements in television's creative and technical fields. Notably, Bad Bunny's Super Bowl LX Halftime Show won seven awards, including Outstanding Variety Special (Live) and Outstanding Directing for a Variety Special. Other winners included The Traitors, The Muppet Show, and The Late Show with Stephen Colbert. The ceremonies served as a precursor to the 78th Primetime Emmy Awards, scheduled for September 14.</w:t>
      </w:r>
      <w:r/>
    </w:p>
    <w:p>
      <w:pPr>
        <w:pStyle w:val="ListNumber"/>
        <w:spacing w:line="240" w:lineRule="auto"/>
        <w:ind w:left="720"/>
      </w:pPr>
      <w:r/>
      <w:hyperlink r:id="rId12">
        <w:r>
          <w:rPr>
            <w:color w:val="0000EE"/>
            <w:u w:val="single"/>
          </w:rPr>
          <w:t>https://www.thedailybeast.com/obsessed/south-park-uses-emmy-win-to-humiliate-trump/</w:t>
        </w:r>
      </w:hyperlink>
      <w:r>
        <w:t xml:space="preserve"> - At the 78th Primetime Creative Arts Emmy Awards, South Park won its fifth Emmy for Outstanding Animated Program, marking its first win since 2013. The show triumphed over popular animated series such as Rick and Morty, The Simpsons, and Bob’s Burgers. In celebration, South Park trolled President Donald Trump by sharing a graphic depicting him holding an Emmy with his pants down—a nod to his ongoing frustration over never winning an Emmy for "The Apprentice."</w:t>
      </w:r>
      <w:r/>
    </w:p>
    <w:p>
      <w:pPr>
        <w:pStyle w:val="ListNumber"/>
        <w:spacing w:line="240" w:lineRule="auto"/>
        <w:ind w:left="720"/>
      </w:pPr>
      <w:r/>
      <w:hyperlink r:id="rId13">
        <w:r>
          <w:rPr>
            <w:color w:val="0000EE"/>
            <w:u w:val="single"/>
          </w:rPr>
          <w:t>https://www.jubileecast.com/articles/39198/20260906/bad-bunny-halftime-show-emmy-2026-creative-arts-winners-list.htm</w:t>
        </w:r>
      </w:hyperlink>
      <w:r>
        <w:t xml:space="preserve"> - The Apple Music Super Bowl LX Halftime Show Starring Bad Bunny is officially an Emmy winner. Director Hamish Hamilton took home the trophy for Outstanding Directing for a Variety Special on night one of the 78th Primetime Creative Arts Emmy Awards, held Saturday at the Peacock Theater in Los Angeles. Bad Bunny's win was just one of dozens handed out during the two-night ceremony, which precedes the main Primetime Emmy Awards on September 14.</w:t>
      </w:r>
      <w:r/>
    </w:p>
    <w:p>
      <w:pPr>
        <w:pStyle w:val="ListNumber"/>
        <w:spacing w:line="240" w:lineRule="auto"/>
        <w:ind w:left="720"/>
      </w:pPr>
      <w:r/>
      <w:hyperlink r:id="rId11">
        <w:r>
          <w:rPr>
            <w:color w:val="0000EE"/>
            <w:u w:val="single"/>
          </w:rPr>
          <w:t>https://www.pinknews.co.uk/2026/09/08/queer-highlights-from-the-2026-emmys-creative-arts-awards/</w:t>
        </w:r>
      </w:hyperlink>
      <w:r>
        <w:t xml:space="preserve"> - The 2026 Emmys began with the Creative Arts Awards in Los Angeles. Hacks won Picture Editing for a Single-Camera Comedy Series after earning 24 nominations. Pluribus picked up four early wins and still has 14 nominations awaiting the Primetime ceremony. Alan Cumming won the reality-host category for the third year in a row. The article warns queer TV representation could decline as major series end and characters disappear.</w:t>
      </w:r>
      <w:r/>
    </w:p>
    <w:p>
      <w:pPr>
        <w:pStyle w:val="ListNumber"/>
        <w:spacing w:line="240" w:lineRule="auto"/>
        <w:ind w:left="720"/>
      </w:pPr>
      <w:r/>
      <w:hyperlink r:id="rId10">
        <w:r>
          <w:rPr>
            <w:color w:val="0000EE"/>
            <w:u w:val="single"/>
          </w:rPr>
          <w:t>https://www.thewrap.com/industry-news/awards/creative-arts-emmys-2026-winners-list/</w:t>
        </w:r>
      </w:hyperlink>
      <w:r>
        <w:t xml:space="preserve"> - The 2026 Creative Arts Emmy Awards, held on September 5 and 6 at the Peacock Theater in Los Angeles, celebrated achievements in television's creative and technical fields. Notably, Bad Bunny's Super Bowl LX Halftime Show won seven awards, including Outstanding Variety Special (Live) and Outstanding Directing for a Variety Special. Other winners included The Traitors, The Muppet Show, and The Late Show with Stephen Colbert. The ceremonies served as a precursor to the 78th Primetime Emmy Awards, scheduled for September 14.</w:t>
      </w:r>
      <w:r/>
    </w:p>
    <w:p>
      <w:pPr>
        <w:pStyle w:val="ListNumber"/>
        <w:spacing w:line="240" w:lineRule="auto"/>
        <w:ind w:left="720"/>
      </w:pPr>
      <w:r/>
      <w:hyperlink r:id="rId11">
        <w:r>
          <w:rPr>
            <w:color w:val="0000EE"/>
            <w:u w:val="single"/>
          </w:rPr>
          <w:t>https://www.pinknews.co.uk/2026/09/08/queer-highlights-from-the-2026-emmys-creative-arts-awards/</w:t>
        </w:r>
      </w:hyperlink>
      <w:r>
        <w:t xml:space="preserve"> - The 2026 Emmys began with the Creative Arts Awards in Los Angeles. Hacks won Picture Editing for a Single-Camera Comedy Series after earning 24 nominations. Pluribus picked up four early wins and still has 14 nominations awaiting the Primetime ceremony. Alan Cumming won the reality-host category for the third year in a row. The article warns queer TV representation could decline as major series end and characters disappear.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lgbtq-standouts-2026-creative-arts-emmy-awards/" TargetMode="External"/><Relationship Id="rId10" Type="http://schemas.openxmlformats.org/officeDocument/2006/relationships/hyperlink" Target="https://www.thewrap.com/industry-news/awards/creative-arts-emmys-2026-winners-list/" TargetMode="External"/><Relationship Id="rId11" Type="http://schemas.openxmlformats.org/officeDocument/2006/relationships/hyperlink" Target="https://www.pinknews.co.uk/2026/09/08/queer-highlights-from-the-2026-emmys-creative-arts-awards/" TargetMode="External"/><Relationship Id="rId12" Type="http://schemas.openxmlformats.org/officeDocument/2006/relationships/hyperlink" Target="https://www.thedailybeast.com/obsessed/south-park-uses-emmy-win-to-humiliate-trump/" TargetMode="External"/><Relationship Id="rId13" Type="http://schemas.openxmlformats.org/officeDocument/2006/relationships/hyperlink" Target="https://www.jubileecast.com/articles/39198/20260906/bad-bunny-halftime-show-emmy-2026-creative-arts-winners-list.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