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Strap-On Sex Tips for First-Time Partners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Curious couples are making lesbian strap-on sex less intimidating by treating it as shared exploration, not a performance. From choosing a comfortable harness and body-safe dildo to using generous lube and agreeing on boundaries, a little preparation can make the experience safer, more relaxed and much more enjoyable.</w:t>
      </w:r>
      <w:r/>
    </w:p>
    <w:p>
      <w:pPr>
        <w:pStyle w:val="Heading2"/>
      </w:pPr>
      <w:r>
        <w:t>Essential Takeaways</w:t>
      </w:r>
      <w:r/>
      <w:r/>
    </w:p>
    <w:p>
      <w:pPr>
        <w:pStyle w:val="ListBullet"/>
        <w:spacing w:line="240" w:lineRule="auto"/>
        <w:ind w:left="720"/>
      </w:pPr>
      <w:r/>
      <w:r>
        <w:rPr>
          <w:b/>
        </w:rPr>
        <w:t>Start comfortably:</w:t>
      </w:r>
      <w:r>
        <w:t xml:space="preserve"> A secure, well-fitting harness matters more than choosing the largest dildo.</w:t>
      </w:r>
      <w:r/>
    </w:p>
    <w:p>
      <w:pPr>
        <w:pStyle w:val="ListBullet"/>
        <w:spacing w:line="240" w:lineRule="auto"/>
        <w:ind w:left="720"/>
      </w:pPr>
      <w:r/>
      <w:r>
        <w:rPr>
          <w:b/>
        </w:rPr>
        <w:t>Talk first:</w:t>
      </w:r>
      <w:r>
        <w:t xml:space="preserve"> Agree on desires, boundaries, signals and what happens if something feels uncomfortable.</w:t>
      </w:r>
      <w:r/>
    </w:p>
    <w:p>
      <w:pPr>
        <w:pStyle w:val="ListBullet"/>
        <w:spacing w:line="240" w:lineRule="auto"/>
        <w:ind w:left="720"/>
      </w:pPr>
      <w:r/>
      <w:r>
        <w:rPr>
          <w:b/>
        </w:rPr>
        <w:t>Use plenty of lube:</w:t>
      </w:r>
      <w:r>
        <w:t xml:space="preserve"> Water-based lubricant is a versatile starting point, although toy materials still need checking.</w:t>
      </w:r>
      <w:r/>
    </w:p>
    <w:p>
      <w:pPr>
        <w:pStyle w:val="ListBullet"/>
        <w:spacing w:line="240" w:lineRule="auto"/>
        <w:ind w:left="720"/>
      </w:pPr>
      <w:r/>
      <w:r>
        <w:rPr>
          <w:b/>
        </w:rPr>
        <w:t>Go slowly:</w:t>
      </w:r>
      <w:r>
        <w:t xml:space="preserve"> Warm-up, gradual movement and frequent check-ins help partners find the right rhythm.</w:t>
      </w:r>
      <w:r/>
    </w:p>
    <w:p>
      <w:pPr>
        <w:pStyle w:val="ListBullet"/>
        <w:spacing w:line="240" w:lineRule="auto"/>
        <w:ind w:left="720"/>
      </w:pPr>
      <w:r/>
      <w:r>
        <w:rPr>
          <w:b/>
        </w:rPr>
        <w:t>Clean between uses:</w:t>
      </w:r>
      <w:r>
        <w:t xml:space="preserve"> Change condoms or wash toys when switching partners or moving between anal and vaginal play.</w:t>
      </w:r>
      <w:r/>
      <w:r/>
    </w:p>
    <w:p>
      <w:pPr>
        <w:pStyle w:val="Heading2"/>
      </w:pPr>
      <w:r>
        <w:t>Strap-on sex is about possibility, not prescribed roles</w:t>
      </w:r>
      <w:r/>
    </w:p>
    <w:p>
      <w:r/>
      <w:r>
        <w:t>A strap-on can be used for penetration, but that doesn't make penetration the entire point. Partners might also use it for grinding, teasing, fantasy, external stimulation or playful power exchange. As sexual-health guides from Lovehoney and AdamEve explain, the appeal varies widely, and there isn't one correct way to include a harness in sex.</w:t>
      </w:r>
      <w:r/>
    </w:p>
    <w:p>
      <w:r/>
      <w:r>
        <w:t>That matters because the person wearing the harness isn't automatically the dominant partner, while the receiver isn't required to be passive. Lesbian Agenda's guide similarly frames harness play as something shaped by comfort, identity, intimacy and personal preference, rather than a copy of heterosexual intercourse.</w:t>
      </w:r>
      <w:r/>
    </w:p>
    <w:p>
      <w:r/>
      <w:r>
        <w:t>For some people, the physical sensation is the draw. For others, giving pleasure, exploring gender expression or trying something novel is just as exciting. In practice, the most satisfying experience is usually the one that reflects what both partners genuinely want.</w:t>
      </w:r>
      <w:r/>
    </w:p>
    <w:p>
      <w:pPr>
        <w:pStyle w:val="Heading2"/>
      </w:pPr>
      <w:r>
        <w:t>Choose a harness and dildo for comfort</w:t>
      </w:r>
      <w:r/>
    </w:p>
    <w:p>
      <w:r/>
      <w:r>
        <w:t>For a first strap-on, impressive-looking isn't necessarily better. Look for a harness that feels secure without digging in, shifting or making movement awkward. Adjustable styles can be useful because bodies and preferences change, while different harness designs may suit different levels of coverage and support.</w:t>
      </w:r>
      <w:r/>
    </w:p>
    <w:p>
      <w:r/>
      <w:r>
        <w:t>The dildo should be body-safe, non-porous and compatible with the harness. A smaller, slimmer shape with a flared base is often a more approachable starting point than a large or especially firm toy. AdamEve and Lovehoney both stress checking the fit between the dildo and harness, since a mismatch can make play unstable and frustrating.</w:t>
      </w:r>
      <w:r/>
    </w:p>
    <w:p>
      <w:r/>
      <w:r>
        <w:t>Think about the wearer's experience too. Can you walk, kneel and change position without constantly adjusting everything? If not, the toy may be technically functional but practically unhelpful. A quiet, comfortable fit leaves more attention for your partner, which is exactly where it belongs.</w:t>
      </w:r>
      <w:r/>
    </w:p>
    <w:p>
      <w:pPr>
        <w:pStyle w:val="Heading2"/>
      </w:pPr>
      <w:r>
        <w:t>Talk before anyone straps anything on</w:t>
      </w:r>
      <w:r/>
    </w:p>
    <w:p>
      <w:r/>
      <w:r>
        <w:t>A quick conversation beforehand can prevent a lot of guesswork. Discuss what each person is curious about, what is off-limits, how much intensity feels appealing and which words mean slow down, pause or stop. Healthline and Medical News Today both emphasise that communication and consent are central to satisfying sex, regardless of the partners involved.</w:t>
      </w:r>
      <w:r/>
    </w:p>
    <w:p>
      <w:r/>
      <w:r>
        <w:t>It also helps to agree that either person can change their mind. Consent isn't a one-time permission slip, and a pause doesn't mean anyone has failed. If nerves appear, take the pressure off and treat the evening as exploration rather than a test.</w:t>
      </w:r>
      <w:r/>
    </w:p>
    <w:p>
      <w:r/>
      <w:r>
        <w:t>This is a useful moment to discuss roles, too. The wearer may want to receive guidance, while the receiver may prefer to control the pace or movement. There are no prizes for following a script, and most couples discover their best rhythm by talking openly.</w:t>
      </w:r>
      <w:r/>
    </w:p>
    <w:p>
      <w:pPr>
        <w:pStyle w:val="Heading2"/>
      </w:pPr>
      <w:r>
        <w:t>Practise before your first partnered attempt</w:t>
      </w:r>
      <w:r/>
    </w:p>
    <w:p>
      <w:r/>
      <w:r>
        <w:t>Wearing a harness alone can make the first partnered experience feel much less clumsy. Walk around, sit down, change direction and notice how the toy moves with your hips. Lovehoney's beginner advice points to familiarising yourself with the equipment before adding another person's body and reactions into the mix.</w:t>
      </w:r>
      <w:r/>
    </w:p>
    <w:p>
      <w:r/>
      <w:r>
        <w:t>Start with plenty of warm-up and lubricant rather than treating penetration as a target to reach quickly. Water-based lube is generally a flexible option for many toys and barriers, while silicone lubricant may not suit every silicone dildo. Always check the manufacturer's care guidance before combining products.</w:t>
      </w:r>
      <w:r/>
    </w:p>
    <w:p>
      <w:r/>
      <w:r>
        <w:t>Begin with shallow, slow movement and pause regularly. Positions where the receiving partner controls depth and pace, such as straddling the wearer, can feel reassuring. Side-lying or face-to-face arrangements may also make conversation and reading body language easier than more acrobatic positions.</w:t>
      </w:r>
      <w:r/>
    </w:p>
    <w:p>
      <w:pPr>
        <w:pStyle w:val="Heading2"/>
      </w:pPr>
      <w:r>
        <w:t>Safety and cleaning are part of the fun</w:t>
      </w:r>
      <w:r/>
    </w:p>
    <w:p>
      <w:r/>
      <w:r>
        <w:t>A new condom on the dildo can help when switching between partners or moving between anal and vaginal play. Never move a toy directly from the anus to the vagina without changing the barrier or cleaning it thoroughly first. Medical News Today and Healthline both highlight hygiene and barrier use as important parts of safer sex.</w:t>
      </w:r>
      <w:r/>
    </w:p>
    <w:p>
      <w:r/>
      <w:r>
        <w:t>Wash the dildo and harness according to their separate instructions. Silicone toys may have different care requirements from fabric, leather or other harness materials, so a quick glance at the manufacturer's advice is worthwhile. If a harness is machine washable, make sure it is completely dry before storing it.</w:t>
      </w:r>
      <w:r/>
    </w:p>
    <w:p>
      <w:r/>
      <w:r>
        <w:t>Pay attention to comfort throughout. Pain, numbness, persistent discomfort or bleeding is a reason to stop, not something to push through. A softer pace, a different angle, more warm-up or a completely different activity may be the better choice.</w:t>
      </w:r>
      <w:r/>
    </w:p>
    <w:p>
      <w:pPr>
        <w:pStyle w:val="Heading2"/>
      </w:pPr>
      <w:r>
        <w:t>Awkward moments are normal, and useful</w:t>
      </w:r>
      <w:r/>
    </w:p>
    <w:p>
      <w:r/>
      <w:r>
        <w:t>The first attempt may involve a loose strap, a missed angle or an unexpectedly comic pause. That doesn't mean the experience has gone badly. Ann Summers and Lesbian Agenda's practical guidance both support an unhurried, communicative approach, and a sense of humour can make learning the mechanics feel far less serious.</w:t>
      </w:r>
      <w:r/>
    </w:p>
    <w:p>
      <w:r/>
      <w:r>
        <w:t>Afterwards, talk about what worked, what felt surprising and what you'd change next time. Maybe the dildo was too firm, the harness needed adjusting or a particular position felt brilliant. Those small observations are how couples turn a clumsy first try into something more natural.</w:t>
      </w:r>
      <w:r/>
    </w:p>
    <w:p>
      <w:r/>
      <w:r>
        <w:t>And if strap-on sex isn't appealing after all, that's completely fine. No one needs to complete a particular checklist to have valid lesbian sex, and a toy can be a one-off experiment rather than a permanent fixture. The best result is simply discovering what feels right for both of you.</w:t>
      </w:r>
      <w:r/>
    </w:p>
    <w:p>
      <w:r/>
      <w:r>
        <w:t>Take it slowly, stay curious and let comfort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2">
        <w:r>
          <w:rPr>
            <w:color w:val="0000EE"/>
            <w:u w:val="single"/>
          </w:rPr>
          <w:t>[4]</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[3]</w:t>
        </w:r>
      </w:hyperlink>
      <w:r>
        <w:t xml:space="preserve">, </w:t>
      </w:r>
      <w:hyperlink r:id="rId11">
        <w:r>
          <w:rPr>
            <w:color w:val="0000EE"/>
            <w:u w:val="single"/>
          </w:rPr>
          <w:t>[7]</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2">
        <w:r>
          <w:rPr>
            <w:color w:val="0000EE"/>
            <w:u w:val="single"/>
          </w:rPr>
          <w:t>[4]</w:t>
        </w:r>
      </w:hyperlink>
      <w:r>
        <w:t xml:space="preserve">, </w:t>
      </w:r>
      <w:hyperlink r:id="rId15">
        <w:r>
          <w:rPr>
            <w:color w:val="0000EE"/>
            <w:u w:val="single"/>
          </w:rPr>
          <w:t>[6]</w:t>
        </w:r>
      </w:hyperlink>
      <w:r>
        <w:t xml:space="preserve">- Paragraph 12: </w:t>
      </w:r>
      <w:hyperlink r:id="rId14">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https://sex.cosmopolitan.com/pleasure/a73607619/how-to-have-lesbian-strap-on-sex/</w:t>
        </w:r>
      </w:hyperlink>
      <w:r>
        <w:t xml:space="preserve"> - Please view link - unable to able to access data</w:t>
      </w:r>
      <w:r/>
    </w:p>
    <w:p>
      <w:pPr>
        <w:pStyle w:val="ListNumber"/>
        <w:spacing w:line="240" w:lineRule="auto"/>
        <w:ind w:left="720"/>
      </w:pPr>
      <w:r/>
      <w:hyperlink r:id="rId10">
        <w:r>
          <w:rPr>
            <w:color w:val="0000EE"/>
            <w:u w:val="single"/>
          </w:rPr>
          <w:t>https://www.annsummers.com/content-hub/better-sex/lesbian-strap-on-guide.html</w:t>
        </w:r>
      </w:hyperlink>
      <w:r>
        <w:t xml:space="preserve"> - This comprehensive guide from Ann Summers explores the world of strap-on sex, providing insights into choosing the right dildo and harness, as well as tips for effective use. It emphasizes the importance of selecting toys based on desired experiences and comfort, rather than appearance. The guide also highlights the significance of communication and experimentation in enhancing pleasure, and offers advice on cleaning and maintaining strap-on equipment to ensure safety and longevity.</w:t>
      </w:r>
      <w:r/>
    </w:p>
    <w:p>
      <w:pPr>
        <w:pStyle w:val="ListNumber"/>
        <w:spacing w:line="240" w:lineRule="auto"/>
        <w:ind w:left="720"/>
      </w:pPr>
      <w:r/>
      <w:hyperlink r:id="rId14">
        <w:r>
          <w:rPr>
            <w:color w:val="0000EE"/>
            <w:u w:val="single"/>
          </w:rPr>
          <w:t>https://www.adameve.ca/sex-guides/products/sex-toys/strap-on-guides/what-are-strap-ons-65193-1855.aspx</w:t>
        </w:r>
      </w:hyperlink>
      <w:r>
        <w:t xml:space="preserve"> - Adam and Eve's guide delves into the concept of strap-ons, describing them as harnesses and dildos worn together for penetrative sex. It explains the typical design, including a harness fitting around the waist and thighs, with a ring attaching to the dildo. The guide also touches upon variations like strapless strap-ons, which are held in place by the user's Kegel muscles, offering an alternative for those seeking different experiences.</w:t>
      </w:r>
      <w:r/>
    </w:p>
    <w:p>
      <w:pPr>
        <w:pStyle w:val="ListNumber"/>
        <w:spacing w:line="240" w:lineRule="auto"/>
        <w:ind w:left="720"/>
      </w:pPr>
      <w:r/>
      <w:hyperlink r:id="rId12">
        <w:r>
          <w:rPr>
            <w:color w:val="0000EE"/>
            <w:u w:val="single"/>
          </w:rPr>
          <w:t>https://www.lesbianagenda.com/resources/blog/lesbian-strap-on-guide-harness-types-fit-and-why-sapphics-choose-them</w:t>
        </w:r>
      </w:hyperlink>
      <w:r>
        <w:t xml:space="preserve"> - This article provides an in-depth look at strap-on harnesses, discussing various types, their fit, and reasons why lesbians might choose them. It emphasizes the personal nature of selecting a harness, suggesting that comfort, consent, and curiosity should guide the choice. The piece also addresses common questions about the use of strap-ons in lesbian relationships, highlighting that preferences vary and that there's no universal approach.</w:t>
      </w:r>
      <w:r/>
    </w:p>
    <w:p>
      <w:pPr>
        <w:pStyle w:val="ListNumber"/>
        <w:spacing w:line="240" w:lineRule="auto"/>
        <w:ind w:left="720"/>
      </w:pPr>
      <w:r/>
      <w:hyperlink r:id="rId13">
        <w:r>
          <w:rPr>
            <w:color w:val="0000EE"/>
            <w:u w:val="single"/>
          </w:rPr>
          <w:t>https://www.healthline.com/health/healthy-sex/clone-how-do-lesbians-have-sex-28-things-to-know-before-your-first-time</w:t>
        </w:r>
      </w:hyperlink>
      <w:r>
        <w:t xml:space="preserve"> - Healthline's article offers a comprehensive overview of lesbian sex, debunking myths and providing practical advice. It covers various activities such as oral sex, manual stimulation, and the use of sex toys like strap-ons. The piece emphasizes the importance of communication, consent, and safety, and addresses concerns about sexually transmitted infections (STIs) and pregnancy, providing guidance on safer sex practices.</w:t>
      </w:r>
      <w:r/>
    </w:p>
    <w:p>
      <w:pPr>
        <w:pStyle w:val="ListNumber"/>
        <w:spacing w:line="240" w:lineRule="auto"/>
        <w:ind w:left="720"/>
      </w:pPr>
      <w:r/>
      <w:hyperlink r:id="rId15">
        <w:r>
          <w:rPr>
            <w:color w:val="0000EE"/>
            <w:u w:val="single"/>
          </w:rPr>
          <w:t>https://www.medicalnewstoday.com/articles/how-does-lesbian-sex-work</w:t>
        </w:r>
      </w:hyperlink>
      <w:r>
        <w:t xml:space="preserve"> - Medical News Today's article explores the logistics of lesbian sex, discussing various techniques including oral sex, manual stimulation, and the use of sex toys like strap-ons. It emphasizes that sexual activities can vary widely depending on individual preferences and anatomy. The piece also provides information on safer sex practices, including the use of barrier methods and the importance of regular health check-ups.</w:t>
      </w:r>
      <w:r/>
    </w:p>
    <w:p>
      <w:pPr>
        <w:pStyle w:val="ListNumber"/>
        <w:spacing w:line="240" w:lineRule="auto"/>
        <w:ind w:left="720"/>
      </w:pPr>
      <w:r/>
      <w:hyperlink r:id="rId11">
        <w:r>
          <w:rPr>
            <w:color w:val="0000EE"/>
            <w:u w:val="single"/>
          </w:rPr>
          <w:t>https://www.lovehoney.eu/advice/sex-toys/strap-ons/beginners-guide-to-strap-ons.html</w:t>
        </w:r>
      </w:hyperlink>
      <w:r>
        <w:t xml:space="preserve"> - Lovehoney's beginner's guide to strap-ons educates readers on the use and selection of these sex toys. It defines strap-ons as wearable dildos used for penetration, and discusses the different types available, including those that require a harness and strapless versions held in place by the user's body. The guide also provides tips on choosing the right strap-on, emphasizing the importance of comfort, consent, and communication.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x.cosmopolitan.com/pleasure/a73607619/how-to-have-lesbian-strap-on-sex/" TargetMode="External"/><Relationship Id="rId10" Type="http://schemas.openxmlformats.org/officeDocument/2006/relationships/hyperlink" Target="https://www.annsummers.com/content-hub/better-sex/lesbian-strap-on-guide.html" TargetMode="External"/><Relationship Id="rId11" Type="http://schemas.openxmlformats.org/officeDocument/2006/relationships/hyperlink" Target="https://www.lovehoney.eu/advice/sex-toys/strap-ons/beginners-guide-to-strap-ons.html" TargetMode="External"/><Relationship Id="rId12" Type="http://schemas.openxmlformats.org/officeDocument/2006/relationships/hyperlink" Target="https://www.lesbianagenda.com/resources/blog/lesbian-strap-on-guide-harness-types-fit-and-why-sapphics-choose-them" TargetMode="External"/><Relationship Id="rId13" Type="http://schemas.openxmlformats.org/officeDocument/2006/relationships/hyperlink" Target="https://www.healthline.com/health/healthy-sex/clone-how-do-lesbians-have-sex-28-things-to-know-before-your-first-time" TargetMode="External"/><Relationship Id="rId14" Type="http://schemas.openxmlformats.org/officeDocument/2006/relationships/hyperlink" Target="https://www.adameve.ca/sex-guides/products/sex-toys/strap-on-guides/what-are-strap-ons-65193-1855.aspx" TargetMode="External"/><Relationship Id="rId15" Type="http://schemas.openxmlformats.org/officeDocument/2006/relationships/hyperlink" Target="https://www.medicalnewstoday.com/articles/how-does-lesbian-sex-w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