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Katy Pride Festival 2026 Guide for Families and Allies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Katy Pride is turning a difficult local climate into a visible, welcoming celebration, with live music, family activities and practical support planned for October. The Bear Creek Rodeo Arena will host LGBTQ+ residents, relatives and allies from across the Houston area, offering a chance to stand together, feel seen and enjoy a distinctly Katy afternoon.</w:t>
      </w:r>
      <w:r/>
    </w:p>
    <w:p>
      <w:pPr>
        <w:pStyle w:val="Heading2"/>
      </w:pPr>
      <w:r>
        <w:t>Essential Takeaways</w:t>
      </w:r>
      <w:r/>
      <w:r/>
    </w:p>
    <w:p>
      <w:pPr>
        <w:pStyle w:val="ListBullet"/>
        <w:spacing w:line="240" w:lineRule="auto"/>
        <w:ind w:left="720"/>
      </w:pPr>
      <w:r/>
      <w:r>
        <w:rPr>
          <w:b/>
        </w:rPr>
        <w:t>Festival date:</w:t>
      </w:r>
      <w:r>
        <w:t xml:space="preserve"> Katy Pride is scheduled for Saturday, 3 October 2026, from 11am to 4pm.</w:t>
      </w:r>
      <w:r/>
    </w:p>
    <w:p>
      <w:pPr>
        <w:pStyle w:val="ListBullet"/>
        <w:spacing w:line="240" w:lineRule="auto"/>
        <w:ind w:left="720"/>
      </w:pPr>
      <w:r/>
      <w:r>
        <w:rPr>
          <w:b/>
        </w:rPr>
        <w:t>Location:</w:t>
      </w:r>
      <w:r>
        <w:t xml:space="preserve"> The event will take place at Bear Creek Rodeo Arena on Highway 6.</w:t>
      </w:r>
      <w:r/>
    </w:p>
    <w:p>
      <w:pPr>
        <w:pStyle w:val="ListBullet"/>
        <w:spacing w:line="240" w:lineRule="auto"/>
        <w:ind w:left="720"/>
      </w:pPr>
      <w:r/>
      <w:r>
        <w:rPr>
          <w:b/>
        </w:rPr>
        <w:t>What to expect:</w:t>
      </w:r>
      <w:r>
        <w:t xml:space="preserve"> Live folk and indie music, food trucks, a petting zoo, kids' activities and a bounce house.</w:t>
      </w:r>
      <w:r/>
    </w:p>
    <w:p>
      <w:pPr>
        <w:pStyle w:val="ListBullet"/>
        <w:spacing w:line="240" w:lineRule="auto"/>
        <w:ind w:left="720"/>
      </w:pPr>
      <w:r/>
      <w:r>
        <w:rPr>
          <w:b/>
        </w:rPr>
        <w:t>Why it matters:</w:t>
      </w:r>
      <w:r>
        <w:t xml:space="preserve"> Local organisers are pairing celebration with year-round advocacy, remembrance and community support.</w:t>
      </w:r>
      <w:r/>
    </w:p>
    <w:p>
      <w:pPr>
        <w:pStyle w:val="ListBullet"/>
        <w:spacing w:line="240" w:lineRule="auto"/>
        <w:ind w:left="720"/>
      </w:pPr>
      <w:r/>
      <w:r>
        <w:rPr>
          <w:b/>
        </w:rPr>
        <w:t>Practical detail:</w:t>
      </w:r>
      <w:r>
        <w:t xml:space="preserve"> The event is designed for LGBTQ+ people, families, friends and allies.</w:t>
      </w:r>
      <w:r/>
      <w:r/>
    </w:p>
    <w:p>
      <w:pPr>
        <w:pStyle w:val="Heading2"/>
      </w:pPr>
      <w:r>
        <w:t>Katy Pride is making space for joy</w:t>
      </w:r>
      <w:r/>
    </w:p>
    <w:p>
      <w:r/>
      <w:r>
        <w:t>There'll be music, flags, children racing towards a bounce house and the unmistakable buzz of people finding one another. Katy Pride's 2026 festival is expected to welcome roughly 1,000 guests, creating a bright public counterpoint to the uncertainty many LGBTQ+ residents still face in the area.</w:t>
      </w:r>
      <w:r/>
    </w:p>
    <w:p>
      <w:r/>
      <w:r>
        <w:t>According to the festival information, this year's theme is "Stand Tall, Y'All". The event will run at Bear Creek Rodeo Arena, a venue that gives the celebration room to feel open, relaxed and distinctly local. Katy Pride's official information also positions the festival as a gathering for the wider community, not only LGBTQ+ attendees.</w:t>
      </w:r>
      <w:r/>
    </w:p>
    <w:p>
      <w:r/>
      <w:r>
        <w:t>That mix matters. A Pride event can be political, emotional and wonderfully ordinary all at once. Sometimes the most powerful image is simply a family sharing lunch while music plays nearby.</w:t>
      </w:r>
      <w:r/>
    </w:p>
    <w:p>
      <w:pPr>
        <w:pStyle w:val="Heading2"/>
      </w:pPr>
      <w:r>
        <w:t>Why the local setting matters</w:t>
      </w:r>
      <w:r/>
    </w:p>
    <w:p>
      <w:r/>
      <w:r>
        <w:t>Barbara Kosciewicz became more deeply involved in LGBTQ+ advocacy after her daughter, Aubrey, came out as transgender in 2020. She had supported LGBTQ+ people before, but says her daughter's experience gave that support a more active purpose.</w:t>
      </w:r>
      <w:r/>
    </w:p>
    <w:p>
      <w:r/>
      <w:r>
        <w:t>Her work now includes Katy Pride's community service efforts, alongside volunteering with organisations that offer practical help. The broader Katy area has faced criticism over school policies and a conservative political climate, making visible, welcoming spaces especially significant for young people and families.</w:t>
      </w:r>
      <w:r/>
    </w:p>
    <w:p>
      <w:r/>
      <w:r>
        <w:t>Katy Pride's public-facing work reflects that reality. The organisation's website presents it as a community group focused on visibility, connection and support, rather than a single annual party. That's an important distinction when people may need reassurance in March just as much as a festival in October.</w:t>
      </w:r>
      <w:r/>
    </w:p>
    <w:p>
      <w:pPr>
        <w:pStyle w:val="Heading2"/>
      </w:pPr>
      <w:r>
        <w:t>From remembrance to a rainbow 5K</w:t>
      </w:r>
      <w:r/>
    </w:p>
    <w:p>
      <w:r/>
      <w:r>
        <w:t>The organisation's calendar has expanded beyond the main festival. Recent activities have included Transgender Day of Remembrance, Trans Day of Visibility and the Chase the Rainbow: Stride with Pride 5K.</w:t>
      </w:r>
      <w:r/>
    </w:p>
    <w:p>
      <w:r/>
      <w:r>
        <w:t>The 5K brought together runners, LGBTQ+ participants, friends and allies in a more energetic setting. Event listings for the race show how Pride programming is broadening into accessible activities that don't require attendees to be seasoned activists or festival regulars.</w:t>
      </w:r>
      <w:r/>
    </w:p>
    <w:p>
      <w:r/>
      <w:r>
        <w:t>There are quieter forms of support, too. Kosciewicz has volunteered with The Transparent Closet, a free shopping space hosted by First Christian Church in Katy. It offers LGBTQ+ visitors a less intimidating way to explore clothing, sizes and personal style. That may sound simple, but a calm, judgement-free room can make a surprisingly big difference.</w:t>
      </w:r>
      <w:r/>
    </w:p>
    <w:p>
      <w:pPr>
        <w:pStyle w:val="Heading2"/>
      </w:pPr>
      <w:r>
        <w:t>What families can expect at the 2026 festival</w:t>
      </w:r>
      <w:r/>
    </w:p>
    <w:p>
      <w:r/>
      <w:r>
        <w:t>The programme is set to include performances by Sarah Golden, Sweet Petunia and Olive Klug, with DJ Crazy V also scheduled to appear. Organisers are leaning into a folk and indie sound, which should give the afternoon a warm, easy-going feel rather than a wall-to-wall party atmosphere.</w:t>
      </w:r>
      <w:r/>
    </w:p>
    <w:p>
      <w:r/>
      <w:r>
        <w:t>Families will have plenty to do, including a petting zoo, kids' zone and bounce house. Food trucks will add the practical essentials, because even the most heartfelt community event needs something edible after an hour in the Texas heat.</w:t>
      </w:r>
      <w:r/>
    </w:p>
    <w:p>
      <w:r/>
      <w:r>
        <w:t>For first-time visitors, arriving earlier may make it easier to settle in, find shade and explore before the busiest period. Comfortable shoes, sun protection and a refillable water bottle are sensible additions, particularly for children and anyone planning to stay for the full afternoon.</w:t>
      </w:r>
      <w:r/>
    </w:p>
    <w:p>
      <w:pPr>
        <w:pStyle w:val="Heading2"/>
      </w:pPr>
      <w:r>
        <w:t>A festival with a bigger purpose</w:t>
      </w:r>
      <w:r/>
    </w:p>
    <w:p>
      <w:r/>
      <w:r>
        <w:t>Katy Pride president and co-founder Amanda Rose describes the organisation as a source of visibility and belonging. That language captures the event's wider role: it isn't only about being seen from a stage, but about helping people recognise that they have neighbours, friends and potential allies nearby.</w:t>
      </w:r>
      <w:r/>
    </w:p>
    <w:p>
      <w:r/>
      <w:r>
        <w:t>The festival's continued presence also suggests a resilient local network. After a previous venue cancellation forced organisers to move the event, the Rodeo Arena became a workable home. Official event listings from community and LGBTQ+ organisations now point to the October celebration as a fixture worth noting.</w:t>
      </w:r>
      <w:r/>
    </w:p>
    <w:p>
      <w:r/>
      <w:r>
        <w:t>For attendees, the invitation is straightforward. Come for the music, bring the family, meet people and enjoy the colour. Stay for the reminder that community is built through repeated, visible acts of welcome.</w:t>
      </w:r>
      <w:r/>
    </w:p>
    <w:p>
      <w:r/>
      <w:r>
        <w:t>A welcoming afternoon can become a lasting point of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[6]</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4">
        <w:r>
          <w:rPr>
            <w:color w:val="0000EE"/>
            <w:u w:val="single"/>
          </w:rPr>
          <w:t>[7]</w:t>
        </w:r>
      </w:hyperlink>
      <w:r>
        <w:t xml:space="preserve">, </w:t>
      </w:r>
      <w:hyperlink r:id="rId10">
        <w:r>
          <w:rPr>
            <w:color w:val="0000EE"/>
            <w:u w:val="single"/>
          </w:rPr>
          <w:t>[3]</w:t>
        </w:r>
      </w:hyperlink>
      <w:r>
        <w:t xml:space="preserve">- Paragraph 8: </w:t>
      </w:r>
      <w:hyperlink r:id="rId13">
        <w:r>
          <w:rPr>
            <w:color w:val="0000EE"/>
            <w:u w:val="single"/>
          </w:rPr>
          <w:t>[4]</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[5]</w:t>
        </w:r>
      </w:hyperlink>
      <w:r>
        <w:t xml:space="preserve">- Paragraph 14: </w:t>
      </w:r>
      <w:hyperlink r:id="rId10">
        <w:r>
          <w:rPr>
            <w:color w:val="0000EE"/>
            <w:u w:val="single"/>
          </w:rPr>
          <w:t>[3]</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https://www.outsmartmagazine.com/2026/09/barbara-kosciewicz-katy-pride/</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https://www.outsmartmagazine.com/2026/09/barbara-kosciewicz-katy-pride/</w:t>
        </w:r>
      </w:hyperlink>
      <w:r>
        <w:t xml:space="preserve"> - An article detailing Barbara Kosciewicz's journey from ally to active advocate for the LGBTQ+ community in Katy, Texas, following her daughter's coming out as transgender in 2020. It highlights her involvement with Katy Pride, including organising events like the Transgender Day of Remembrance and the 'Chase the Rainbow: Stride with Pride' 5K Fun Run, and her role as director of community service for the organisation.</w:t>
      </w:r>
      <w:r/>
    </w:p>
    <w:p>
      <w:pPr>
        <w:pStyle w:val="ListNumber"/>
        <w:spacing w:line="240" w:lineRule="auto"/>
        <w:ind w:left="720"/>
      </w:pPr>
      <w:r/>
      <w:hyperlink r:id="rId10">
        <w:r>
          <w:rPr>
            <w:color w:val="0000EE"/>
            <w:u w:val="single"/>
          </w:rPr>
          <w:t>https://www.katypride.org/</w:t>
        </w:r>
      </w:hyperlink>
      <w:r>
        <w:t xml:space="preserve"> - The official website of Katy Pride, an organisation dedicated to empowering the LGBTQ+ community in Katy and West Houston. It offers information on events, advocacy, and resources aimed at fostering a supportive and inclusive environment for LGBTQ+ individuals and allies.</w:t>
      </w:r>
      <w:r/>
    </w:p>
    <w:p>
      <w:pPr>
        <w:pStyle w:val="ListNumber"/>
        <w:spacing w:line="240" w:lineRule="auto"/>
        <w:ind w:left="720"/>
      </w:pPr>
      <w:r/>
      <w:hyperlink r:id="rId13">
        <w:r>
          <w:rPr>
            <w:color w:val="0000EE"/>
            <w:u w:val="single"/>
          </w:rPr>
          <w:t>https://montrosecenter.galaxydigital.com/need/detail/?need_id=1310624</w:t>
        </w:r>
      </w:hyperlink>
      <w:r>
        <w:t xml:space="preserve"> - A volunteer opportunity page for the Montrose Center, detailing roles available at the Katy Pride Celebration 2026. Volunteers are invited to help represent the centre, engage with attendees, and support the event's mission of community connection and celebration.</w:t>
      </w:r>
      <w:r/>
    </w:p>
    <w:p>
      <w:pPr>
        <w:pStyle w:val="ListNumber"/>
        <w:spacing w:line="240" w:lineRule="auto"/>
        <w:ind w:left="720"/>
      </w:pPr>
      <w:r/>
      <w:hyperlink r:id="rId11">
        <w:r>
          <w:rPr>
            <w:color w:val="0000EE"/>
            <w:u w:val="single"/>
          </w:rPr>
          <w:t>https://www.keshetonline.org/event/10-3-4th-annual-katy-pride-celebration/</w:t>
        </w:r>
      </w:hyperlink>
      <w:r>
        <w:t xml:space="preserve"> - An event listing for the 4th Annual Katy Pride Celebration, scheduled for October 3, 2026, at the Bear Creek Rodeo Arena in Houston, Texas. The event promises a day of vendors, entertainment, food trucks, and community celebration, with the theme 'Stand Tall, Y'all!'</w:t>
      </w:r>
      <w:r/>
    </w:p>
    <w:p>
      <w:pPr>
        <w:pStyle w:val="ListNumber"/>
        <w:spacing w:line="240" w:lineRule="auto"/>
        <w:ind w:left="720"/>
      </w:pPr>
      <w:r/>
      <w:hyperlink r:id="rId12">
        <w:r>
          <w:rPr>
            <w:color w:val="0000EE"/>
            <w:u w:val="single"/>
          </w:rPr>
          <w:t>https://business.houstonlgbtchamber.com/event-calendar/Details/join-us-at-the-2026-katy-pride-celebration-1885209?sourceTypeId=Website</w:t>
        </w:r>
      </w:hyperlink>
      <w:r>
        <w:t xml:space="preserve"> - An announcement from the Greater Houston LGBTQ+ Chamber of Commerce supporting the 2026 Katy Pride Celebration. The event is set for October 3, 2026, at the Bear Creek Rodeo Arena, featuring live entertainment, vendors, food trucks, and activities for all ages, under the theme 'Stand Tall, Y'all!'</w:t>
      </w:r>
      <w:r/>
    </w:p>
    <w:p>
      <w:pPr>
        <w:pStyle w:val="ListNumber"/>
        <w:spacing w:line="240" w:lineRule="auto"/>
        <w:ind w:left="720"/>
      </w:pPr>
      <w:r/>
      <w:hyperlink r:id="rId14">
        <w:r>
          <w:rPr>
            <w:color w:val="0000EE"/>
            <w:u w:val="single"/>
          </w:rPr>
          <w:t>https://raceroster.com/events/2026/116853/chase-the-rainbow-stride-with-pride</w:t>
        </w:r>
      </w:hyperlink>
      <w:r>
        <w:t xml:space="preserve"> - A registration page for the 'Chase the Rainbow: Stride with Pride' 5K Fun Run, organised by Katy Pride. The event took place on June 13, 2026, at John Paul Landing Park in Katy, Texas, celebrating community, inclusion, and pride while raising funds and awareness for Katy Pride’s mission.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barbara-kosciewicz-katy-pride/" TargetMode="External"/><Relationship Id="rId10" Type="http://schemas.openxmlformats.org/officeDocument/2006/relationships/hyperlink" Target="https://www.katypride.org/" TargetMode="External"/><Relationship Id="rId11" Type="http://schemas.openxmlformats.org/officeDocument/2006/relationships/hyperlink" Target="https://www.keshetonline.org/event/10-3-4th-annual-katy-pride-celebration/" TargetMode="External"/><Relationship Id="rId12" Type="http://schemas.openxmlformats.org/officeDocument/2006/relationships/hyperlink" Target="https://business.houstonlgbtchamber.com/event-calendar/Details/join-us-at-the-2026-katy-pride-celebration-1885209?sourceTypeId=Website" TargetMode="External"/><Relationship Id="rId13" Type="http://schemas.openxmlformats.org/officeDocument/2006/relationships/hyperlink" Target="https://montrosecenter.galaxydigital.com/need/detail/?need_id=1310624" TargetMode="External"/><Relationship Id="rId14" Type="http://schemas.openxmlformats.org/officeDocument/2006/relationships/hyperlink" Target="https://raceroster.com/events/2026/116853/chase-the-rainbow-stride-with-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