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Latino Bar in Houston for Music and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are finding a welcoming home at Los Robles, a Houston gay Latino bar where Latin music, drag, karaoke and cultural pride share the same historic setting. Its lively weekly programme offers more than a night out, giving LGBTQ Latino Houstonians a place to connect, celebrate and feel seen.</w:t>
      </w:r>
      <w:r/>
    </w:p>
    <w:p>
      <w:pPr>
        <w:pStyle w:val="Heading2"/>
      </w:pPr>
      <w:r>
        <w:t>Essential Takeaways</w:t>
      </w:r>
      <w:r/>
      <w:r/>
    </w:p>
    <w:p>
      <w:pPr>
        <w:pStyle w:val="ListBullet"/>
        <w:spacing w:line="240" w:lineRule="auto"/>
        <w:ind w:left="720"/>
      </w:pPr>
      <w:r/>
      <w:r>
        <w:rPr>
          <w:b/>
        </w:rPr>
        <w:t>A distinctive setting:</w:t>
      </w:r>
      <w:r>
        <w:t xml:space="preserve"> Los Robles operates from a historic 1915 home, giving the bar an intimate, lived-in feel.</w:t>
      </w:r>
      <w:r/>
    </w:p>
    <w:p>
      <w:pPr>
        <w:pStyle w:val="ListBullet"/>
        <w:spacing w:line="240" w:lineRule="auto"/>
        <w:ind w:left="720"/>
      </w:pPr>
      <w:r/>
      <w:r>
        <w:rPr>
          <w:b/>
        </w:rPr>
        <w:t>Latin culture every night:</w:t>
      </w:r>
      <w:r>
        <w:t xml:space="preserve"> Programming includes cumbia, norteño, huapango, karaoke and Latin drag.</w:t>
      </w:r>
      <w:r/>
    </w:p>
    <w:p>
      <w:pPr>
        <w:pStyle w:val="ListBullet"/>
        <w:spacing w:line="240" w:lineRule="auto"/>
        <w:ind w:left="720"/>
      </w:pPr>
      <w:r/>
      <w:r>
        <w:rPr>
          <w:b/>
        </w:rPr>
        <w:t>Something different each evening:</w:t>
      </w:r>
      <w:r>
        <w:t xml:space="preserve"> Drag shows, karaoke, an all-male revue and themed weekend events keep the calendar busy.</w:t>
      </w:r>
      <w:r/>
    </w:p>
    <w:p>
      <w:pPr>
        <w:pStyle w:val="ListBullet"/>
        <w:spacing w:line="240" w:lineRule="auto"/>
        <w:ind w:left="720"/>
      </w:pPr>
      <w:r/>
      <w:r>
        <w:rPr>
          <w:b/>
        </w:rPr>
        <w:t>More than nightlife:</w:t>
      </w:r>
      <w:r>
        <w:t xml:space="preserve"> The venue supports local causes and creates space for LGBTQ Latino community life.</w:t>
      </w:r>
      <w:r/>
    </w:p>
    <w:p>
      <w:pPr>
        <w:pStyle w:val="ListBullet"/>
        <w:spacing w:line="240" w:lineRule="auto"/>
        <w:ind w:left="720"/>
      </w:pPr>
      <w:r/>
      <w:r>
        <w:rPr>
          <w:b/>
        </w:rPr>
        <w:t>A major weekend draw:</w:t>
      </w:r>
      <w:r>
        <w:t xml:space="preserve"> Saturday's Noche Vaquero combines DJs, dancing and karaoke across several areas.</w:t>
      </w:r>
      <w:r/>
      <w:r/>
    </w:p>
    <w:p>
      <w:pPr>
        <w:pStyle w:val="Heading2"/>
      </w:pPr>
      <w:r>
        <w:t>A Houston bar designed to feel like home</w:t>
      </w:r>
      <w:r/>
    </w:p>
    <w:p>
      <w:r/>
      <w:r>
        <w:t>The first thing that sets Los Robles apart is the atmosphere. Rather than feeling like a conventional club, the Houston gay Latino bar occupies a historic house, creating a warmer, more personal backdrop for dancing, conversation and the inevitable hunt for somewhere to put your drink.</w:t>
      </w:r>
      <w:r/>
    </w:p>
    <w:p>
      <w:r/>
      <w:r>
        <w:t>That choice was deliberate. According to the venue's own background information, its identity centres on bringing together queer life and Latino culture in one place, rather than treating Latin music as an occasional theme night. It's a subtle but important distinction, especially in a city where LGBTQ nightlife is broad and varied. (Sources: Los Robles Bar and Grill, The Gay Agenda.)</w:t>
      </w:r>
      <w:r/>
    </w:p>
    <w:p>
      <w:r/>
      <w:r>
        <w:t>The result is a venue that feels social as well as performative. Guests can arrive for the music, stay for the show and end up chatting with people who already feel like part of the room. (Sources: Los Robles Bar and Grill, Houston Chronicle.)</w:t>
      </w:r>
      <w:r/>
    </w:p>
    <w:p>
      <w:pPr>
        <w:pStyle w:val="Heading2"/>
      </w:pPr>
      <w:r>
        <w:t>What happens at Los Robles during the week?</w:t>
      </w:r>
      <w:r/>
    </w:p>
    <w:p>
      <w:r/>
      <w:r>
        <w:t>The weekly schedule gives regulars plenty of reasons to return. Midweek brings a throwback drag show and Latin karaoke, while Friday adds a drag performance before DESNUDO, the venue's all-male revue. The line-up balances familiar entertainment with the slightly chaotic charm that makes a neighbourhood bar memorable. (Sources: Los Robles Bar and Grill events, The Gay Agenda.)</w:t>
      </w:r>
      <w:r/>
    </w:p>
    <w:p>
      <w:r/>
      <w:r>
        <w:t>Saturday is the biggest showcase. Noche Vaquero brings norteño, huapango, cumbia and related Latin sounds to the dance floor, with DJs working across the indoor and patio spaces. Karaoke also runs in a side room, so visitors can choose between watching the action and becoming part of it. (Sources: Los Robles Bar and Grill events, Restaurantji.)</w:t>
      </w:r>
      <w:r/>
    </w:p>
    <w:p>
      <w:r/>
      <w:r>
        <w:t>Sunday shifts towards Latin drag, with local performers taking the spotlight. For anyone comparing Houston gay bars, that spread of music and performance makes Los Robles especially appealing if you want culture woven through the entire week, not simply attached to a single event. (Sources: Los Robles Bar and Grill events, Houston Chronicle.)</w:t>
      </w:r>
      <w:r/>
    </w:p>
    <w:p>
      <w:pPr>
        <w:pStyle w:val="Heading2"/>
      </w:pPr>
      <w:r>
        <w:t>Why the community role matters</w:t>
      </w:r>
      <w:r/>
    </w:p>
    <w:p>
      <w:r/>
      <w:r>
        <w:t>Los Robles' significance goes beyond its entertainment calendar. Its owners describe the venue as a place where queer identity and cultural identity can sit comfortably together, which matters at a time when many people are looking for nightlife that feels affirming as well as fun.</w:t>
      </w:r>
      <w:r/>
    </w:p>
    <w:p>
      <w:r/>
      <w:r>
        <w:t>The bar has also connected its public profile with community support, including benefits and local organising. That practical involvement gives the venue a stronger relationship with Houston's LGBTQ community than a standard drinks-led business might have. (Sources: Los Robles Bar and Grill, The Gay Agenda.)</w:t>
      </w:r>
      <w:r/>
    </w:p>
    <w:p>
      <w:r/>
      <w:r>
        <w:t>There is something powerful about a room where people can dance while carrying the pressures of daily life outside. As Houston's LGBTQ bar scene continues to evolve, spaces that offer familiarity, music and solidarity may prove just as valuable as the biggest dance floors. (Source: Houston Chronicle.)</w:t>
      </w:r>
      <w:r/>
    </w:p>
    <w:p>
      <w:pPr>
        <w:pStyle w:val="Heading2"/>
      </w:pPr>
      <w:r>
        <w:t>How to plan a visit</w:t>
      </w:r>
      <w:r/>
    </w:p>
    <w:p>
      <w:r/>
      <w:r>
        <w:t>Check the events calendar before heading over, particularly if you're hoping to catch a specific drag performer, karaoke host or themed night. Saturday is the obvious choice for dancing and a busier atmosphere, while a midweek visit may suit anyone who prefers a more relaxed evening with a show. (Source: Los Robles Bar and Grill events.)</w:t>
      </w:r>
      <w:r/>
    </w:p>
    <w:p>
      <w:r/>
      <w:r>
        <w:t>It also helps to think about what kind of night you want. For live performance, try the drag-focused evenings; for singing and mingling, karaoke is the safer bet; and for a fuller taste of the venue's musical identity, Noche Vaquero offers the broadest mix. The historic-home setting means the experience feels closer to a lively gathering than a polished mega-club. (Sources: Los Robles Bar and Grill, Restaurantji.)</w:t>
      </w:r>
      <w:r/>
    </w:p>
    <w:p>
      <w:pPr>
        <w:pStyle w:val="Heading2"/>
      </w:pPr>
      <w:r>
        <w:t>A lively future for Houston LGBTQ nightlife</w:t>
      </w:r>
      <w:r/>
    </w:p>
    <w:p>
      <w:r/>
      <w:r>
        <w:t>Los Robles arrives at an interesting moment for Houston nightlife, where established queer venues, themed events and community-led spaces all play a role in keeping the scene varied. Its strength is its clarity: this is a bar with a particular cultural point of view, and it doesn't dilute that identity.</w:t>
      </w:r>
      <w:r/>
    </w:p>
    <w:p>
      <w:r/>
      <w:r>
        <w:t>The September Hispanic Heritage Month celebration is expected to bring together local performers, musicians and folklórico dance, underlining the venue's wider role as a platform for Houston's LGBTQ Latino community. That combination of celebration and belonging is what makes the bar feel more lasting than a passing trend. (Sources: Los Robles Bar and Grill events, The Gay Agenda.)</w:t>
      </w:r>
      <w:r/>
    </w:p>
    <w:p>
      <w:r/>
      <w:r>
        <w:t>For visitors, the appeal is refreshingly straightforward: familiar music, friendly energy and a place where nobody has to leave part of themselves at the door. It's a small thing on paper, but a meaningful one in practice.</w:t>
      </w:r>
      <w:r/>
    </w:p>
    <w:p>
      <w:r/>
      <w:r>
        <w:t>It's a spirited Houston night out with a genuine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1">
        <w:r>
          <w:rPr>
            <w:color w:val="0000EE"/>
            <w:u w:val="single"/>
          </w:rPr>
          <w:t>[4]</w:t>
        </w:r>
      </w:hyperlink>
      <w:r>
        <w:t xml:space="preserve">- Paragraph 5: </w:t>
      </w:r>
      <w:hyperlink r:id="rId14">
        <w:r>
          <w:rPr>
            <w:color w:val="0000EE"/>
            <w:u w:val="single"/>
          </w:rPr>
          <w:t>[6]</w:t>
        </w:r>
      </w:hyperlink>
      <w:r>
        <w:t xml:space="preserve">, </w:t>
      </w:r>
      <w:hyperlink r:id="rId15">
        <w:r>
          <w:rPr>
            <w:color w:val="0000EE"/>
            <w:u w:val="single"/>
          </w:rPr>
          <w:t>[3]</w:t>
        </w:r>
      </w:hyperlink>
      <w:r>
        <w:t xml:space="preserve">- Paragraph 6: </w:t>
      </w:r>
      <w:hyperlink r:id="rId14">
        <w:r>
          <w:rPr>
            <w:color w:val="0000EE"/>
            <w:u w:val="single"/>
          </w:rPr>
          <w:t>[6]</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[7]</w:t>
        </w:r>
      </w:hyperlink>
      <w:r>
        <w:t xml:space="preserve">- Paragraph 10: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[3]</w:t>
        </w:r>
      </w:hyperlink>
      <w:r>
        <w:t xml:space="preserve">- Paragraph 12: </w:t>
      </w:r>
      <w:hyperlink r:id="rId14">
        <w:r>
          <w:rPr>
            <w:color w:val="0000EE"/>
            <w:u w:val="single"/>
          </w:rPr>
          <w:t>[6]</w:t>
        </w:r>
      </w:hyperlink>
      <w:r>
        <w:t xml:space="preserve">, </w:t>
      </w:r>
      <w:hyperlink r:id="rId11">
        <w:r>
          <w:rPr>
            <w:color w:val="0000EE"/>
            <w:u w:val="single"/>
          </w:rPr>
          <w:t>[4]</w:t>
        </w:r>
      </w:hyperlink>
      <w:r>
        <w:t xml:space="preserve">- Paragraph 13: </w:t>
      </w:r>
      <w:hyperlink r:id="rId14">
        <w:r>
          <w:rPr>
            <w:color w:val="0000EE"/>
            <w:u w:val="single"/>
          </w:rPr>
          <w:t>[6]</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https://www.outsmartmagazine.com/2026/09/los-robles-houston-gay-latino-bar/</w:t>
        </w:r>
      </w:hyperlink>
      <w:r>
        <w:t xml:space="preserve"> - Please view link - unable to able to access data</w:t>
      </w:r>
      <w:r/>
    </w:p>
    <w:p>
      <w:pPr>
        <w:pStyle w:val="ListNumber"/>
        <w:spacing w:line="240" w:lineRule="auto"/>
        <w:ind w:left="720"/>
      </w:pPr>
      <w:r/>
      <w:hyperlink r:id="rId10">
        <w:r>
          <w:rPr>
            <w:color w:val="0000EE"/>
            <w:u w:val="single"/>
          </w:rPr>
          <w:t>https://www.losroblesbarandgrill.com/</w:t>
        </w:r>
      </w:hyperlink>
      <w:r>
        <w:t xml:space="preserve"> - Los Robles Bar &amp; Grill is Houston's premier Latin gay bar, offering a vibrant atmosphere where Latin music and LGBTQ+ culture converge. Located at 10444 Hempstead Road, the venue hosts themed nights, rotating DJs, and unforgettable performances, creating a space that feels like home with louder music, brighter lights, and more glitter. Open Tuesday to Sunday, it provides a festive environment for dancing, socialising, and enjoying Latin joy. The bar is pet-friendly, with outdoor seating and a diverse menu featuring steaks, burgers, seafood, and Tex-Mex dishes. For more information, visit their official website.</w:t>
      </w:r>
      <w:r/>
    </w:p>
    <w:p>
      <w:pPr>
        <w:pStyle w:val="ListNumber"/>
        <w:spacing w:line="240" w:lineRule="auto"/>
        <w:ind w:left="720"/>
      </w:pPr>
      <w:r/>
      <w:hyperlink r:id="rId15">
        <w:r>
          <w:rPr>
            <w:color w:val="0000EE"/>
            <w:u w:val="single"/>
          </w:rPr>
          <w:t>https://www.restaurantji.com/tx/houston/live-oak-bar-and-grill-/</w:t>
        </w:r>
      </w:hyperlink>
      <w:r>
        <w:t xml:space="preserve"> - Los Robles Bar &amp; Grill is a lively and welcoming Latin bar in Houston that perfectly combines Latin energy, queer joy, and genuine community. From the moment visitors step inside, they are greeted with warmth not only through music and dancing but also from the friendly staff, who are attentive and make everyone feel like family. The vibrant atmosphere is maintained by DJs playing a mix of reggaetón, cumbia, salsa, pop, and throwback hits, creating an electric yet comfortable vibe that encourages dancing, socialising, and enjoying the night. The bar is celebrated as one of Houston’s best LGBTQ+ spots, known for its diversity and inclusivity. People from various backgrounds—Black, white, Asian, Middle Eastern, Latino—are all welcomed and celebrated. The space is rooted in Latin culture but open to everyone, allowing guests to show up as their full selves and feel embraced. Highlights include the great music, strong drinks, and the lively atmosphere. The staff is praised for their friendliness and attentiveness, enhancing the experience. The venue also features entertainment such as a drag show and a hot strip show, along with food options from food trucks and traditional bar fare, including dishes like Presa Ibérica and Salmon Plancha. Although space on the dance floor can be limited during busy times, overall, Los Robles offers a fun, inclusive environment where guests can enjoy great music, beautiful people, and a sense of community.</w:t>
      </w:r>
      <w:r/>
    </w:p>
    <w:p>
      <w:pPr>
        <w:pStyle w:val="ListNumber"/>
        <w:spacing w:line="240" w:lineRule="auto"/>
        <w:ind w:left="720"/>
      </w:pPr>
      <w:r/>
      <w:hyperlink r:id="rId11">
        <w:r>
          <w:rPr>
            <w:color w:val="0000EE"/>
            <w:u w:val="single"/>
          </w:rPr>
          <w:t>https://www.thegayagenda.fyi/houston/businesses/los-robles-bar-grill/</w:t>
        </w:r>
      </w:hyperlink>
      <w:r>
        <w:t xml:space="preserve"> - Los Robles Bar &amp; Grill is a casual choice for steaks, burgers, seafood, and other American basics, plus Tex-Mex eats and craft beers. The venue is located at 10444 Hempstead Rd, Houston, TX 77092, USA. The establishment has received high praise for its friendly service, lively atmosphere, and quality food and drinks. Customers enjoy the festive events, entertainment, and the welcoming environment, making it a popular spot for both casual visits and special gatherings. The positive reviews highlight consistent satisfaction with the staff and overall experience. For more information, visit their website.</w:t>
      </w:r>
      <w:r/>
    </w:p>
    <w:p>
      <w:pPr>
        <w:pStyle w:val="ListNumber"/>
        <w:spacing w:line="240" w:lineRule="auto"/>
        <w:ind w:left="720"/>
      </w:pPr>
      <w:r/>
      <w:hyperlink r:id="rId12">
        <w:r>
          <w:rPr>
            <w:color w:val="0000EE"/>
            <w:u w:val="single"/>
          </w:rPr>
          <w:t>https://www.losroblesbarandgrill.com/about</w:t>
        </w:r>
      </w:hyperlink>
      <w:r>
        <w:t xml:space="preserve"> - Los Robles Bar &amp; Grill was born from a dream to create a place where community, culture, and pride collide. In 2023, they transformed a historic space into a nightlife destination that celebrates Latin heritage and LGBTQ+ identity while honouring the rich history of the building. Built in 1915 and surrounded by Live Oak trees over 120 years old, the house was once home to the beloved Live Oak bar and before that generations of families who filled the space with music, laughter, and love. Founded by three friends with humble roots—Jorge (manager from El Tiempo), Aaron (owner of a local limo company), and Raul (bartender from Los Tios)—Los Robles is more than a bar. It is a safe space where you can dance freely, laugh loudly, and be unapologetically yourself. For more information, visit their about page.</w:t>
      </w:r>
      <w:r/>
    </w:p>
    <w:p>
      <w:pPr>
        <w:pStyle w:val="ListNumber"/>
        <w:spacing w:line="240" w:lineRule="auto"/>
        <w:ind w:left="720"/>
      </w:pPr>
      <w:r/>
      <w:hyperlink r:id="rId14">
        <w:r>
          <w:rPr>
            <w:color w:val="0000EE"/>
            <w:u w:val="single"/>
          </w:rPr>
          <w:t>https://www.losroblesbarandgrill.com/events</w:t>
        </w:r>
      </w:hyperlink>
      <w:r>
        <w:t xml:space="preserve"> - Los Robles Bar &amp; Grill offers a variety of weekly events to keep the party going. On Tuesdays, they host Noche Tropical, featuring salsa, bachata, merengue, cumbia, and more, with free dance classes at 10 PM. Wednesdays offer all-day happy hour with throwback Latin pop hits. Thursdays are for karaoke night, welcoming all English and Spanish karaoke favourites. Fridays feature STRIPPED, Houston’s hottest all-male exotic revue, with jaw-dropping dancers and a fierce host. Saturdays bring Noche Vaquero, a mix of cumbia, norteño, Latin pop, and more, with free dance classes at 9 PM. Sundays end the week with Domingo Divino, a late-night drag show starting at 10 PM. For more details, visit their events page.</w:t>
      </w:r>
      <w:r/>
    </w:p>
    <w:p>
      <w:pPr>
        <w:pStyle w:val="ListNumber"/>
        <w:spacing w:line="240" w:lineRule="auto"/>
        <w:ind w:left="720"/>
      </w:pPr>
      <w:r/>
      <w:hyperlink r:id="rId13">
        <w:r>
          <w:rPr>
            <w:color w:val="0000EE"/>
            <w:u w:val="single"/>
          </w:rPr>
          <w:t>https://www.houstonchronicle.com/food-restaurants/restaurants-bars/article/gay-bars-clubs-houston-montrose-lgbtq-karaoke-htx-20359642.php</w:t>
        </w:r>
      </w:hyperlink>
      <w:r>
        <w:t xml:space="preserve"> - Los Robles Bar &amp; Grill is a Latino-owned space that celebrates Latin heritage and LGBTQ+ identity. It offers a festive vibe where patrons can dance to cumbia and norteño music, with weekly drag shows, karaoke, and male dancers. The venue is open Tuesday to Sunday at 10444 Hempstead Road. For more information,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los-robles-houston-gay-latino-bar/" TargetMode="External"/><Relationship Id="rId10" Type="http://schemas.openxmlformats.org/officeDocument/2006/relationships/hyperlink" Target="https://www.losroblesbarandgrill.com/" TargetMode="External"/><Relationship Id="rId11" Type="http://schemas.openxmlformats.org/officeDocument/2006/relationships/hyperlink" Target="https://www.thegayagenda.fyi/houston/businesses/los-robles-bar-grill/" TargetMode="External"/><Relationship Id="rId12" Type="http://schemas.openxmlformats.org/officeDocument/2006/relationships/hyperlink" Target="https://www.losroblesbarandgrill.com/about" TargetMode="External"/><Relationship Id="rId13" Type="http://schemas.openxmlformats.org/officeDocument/2006/relationships/hyperlink" Target="https://www.houstonchronicle.com/food-restaurants/restaurants-bars/article/gay-bars-clubs-houston-montrose-lgbtq-karaoke-htx-20359642.php" TargetMode="External"/><Relationship Id="rId14" Type="http://schemas.openxmlformats.org/officeDocument/2006/relationships/hyperlink" Target="https://www.losroblesbarandgrill.com/events" TargetMode="External"/><Relationship Id="rId15" Type="http://schemas.openxmlformats.org/officeDocument/2006/relationships/hyperlink" Target="https://www.restaurantji.com/tx/houston/live-oak-bar-and-gr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