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Cleveland Drag Pride Showcase for Local Talent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Cleveland's annual Drag Pride Showcase returns to Beachland Ballroom on Friday 11 September at 8pm, bringing together queens, kings and genre-bending performers for one lively night. With Ken Schneck back as host, the show offers an entertaining introduction to the city's broad drag scene, from polished glamour to sharper, newer styles.</w:t>
      </w:r>
      <w:r/>
    </w:p>
    <w:p>
      <w:pPr>
        <w:pStyle w:val="Heading2"/>
      </w:pPr>
      <w:r>
        <w:t>Essential Takeaways</w:t>
      </w:r>
      <w:r/>
      <w:r/>
    </w:p>
    <w:p>
      <w:pPr>
        <w:pStyle w:val="ListBullet"/>
        <w:spacing w:line="240" w:lineRule="auto"/>
        <w:ind w:left="720"/>
      </w:pPr>
      <w:r/>
      <w:r>
        <w:rPr>
          <w:b/>
        </w:rPr>
        <w:t>When:</w:t>
      </w:r>
      <w:r>
        <w:t xml:space="preserve"> Friday 11 September at 8pm.</w:t>
      </w:r>
      <w:r/>
    </w:p>
    <w:p>
      <w:pPr>
        <w:pStyle w:val="ListBullet"/>
        <w:spacing w:line="240" w:lineRule="auto"/>
        <w:ind w:left="720"/>
      </w:pPr>
      <w:r/>
      <w:r>
        <w:rPr>
          <w:b/>
        </w:rPr>
        <w:t>Where:</w:t>
      </w:r>
      <w:r>
        <w:t xml:space="preserve"> Beachland Ballroom in Cleveland.</w:t>
      </w:r>
      <w:r/>
    </w:p>
    <w:p>
      <w:pPr>
        <w:pStyle w:val="ListBullet"/>
        <w:spacing w:line="240" w:lineRule="auto"/>
        <w:ind w:left="720"/>
      </w:pPr>
      <w:r/>
      <w:r>
        <w:rPr>
          <w:b/>
        </w:rPr>
        <w:t>What to expect:</w:t>
      </w:r>
      <w:r>
        <w:t xml:space="preserve"> A varied bill spanning drag queens, drag kings and performers who resist neat categories.</w:t>
      </w:r>
      <w:r/>
    </w:p>
    <w:p>
      <w:pPr>
        <w:pStyle w:val="ListBullet"/>
        <w:spacing w:line="240" w:lineRule="auto"/>
        <w:ind w:left="720"/>
      </w:pPr>
      <w:r/>
      <w:r>
        <w:rPr>
          <w:b/>
        </w:rPr>
        <w:t>Who is hosting:</w:t>
      </w:r>
      <w:r>
        <w:t xml:space="preserve"> Comedian, author and Buckeye Fame founder Ken Schneck.</w:t>
      </w:r>
      <w:r/>
    </w:p>
    <w:p>
      <w:pPr>
        <w:pStyle w:val="ListBullet"/>
        <w:spacing w:line="240" w:lineRule="auto"/>
        <w:ind w:left="720"/>
      </w:pPr>
      <w:r/>
      <w:r>
        <w:rPr>
          <w:b/>
        </w:rPr>
        <w:t>Why go:</w:t>
      </w:r>
      <w:r>
        <w:t xml:space="preserve"> It's a compact showcase of Cleveland's energetic and diverse drag community.</w:t>
      </w:r>
      <w:r/>
      <w:r/>
    </w:p>
    <w:p>
      <w:pPr>
        <w:pStyle w:val="Heading2"/>
      </w:pPr>
      <w:r>
        <w:t>Cleveland's drag scene takes centre stage</w:t>
      </w:r>
      <w:r/>
    </w:p>
    <w:p>
      <w:r/>
      <w:r>
        <w:t>The strongest appeal of the Cleveland Drag Pride Showcase is its range. One act might bring classic sparkle and precision, while the next leans into comedy, theatricality or a more experimental edge. That contrast gives the evening a pleasantly unpredictable pulse.</w:t>
      </w:r>
      <w:r/>
    </w:p>
    <w:p>
      <w:r/>
      <w:r>
        <w:t>Previous editions at Beachland Ballroom have similarly highlighted the depth of local drag, according to Cool Cleveland's event coverage. Rather than presenting one definition of the art form, the showcase makes room for different voices, aesthetics and performance styles.</w:t>
      </w:r>
      <w:r/>
    </w:p>
    <w:p>
      <w:pPr>
        <w:pStyle w:val="Heading2"/>
      </w:pPr>
      <w:r>
        <w:t>A familiar host keeps the energy high</w:t>
      </w:r>
      <w:r/>
    </w:p>
    <w:p>
      <w:r/>
      <w:r>
        <w:t>Ken Schneck returns to the microphone, bringing his comic timing and audience-friendly approach to the evening. As the founder of the statewide LGBTQ+ newsroom The Buckeye Fame, he also sits close to the communities and conversations that shape Ohio's queer cultural life.</w:t>
      </w:r>
      <w:r/>
    </w:p>
    <w:p>
      <w:r/>
      <w:r>
        <w:t>A good host matters at a variety show. Schneck's role is more than introducing names between numbers: he'll help set the pace, encourage the crowd and make sure each performer gets a warm reception. The room should feel less like a formal recital and more like a collective cheer.</w:t>
      </w:r>
      <w:r/>
    </w:p>
    <w:p>
      <w:pPr>
        <w:pStyle w:val="Heading2"/>
      </w:pPr>
      <w:r>
        <w:t>Meet Cleveland's wide-ranging lineup</w:t>
      </w:r>
      <w:r/>
    </w:p>
    <w:p>
      <w:r/>
      <w:r>
        <w:t>The bill includes Denise Russell, Dr. Lady J, Sassy Sascha, Manny Nuff, Imani Evans Diamond, Debbie Does Drag, Jace Blaze, Agata Why, Monica Lexin and Veranda L'Ni. It's a substantial group, and the mix promises plenty of shifts in tone across the night.</w:t>
      </w:r>
      <w:r/>
    </w:p>
    <w:p>
      <w:r/>
      <w:r>
        <w:t>Earlier coverage of Cleveland drag showcases has emphasised the city's impressive pool of artists, with performers moving between glamour, comedy, dance and more unconventional presentation. That variety is the real selling point for newcomers: you don't need to arrive with a firm idea of what drag "should" be.</w:t>
      </w:r>
      <w:r/>
    </w:p>
    <w:p>
      <w:pPr>
        <w:pStyle w:val="Heading2"/>
      </w:pPr>
      <w:r>
        <w:t>Why Beachland Ballroom suits the occasion</w:t>
      </w:r>
      <w:r/>
    </w:p>
    <w:p>
      <w:r/>
      <w:r>
        <w:t>Beachland Ballroom has become a natural home for colourful, performance-led nights, including drag and burlesque events. Its concert-room atmosphere gives the showcase enough space for spectacle while keeping the audience close to the action.</w:t>
      </w:r>
      <w:r/>
    </w:p>
    <w:p>
      <w:r/>
      <w:r>
        <w:t>For first-time visitors, arriving a little early is sensible, particularly if you'd like a good view and a relaxed start. Drag shows reward being present: costume details, gestures and quick audience exchanges can be easy to miss from the back.</w:t>
      </w:r>
      <w:r/>
    </w:p>
    <w:p>
      <w:pPr>
        <w:pStyle w:val="Heading2"/>
      </w:pPr>
      <w:r>
        <w:t>A lively introduction to Cleveland drag</w:t>
      </w:r>
      <w:r/>
    </w:p>
    <w:p>
      <w:r/>
      <w:r>
        <w:t>The showcase is designed as both a celebration and an invitation. Regular fans can cheer familiar favourites, while curious newcomers get a single evening packed with different approaches to drag.</w:t>
      </w:r>
      <w:r/>
    </w:p>
    <w:p>
      <w:r/>
      <w:r>
        <w:t>That makes the event feel especially worthwhile during Pride season. Cleveland's scene isn't presented as one polished product; it's shown as a busy, evolving collection of artists. Check the ticket information before setting off, then settle in and let the performers make the case for themselves.</w:t>
      </w:r>
      <w:r/>
    </w:p>
    <w:p>
      <w:r/>
      <w:r>
        <w:t>It's a bright, welcoming way to discover Cleveland's drag talent in one 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https://coolcleveland.com/2026/09/cleveland-drag-pride-showcases-the-diversity-of-the-local-drag-scene/</w:t>
        </w:r>
      </w:hyperlink>
      <w:r>
        <w:t xml:space="preserve"> - Please view link - unable to able to access data</w:t>
      </w:r>
      <w:r/>
    </w:p>
    <w:p>
      <w:pPr>
        <w:pStyle w:val="ListNumber"/>
        <w:spacing w:line="240" w:lineRule="auto"/>
        <w:ind w:left="720"/>
      </w:pPr>
      <w:r/>
      <w:hyperlink r:id="rId10">
        <w:r>
          <w:rPr>
            <w:color w:val="0000EE"/>
            <w:u w:val="single"/>
          </w:rPr>
          <w:t>https://coolcleveland.com/2025/09/photostream-drag-pride-showcase-beachland-ballroom/</w:t>
        </w:r>
      </w:hyperlink>
      <w:r>
        <w:t xml:space="preserve"> - The tenth annual Drag Pride Showcase at the Beachland Ballroom, produced by Veranda L’Ni, featured ten performers displaying the range of drag, from glam to bawdy to comical. Legacy performer Melissa Ross, who began her drag career in the 1970s, and new faces like Kellen, who rivals Veranda in height, were part of the lineup. Other performers included drag kings Ryder Slowly and Jared Jamison, Cleveland Burlesque Queen Bella Sin, Sassy Sascha, Betty Abbodum, Bram Stroke-Her, and Ariyah Fuego, who celebrated with a money shower after collecting tips from the audience.</w:t>
      </w:r>
      <w:r/>
    </w:p>
    <w:p>
      <w:pPr>
        <w:pStyle w:val="ListNumber"/>
        <w:spacing w:line="240" w:lineRule="auto"/>
        <w:ind w:left="720"/>
      </w:pPr>
      <w:r/>
      <w:hyperlink r:id="rId11">
        <w:r>
          <w:rPr>
            <w:color w:val="0000EE"/>
            <w:u w:val="single"/>
          </w:rPr>
          <w:t>https://coolcleveland.com/2024/09/drag-pride-showcase-features-some-of-the-areas-top-drag-artists/</w:t>
        </w:r>
      </w:hyperlink>
      <w:r>
        <w:t xml:space="preserve"> - The annual Drag Showcase at the Beachland Ballroom, organised by Veranda L’Ni, featured a diverse lineup of performers including Poundcake, Esai, Dr. Lady J, Onya Nurve, Monica Lexin, Debbie Does Drag, Sassy Sascha, King Kae, and Deja D. Dellataro. Rick Dawson emceed the high-energy event, showcasing the best of drag entertainment with well-conceived acts that were both hilarious and thought-provoking.</w:t>
      </w:r>
      <w:r/>
    </w:p>
    <w:p>
      <w:pPr>
        <w:pStyle w:val="ListNumber"/>
        <w:spacing w:line="240" w:lineRule="auto"/>
        <w:ind w:left="720"/>
      </w:pPr>
      <w:r/>
      <w:hyperlink r:id="rId12">
        <w:r>
          <w:rPr>
            <w:color w:val="0000EE"/>
            <w:u w:val="single"/>
          </w:rPr>
          <w:t>https://coolcleveland.com/2016/09/cleveland-drag-showcase-at-the-beachland-showcases-the-variety-of-drag/</w:t>
        </w:r>
      </w:hyperlink>
      <w:r>
        <w:t xml:space="preserve"> - The Cleveland Drag Showcase at the Beachland Ballroom brought drag performers into a mainstream venue, featuring old-school drag, modern drag, drag kings, and drag queens. Performers included Lady J Martinez O’Neal, Shari Turner, Veranda L’Ni, Ginger Breadhaus, Jordan Reighn, Sassy Sacha, and more. The event was all ages, allowing families to experience the diversity of drag performance.</w:t>
      </w:r>
      <w:r/>
    </w:p>
    <w:p>
      <w:pPr>
        <w:pStyle w:val="ListNumber"/>
        <w:spacing w:line="240" w:lineRule="auto"/>
        <w:ind w:left="720"/>
      </w:pPr>
      <w:r/>
      <w:hyperlink r:id="rId13">
        <w:r>
          <w:rPr>
            <w:color w:val="0000EE"/>
            <w:u w:val="single"/>
          </w:rPr>
          <w:t>https://coolcleveland.com/events/check-out-a-bunch-of-queens-at-cleveland-drag-pride-showcase/</w:t>
        </w:r>
      </w:hyperlink>
      <w:r>
        <w:t xml:space="preserve"> - The 10th annual Drag Pride Showcase at the Beachland Ballroom, organised by Veranda L’Ni, presented a star-studded sampling of the vast array of drag talent in the area. Performers included L’Ni, Melissa Ross, Denise Russell, Sassy Sascha, Ryder Slowly, Ariyah Fuego, Gaia Naturi, Bram Stoke-her, Betty Aboddum, and Cleveland Burlesque Queen Bella Sin. Attendees were encouraged to tip generously in support of the performers.</w:t>
      </w:r>
      <w:r/>
    </w:p>
    <w:p>
      <w:pPr>
        <w:pStyle w:val="ListNumber"/>
        <w:spacing w:line="240" w:lineRule="auto"/>
        <w:ind w:left="720"/>
      </w:pPr>
      <w:r/>
      <w:hyperlink r:id="rId14">
        <w:r>
          <w:rPr>
            <w:color w:val="0000EE"/>
            <w:u w:val="single"/>
          </w:rPr>
          <w:t>https://coolcleveland.com/2023/09/photostream-drag-showcase-beachland-ballroom-by-anastasia-pantsios/</w:t>
        </w:r>
      </w:hyperlink>
      <w:r>
        <w:t xml:space="preserve"> - Twelve area drag artists gave stunning performances at the Beachland Ballroom as part of the annual Cleveland Drag Showcase, demonstrating the range and creativity of drag performance. Acts included humorous, campy, bizarre, elegant, and uplifting performances, inspired by icons like Divine and Lady Gaga. The event showcased the diversity and talent within the local drag community.</w:t>
      </w:r>
      <w:r/>
    </w:p>
    <w:p>
      <w:pPr>
        <w:pStyle w:val="ListNumber"/>
        <w:spacing w:line="240" w:lineRule="auto"/>
        <w:ind w:left="720"/>
      </w:pPr>
      <w:r/>
      <w:hyperlink r:id="rId15">
        <w:r>
          <w:rPr>
            <w:color w:val="0000EE"/>
            <w:u w:val="single"/>
          </w:rPr>
          <w:t>https://coolcleveland.com/2021/10/burlesque-returns-to-beachland-with-fright-night-burlesque-drag-revue/</w:t>
        </w:r>
      </w:hyperlink>
      <w:r>
        <w:t xml:space="preserve"> - After an 18-month hiatus, burlesque returned to the Beachland Ballroom with the Fright Night Burlesque &amp; Drag Revue, organised by Bella Sin. The event featured headliners like Silver Uzumaki and a supporting cast including Cece Noir, Lola Loveletter, Deva Diamond, Joliee Blak, Alejandra J Love, Chantel Valentine, Jared Jamison, Ryder Slowly, and Alexis Atauri. Comedian and author Ken Schneck, founder of The Buckeye Flame, hosted the evening, engaging the audience and amplifying the energy of the show.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olcleveland.com/2026/09/cleveland-drag-pride-showcases-the-diversity-of-the-local-drag-scene/" TargetMode="External"/><Relationship Id="rId10" Type="http://schemas.openxmlformats.org/officeDocument/2006/relationships/hyperlink" Target="https://coolcleveland.com/2025/09/photostream-drag-pride-showcase-beachland-ballroom/" TargetMode="External"/><Relationship Id="rId11" Type="http://schemas.openxmlformats.org/officeDocument/2006/relationships/hyperlink" Target="https://coolcleveland.com/2024/09/drag-pride-showcase-features-some-of-the-areas-top-drag-artists/" TargetMode="External"/><Relationship Id="rId12" Type="http://schemas.openxmlformats.org/officeDocument/2006/relationships/hyperlink" Target="https://coolcleveland.com/2016/09/cleveland-drag-showcase-at-the-beachland-showcases-the-variety-of-drag/" TargetMode="External"/><Relationship Id="rId13" Type="http://schemas.openxmlformats.org/officeDocument/2006/relationships/hyperlink" Target="https://coolcleveland.com/events/check-out-a-bunch-of-queens-at-cleveland-drag-pride-showcase/" TargetMode="External"/><Relationship Id="rId14" Type="http://schemas.openxmlformats.org/officeDocument/2006/relationships/hyperlink" Target="https://coolcleveland.com/2023/09/photostream-drag-showcase-beachland-ballroom-by-anastasia-pantsios/" TargetMode="External"/><Relationship Id="rId15" Type="http://schemas.openxmlformats.org/officeDocument/2006/relationships/hyperlink" Target="https://coolcleveland.com/2021/10/burlesque-returns-to-beachland-with-fright-night-burlesque-drag-revu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