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Sacramento Rainbow Festival Returns With Safer LGBTQ+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are returning to Sacramento's Lavender Heights for the Rainbow Festival, where music, fundraisers and community spirit are sharing the spotlight with tighter security. The 38th annual event matters not only as a Pride gathering, but also as a reassuring place to meet, celebrate and stand together after a recent reported attack on LGBTQ+ residents.</w:t>
      </w:r>
      <w:r/>
    </w:p>
    <w:p>
      <w:pPr>
        <w:pStyle w:val="Heading2"/>
      </w:pPr>
      <w:r>
        <w:t>Essential Takeaways</w:t>
      </w:r>
      <w:r/>
      <w:r/>
    </w:p>
    <w:p>
      <w:pPr>
        <w:pStyle w:val="ListBullet"/>
        <w:spacing w:line="240" w:lineRule="auto"/>
        <w:ind w:left="720"/>
      </w:pPr>
      <w:r/>
      <w:r>
        <w:rPr>
          <w:b/>
        </w:rPr>
        <w:t>Security is highly visible:</w:t>
      </w:r>
      <w:r>
        <w:t xml:space="preserve"> Gates, extra guards and Sacramento police are supporting the festival.</w:t>
      </w:r>
      <w:r/>
    </w:p>
    <w:p>
      <w:pPr>
        <w:pStyle w:val="ListBullet"/>
        <w:spacing w:line="240" w:lineRule="auto"/>
        <w:ind w:left="720"/>
      </w:pPr>
      <w:r/>
      <w:r>
        <w:rPr>
          <w:b/>
        </w:rPr>
        <w:t>Community remains central:</w:t>
      </w:r>
      <w:r>
        <w:t xml:space="preserve"> The event brings together performers, fundraisers, local businesses and LGBTQ+ residents.</w:t>
      </w:r>
      <w:r/>
    </w:p>
    <w:p>
      <w:pPr>
        <w:pStyle w:val="ListBullet"/>
        <w:spacing w:line="240" w:lineRule="auto"/>
        <w:ind w:left="720"/>
      </w:pPr>
      <w:r/>
      <w:r>
        <w:rPr>
          <w:b/>
        </w:rPr>
        <w:t>Recent violence adds urgency:</w:t>
      </w:r>
      <w:r>
        <w:t xml:space="preserve"> A reported attack in Lavender Heights has made safety a particularly sensitive issue.</w:t>
      </w:r>
      <w:r/>
    </w:p>
    <w:p>
      <w:pPr>
        <w:pStyle w:val="ListBullet"/>
        <w:spacing w:line="240" w:lineRule="auto"/>
        <w:ind w:left="720"/>
      </w:pPr>
      <w:r/>
      <w:r>
        <w:rPr>
          <w:b/>
        </w:rPr>
        <w:t>The festival is welcoming:</w:t>
      </w:r>
      <w:r>
        <w:t xml:space="preserve"> Organisers want the neighbourhood to grow as an openly LGBTQ+ destination for everyone.</w:t>
      </w:r>
      <w:r/>
    </w:p>
    <w:p>
      <w:pPr>
        <w:pStyle w:val="ListBullet"/>
        <w:spacing w:line="240" w:lineRule="auto"/>
        <w:ind w:left="720"/>
      </w:pPr>
      <w:r/>
      <w:r>
        <w:rPr>
          <w:b/>
        </w:rPr>
        <w:t>Plan before you go:</w:t>
      </w:r>
      <w:r>
        <w:t xml:space="preserve"> Check event updates, allow extra time at entrances and follow staff instructions.</w:t>
      </w:r>
      <w:r/>
      <w:r/>
    </w:p>
    <w:p>
      <w:pPr>
        <w:pStyle w:val="Heading2"/>
      </w:pPr>
      <w:r>
        <w:t>Lavender Heights is celebrating, but the mood is more watchful</w:t>
      </w:r>
      <w:r/>
    </w:p>
    <w:p>
      <w:r/>
      <w:r>
        <w:t>The Rainbow Festival has returned to Sacramento's Lavender Heights, filling the neighbourhood with the familiar ingredients of a community celebration: performances, fundraising and plenty of people out in the sunshine. Yet this year's event carries a sharper edge, with security gates and additional personnel clearly visible around the festival.</w:t>
      </w:r>
      <w:r/>
    </w:p>
    <w:p>
      <w:r/>
      <w:r>
        <w:t xml:space="preserve">According to KCRA, organiser Terry Sidie said the event has added substantial security, including guards and police officers. It's a practical response to the current climate, though nobody is pretending it feels normal. For many visitors, the extra presence is reassuring; for others, it underlines why gatherings like this still matter. </w:t>
      </w:r>
      <w:hyperlink r:id="rId9">
        <w:r>
          <w:rPr>
            <w:color w:val="0000EE"/>
            <w:u w:val="single"/>
          </w:rPr>
          <w:t>[2]</w:t>
        </w:r>
      </w:hyperlink>
      <w:r>
        <w:t xml:space="preserve">, </w:t>
      </w:r>
      <w:hyperlink r:id="rId10">
        <w:r>
          <w:rPr>
            <w:color w:val="0000EE"/>
            <w:u w:val="single"/>
          </w:rPr>
          <w:t>[3]</w:t>
        </w:r>
      </w:hyperlink>
      <w:r/>
    </w:p>
    <w:p>
      <w:pPr>
        <w:pStyle w:val="Heading2"/>
      </w:pPr>
      <w:r>
        <w:t>A recent reported attack has changed the conversation</w:t>
      </w:r>
      <w:r/>
    </w:p>
    <w:p>
      <w:r/>
      <w:r>
        <w:t>The festival comes shortly after a Sacramento man said he and a friend were attacked in Lavender Heights after a group allegedly shouted homophobic slurs. One victim described being knocked to the ground while the attackers continued trying to reach him, an account that has understandably unsettled local residents.</w:t>
      </w:r>
      <w:r/>
    </w:p>
    <w:p>
      <w:r/>
      <w:r>
        <w:t xml:space="preserve">Sacramento police had not announced arrests in connection with the incident at the time of the festival report. The alleged assault has made safety more than an event-management issue. It has become part of the emotional backdrop for people deciding whether they can relax, bring friends and enjoy a public celebration without looking over their shoulder. </w:t>
      </w:r>
      <w:hyperlink r:id="rId9">
        <w:r>
          <w:rPr>
            <w:color w:val="0000EE"/>
            <w:u w:val="single"/>
          </w:rPr>
          <w:t>[2]</w:t>
        </w:r>
      </w:hyperlink>
      <w:r>
        <w:t xml:space="preserve">, </w:t>
      </w:r>
      <w:hyperlink r:id="rId11">
        <w:r>
          <w:rPr>
            <w:color w:val="0000EE"/>
            <w:u w:val="single"/>
          </w:rPr>
          <w:t>[6]</w:t>
        </w:r>
      </w:hyperlink>
      <w:r/>
    </w:p>
    <w:p>
      <w:pPr>
        <w:pStyle w:val="Heading2"/>
      </w:pPr>
      <w:r>
        <w:t>Why the extra security matters to visitors</w:t>
      </w:r>
      <w:r/>
    </w:p>
    <w:p>
      <w:r/>
      <w:r>
        <w:t>Organisers have placed multiple security gates around the event, with further personnel available if needed. That can mean slower entry, queues and more visible checks, so visitors should leave extra time rather than arriving minutes before a favourite performance.</w:t>
      </w:r>
      <w:r/>
    </w:p>
    <w:p>
      <w:r/>
      <w:r>
        <w:t xml:space="preserve">The most useful preparation is straightforward: check official updates before travelling, keep phones charged, agree a meeting point with friends and pay attention to staff guidance. Sacramento's event-planning advice also encourages visitors to think ahead about transport, parking and changing conditions. Small details, but they can make a busy festival feel much calmer. </w:t>
      </w:r>
      <w:hyperlink r:id="rId12">
        <w:r>
          <w:rPr>
            <w:color w:val="0000EE"/>
            <w:u w:val="single"/>
          </w:rPr>
          <w:t>[5]</w:t>
        </w:r>
      </w:hyperlink>
      <w:r>
        <w:t xml:space="preserve">, </w:t>
      </w:r>
      <w:hyperlink r:id="rId13">
        <w:r>
          <w:rPr>
            <w:color w:val="0000EE"/>
            <w:u w:val="single"/>
          </w:rPr>
          <w:t>[7]</w:t>
        </w:r>
      </w:hyperlink>
      <w:r/>
    </w:p>
    <w:p>
      <w:pPr>
        <w:pStyle w:val="Heading2"/>
      </w:pPr>
      <w:r>
        <w:t>The festival is also a statement about belonging</w:t>
      </w:r>
      <w:r/>
    </w:p>
    <w:p>
      <w:r/>
      <w:r>
        <w:t>Sidie's wider ambition is for Lavender Heights to become a stronger home for LGBTQ+ businesses and community life. That vision gives the festival a purpose beyond one day of entertainment. Every performer, fundraiser and visitor helps reinforce the idea that the neighbourhood should be visible, welcoming and confidently itself.</w:t>
      </w:r>
      <w:r/>
    </w:p>
    <w:p>
      <w:r/>
      <w:r>
        <w:t xml:space="preserve">That spirit is echoed by Sacramento's broader Pride calendar, which has continued to honour local LGBTQ+ figures and community contributions. The mood isn't simply defensive. It's also proud, sociable and forward-looking, with attendees showing that safety concerns haven't erased the desire to gather. </w:t>
      </w:r>
      <w:hyperlink r:id="rId14">
        <w:r>
          <w:rPr>
            <w:color w:val="0000EE"/>
            <w:u w:val="single"/>
          </w:rPr>
          <w:t>[4]</w:t>
        </w:r>
      </w:hyperlink>
      <w:r>
        <w:t xml:space="preserve">, </w:t>
      </w:r>
      <w:hyperlink r:id="rId13">
        <w:r>
          <w:rPr>
            <w:color w:val="0000EE"/>
            <w:u w:val="single"/>
          </w:rPr>
          <w:t>[7]</w:t>
        </w:r>
      </w:hyperlink>
      <w:r/>
    </w:p>
    <w:p>
      <w:pPr>
        <w:pStyle w:val="Heading2"/>
      </w:pPr>
      <w:r>
        <w:t>A joyful event with a serious reminder</w:t>
      </w:r>
      <w:r/>
    </w:p>
    <w:p>
      <w:r/>
      <w:r>
        <w:t xml:space="preserve">Some residents have said they now carry items such as pepper spray or a taser because they feel they must protect themselves. One attendee told KCRA he didn't want to feel forced to arrive armed simply because others might target the community. It's a painful contradiction: a festival designed to feel freeing can also remind people why protection is still necessary. </w:t>
      </w:r>
      <w:hyperlink r:id="rId9">
        <w:r>
          <w:rPr>
            <w:color w:val="0000EE"/>
            <w:u w:val="single"/>
          </w:rPr>
          <w:t>[2]</w:t>
        </w:r>
      </w:hyperlink>
      <w:r>
        <w:t xml:space="preserve">, </w:t>
      </w:r>
      <w:hyperlink r:id="rId11">
        <w:r>
          <w:rPr>
            <w:color w:val="0000EE"/>
            <w:u w:val="single"/>
          </w:rPr>
          <w:t>[6]</w:t>
        </w:r>
      </w:hyperlink>
      <w:r/>
    </w:p>
    <w:p>
      <w:r/>
      <w:r>
        <w:t xml:space="preserve">Still, the crowds, performances and fundraising activity offer a more hopeful image. The Rainbow Festival is carrying on, and its continued popularity suggests that community connection remains stronger than fear. That doesn't remove the need for vigilance, but it does show why public LGBTQ+ celebrations continue to have real social weight. </w:t>
      </w:r>
      <w:hyperlink r:id="rId10">
        <w:r>
          <w:rPr>
            <w:color w:val="0000EE"/>
            <w:u w:val="single"/>
          </w:rPr>
          <w:t>[3]</w:t>
        </w:r>
      </w:hyperlink>
      <w:r>
        <w:t xml:space="preserve">, </w:t>
      </w:r>
      <w:hyperlink r:id="rId14">
        <w:r>
          <w:rPr>
            <w:color w:val="0000EE"/>
            <w:u w:val="single"/>
          </w:rPr>
          <w:t>[4]</w:t>
        </w:r>
      </w:hyperlink>
      <w:r/>
    </w:p>
    <w:p>
      <w:r/>
      <w:r>
        <w:t>Check the latest event guidance, plan your journey and enjoy the celebration with people you trust.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[6]</w:t>
        </w:r>
      </w:hyperlink>
      <w:r>
        <w:t xml:space="preserve">- Paragraph 6: </w:t>
      </w:r>
      <w:hyperlink r:id="rId10">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https://www.kcra.com/article/sacramento-rainbow-festival-safety-security/73627411</w:t>
        </w:r>
      </w:hyperlink>
      <w:r>
        <w:t xml:space="preserve"> - Please view link - unable to able to access data</w:t>
      </w:r>
      <w:r/>
    </w:p>
    <w:p>
      <w:pPr>
        <w:pStyle w:val="ListNumber"/>
        <w:spacing w:line="240" w:lineRule="auto"/>
        <w:ind w:left="720"/>
      </w:pPr>
      <w:r/>
      <w:hyperlink r:id="rId9">
        <w:r>
          <w:rPr>
            <w:color w:val="0000EE"/>
            <w:u w:val="single"/>
          </w:rPr>
          <w:t>https://www.aol.com/articles/reported-violent-attack-brings-urgency-173530000.html</w:t>
        </w:r>
      </w:hyperlink>
      <w:r>
        <w:t xml:space="preserve"> - This report adds the victim’s own account and details about the immediate response from city officials. It identifies Joseph ‘Joey’ Sais, says he works at Sacramento City Hall as council liaison for Eric Guerra, and describes the alleged assault near Lavender Heights as a possible bias-motivated felony attack. It also says the City has promised improved lighting and positioned surveillance cameras at 20th and L Streets ahead of the Rainbow Festival. The story broadens the local context by linking the attack to previous violent incidents in the neighbourhood and describing the festival as ‘Retro Rainbow’.</w:t>
      </w:r>
      <w:r/>
    </w:p>
    <w:p>
      <w:pPr>
        <w:pStyle w:val="ListNumber"/>
        <w:spacing w:line="240" w:lineRule="auto"/>
        <w:ind w:left="720"/>
      </w:pPr>
      <w:r/>
      <w:hyperlink r:id="rId10">
        <w:r>
          <w:rPr>
            <w:color w:val="0000EE"/>
            <w:u w:val="single"/>
          </w:rPr>
          <w:t>https://www.sacbee.com/news/local/article313767454.html</w:t>
        </w:r>
      </w:hyperlink>
      <w:r>
        <w:t xml:space="preserve"> - This Sacramento Bee piece adds direct reaction from community members and officials at an earlier safety forum in Lavender Heights. It shows that concern over violent attacks in the district predates the 2026 festival story, and it names the people trying to address it: Sacramento LGBT Community Center CEO David Heitstuman, Councilmember Phil Pluckebaum, Midtown Association Executive Director Emily Baime Michaels and police sergeant and LGBTQ liaison Jon Houston. The article also gives a crowd estimate for the forum and frames the issue as part of a wider national rise in anti-LGBTQ targeting.</w:t>
      </w:r>
      <w:r/>
    </w:p>
    <w:p>
      <w:pPr>
        <w:pStyle w:val="ListNumber"/>
        <w:spacing w:line="240" w:lineRule="auto"/>
        <w:ind w:left="720"/>
      </w:pPr>
      <w:r/>
      <w:hyperlink r:id="rId14">
        <w:r>
          <w:rPr>
            <w:color w:val="0000EE"/>
            <w:u w:val="single"/>
          </w:rPr>
          <w:t>https://www.capradio.org/articles/2026/06/11/alvin-prasad-to-be-honored-in-this-weekends-pride-march-and-festival/</w:t>
        </w:r>
      </w:hyperlink>
      <w:r>
        <w:t xml:space="preserve"> - This report provides key background on Alvin Prasad, who became a symbol of the Lavender Heights safety crisis after the Halloween attack. It identifies him as the 2026 Grand Marshal for Sacramento Pride and says the Sacramento LGBT Center said the attack shook the neighbourhood. The story also adds fund-raising and programming details about Pride, including the role of volunteers, cuts to grants and the performers scheduled for the 2026 festival.</w:t>
      </w:r>
      <w:r/>
    </w:p>
    <w:p>
      <w:pPr>
        <w:pStyle w:val="ListNumber"/>
        <w:spacing w:line="240" w:lineRule="auto"/>
        <w:ind w:left="720"/>
      </w:pPr>
      <w:r/>
      <w:hyperlink r:id="rId12">
        <w:r>
          <w:rPr>
            <w:color w:val="0000EE"/>
            <w:u w:val="single"/>
          </w:rPr>
          <w:t>https://sacramentocityexpress.com/2026/09/03/attending-a-sacramento-event-this-labor-day-weekend-plan-ahead-with-these-five-tips/amp/</w:t>
        </w:r>
      </w:hyperlink>
      <w:r>
        <w:t xml:space="preserve"> - This city publication adds official guidance on public safety and planning for the holiday weekend, including the Rainbow Festival’s date and location. It confirms that city public safety teams would be present downtown and quotes the City’s Nighttime Economy manager urging attendees to prepare, travel safely and look out for one another. It is useful for rebuilding the story because it places the festival within a broader weekend of events and gives practical security advice that reflects the atmosphere around the festival.</w:t>
      </w:r>
      <w:r/>
    </w:p>
    <w:p>
      <w:pPr>
        <w:pStyle w:val="ListNumber"/>
        <w:spacing w:line="240" w:lineRule="auto"/>
        <w:ind w:left="720"/>
      </w:pPr>
      <w:r/>
      <w:hyperlink r:id="rId11">
        <w:r>
          <w:rPr>
            <w:color w:val="0000EE"/>
            <w:u w:val="single"/>
          </w:rPr>
          <w:t>https://www.kcra.com/article/sacramento-man-says-attackers-shouted-anti-lgbtq-racist-slurs-before-beating-him-in-lavender-heights/73565430</w:t>
        </w:r>
      </w:hyperlink>
      <w:r>
        <w:t xml:space="preserve"> - This KCRA report is the clearest local account of the alleged assault that sits behind the Rainbow Festival security story. It names Joseph Sais, places the attack near 20th and L streets, and says four men shouted anti-LGBTQ and racist slurs before chasing and beating him. It adds photographs, bruising, broken glasses and the police response, and it includes Sais’ argument that the neighbourhood should be safer and that more police may not be the only solution.</w:t>
      </w:r>
      <w:r/>
    </w:p>
    <w:p>
      <w:pPr>
        <w:pStyle w:val="ListNumber"/>
        <w:spacing w:line="240" w:lineRule="auto"/>
        <w:ind w:left="720"/>
      </w:pPr>
      <w:r/>
      <w:hyperlink r:id="rId13">
        <w:r>
          <w:rPr>
            <w:color w:val="0000EE"/>
            <w:u w:val="single"/>
          </w:rPr>
          <w:t>https://sacrainbowfest.org/about-us-1</w:t>
        </w:r>
      </w:hyperlink>
      <w:r>
        <w:t xml:space="preserve"> - This official festival page gives the clearest event background: the Rainbow Festival returns on Sunday, 6 September 2026, with a ‘Retro Rainbow’ theme, and is described as a more-than-40-year Lavender Heights tradition. It confirms the event is a non-profit community festival and shows how organisers frame its purpose, which helps distinguish the festival’s long-running role from the immediate security concerns surrounding 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ol.com/articles/reported-violent-attack-brings-urgency-173530000.html" TargetMode="External"/><Relationship Id="rId10" Type="http://schemas.openxmlformats.org/officeDocument/2006/relationships/hyperlink" Target="https://www.sacbee.com/news/local/article313767454.html" TargetMode="External"/><Relationship Id="rId11" Type="http://schemas.openxmlformats.org/officeDocument/2006/relationships/hyperlink" Target="https://www.kcra.com/article/sacramento-man-says-attackers-shouted-anti-lgbtq-racist-slurs-before-beating-him-in-lavender-heights/73565430" TargetMode="External"/><Relationship Id="rId12" Type="http://schemas.openxmlformats.org/officeDocument/2006/relationships/hyperlink" Target="https://sacramentocityexpress.com/2026/09/03/attending-a-sacramento-event-this-labor-day-weekend-plan-ahead-with-these-five-tips/amp/" TargetMode="External"/><Relationship Id="rId13" Type="http://schemas.openxmlformats.org/officeDocument/2006/relationships/hyperlink" Target="https://sacrainbowfest.org/about-us-1" TargetMode="External"/><Relationship Id="rId14" Type="http://schemas.openxmlformats.org/officeDocument/2006/relationships/hyperlink" Target="https://www.capradio.org/articles/2026/06/11/alvin-prasad-to-be-honored-in-this-weekends-pride-march-and-festival/" TargetMode="External"/><Relationship Id="rId15" Type="http://schemas.openxmlformats.org/officeDocument/2006/relationships/hyperlink" Target="https://www.kcra.com/article/sacramento-rainbow-festival-safety-security/736274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