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Okaeri Makes Nisei Week Parade History for LGBTQ+ Nikkei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Okaeri has brought LGBTQ+ Nikkei visibility to Los Angeles’ Nisei Week Grand Parade for the first time, with more than 75 community members marching through Little Tokyo. The moment matters because it links Japanese American heritage, queer pride and family support in one lively public celebration, while inviting more people into a welcoming cultural conversation.</w:t>
      </w:r>
      <w:r/>
    </w:p>
    <w:p>
      <w:pPr>
        <w:pStyle w:val="Heading2"/>
      </w:pPr>
      <w:r>
        <w:t>Essential Takeaways</w:t>
      </w:r>
      <w:r/>
      <w:r/>
    </w:p>
    <w:p>
      <w:pPr>
        <w:pStyle w:val="ListBullet"/>
        <w:spacing w:line="240" w:lineRule="auto"/>
        <w:ind w:left="720"/>
      </w:pPr>
      <w:r/>
      <w:r>
        <w:rPr>
          <w:b/>
        </w:rPr>
        <w:t>A historic first:</w:t>
      </w:r>
      <w:r>
        <w:t xml:space="preserve"> Okaeri became the first LGBTQ+ group to join the Nisei Week Grand Parade.</w:t>
      </w:r>
      <w:r/>
    </w:p>
    <w:p>
      <w:pPr>
        <w:pStyle w:val="ListBullet"/>
        <w:spacing w:line="240" w:lineRule="auto"/>
        <w:ind w:left="720"/>
      </w:pPr>
      <w:r/>
      <w:r>
        <w:rPr>
          <w:b/>
        </w:rPr>
        <w:t>A strong turnout:</w:t>
      </w:r>
      <w:r>
        <w:t xml:space="preserve"> More than 75 community members marched with pride flags and inclusion-focused signs.</w:t>
      </w:r>
      <w:r/>
    </w:p>
    <w:p>
      <w:pPr>
        <w:pStyle w:val="ListBullet"/>
        <w:spacing w:line="240" w:lineRule="auto"/>
        <w:ind w:left="720"/>
      </w:pPr>
      <w:r/>
      <w:r>
        <w:rPr>
          <w:b/>
        </w:rPr>
        <w:t>A growing programme:</w:t>
      </w:r>
      <w:r>
        <w:t xml:space="preserve"> Okaeri supports LGBTQ+ Nikkei people and their families through education, advocacy and community-building.</w:t>
      </w:r>
      <w:r/>
    </w:p>
    <w:p>
      <w:pPr>
        <w:pStyle w:val="ListBullet"/>
        <w:spacing w:line="240" w:lineRule="auto"/>
        <w:ind w:left="720"/>
      </w:pPr>
      <w:r/>
      <w:r>
        <w:rPr>
          <w:b/>
        </w:rPr>
        <w:t>A wider celebration:</w:t>
      </w:r>
      <w:r>
        <w:t xml:space="preserve"> The parade formed part of Nisei Week’s nine-day programme of Japanese and Japanese American culture.</w:t>
      </w:r>
      <w:r/>
    </w:p>
    <w:p>
      <w:pPr>
        <w:pStyle w:val="ListBullet"/>
        <w:spacing w:line="240" w:lineRule="auto"/>
        <w:ind w:left="720"/>
      </w:pPr>
      <w:r/>
      <w:r>
        <w:rPr>
          <w:b/>
        </w:rPr>
        <w:t>Another event ahead:</w:t>
      </w:r>
      <w:r>
        <w:t xml:space="preserve"> Queer Obon is scheduled at Terasaki Budokan on 20 September, with sliding-scale tickets available.</w:t>
      </w:r>
      <w:r/>
      <w:r/>
    </w:p>
    <w:p>
      <w:pPr>
        <w:pStyle w:val="Heading2"/>
      </w:pPr>
      <w:r>
        <w:t>Okaeri brings queer visibility to Little Tokyo</w:t>
      </w:r>
      <w:r/>
    </w:p>
    <w:p>
      <w:r/>
      <w:r>
        <w:t>The most striking detail was the sight of a large Okaeri contingent moving through Little Tokyo together, pride flags lifting above the crowd and signs turning visibility into a shared statement. According to The Rafu Shimpo, the group’s appearance marked the first time an LGBTQ+ organisation had marched in the historic Nisei Week parade.</w:t>
      </w:r>
      <w:r/>
    </w:p>
    <w:p>
      <w:r/>
      <w:r>
        <w:t>That public presence carries particular weight at a festival built around Japanese and Japanese American heritage. Nisei Week’s Grand Parade is not simply a colourful procession, but part of a long-running effort to celebrate culture, memory and community in the heart of Los Angeles’ Little Tokyo, as event listings from the city and KCRW show.</w:t>
      </w:r>
      <w:r/>
    </w:p>
    <w:p>
      <w:pPr>
        <w:pStyle w:val="Heading2"/>
      </w:pPr>
      <w:r>
        <w:t>Why this parade moment matters</w:t>
      </w:r>
      <w:r/>
    </w:p>
    <w:p>
      <w:r/>
      <w:r>
        <w:t>Okaeri Steering Committee Chair Eric Arimoto described the march as a chance to appear “in strength in numbers” and continue a wider dialogue. That combination of pride and coalition-building feels important: the group wasn't asking to stand outside the cultural story, but showing that LGBTQ+ Nikkei people are part of it.</w:t>
      </w:r>
      <w:r/>
    </w:p>
    <w:p>
      <w:r/>
      <w:r>
        <w:t>The parade also reflected Nisei Week’s broader connection with Asian American, Native Hawaiian, Pacific Islander and LGBTQ+ communities. Coverage of the festival by The Rafu Shimpo and Cultural News places the event within a wider programme where heritage is celebrated as something lived, shared and continually expanded.</w:t>
      </w:r>
      <w:r/>
    </w:p>
    <w:p>
      <w:pPr>
        <w:pStyle w:val="Heading2"/>
      </w:pPr>
      <w:r>
        <w:t>Okaeri offers more than a parade appearance</w:t>
      </w:r>
      <w:r/>
    </w:p>
    <w:p>
      <w:r/>
      <w:r>
        <w:t>Okaeri means “welcome home” in Japanese, a fitting name for a programme focused on belonging. Its work includes supporting LGBTQ+ Nikkei people and their families, creating space for personal stories, and offering culturally grounded education and advocacy, according to Okaeri’s own website.</w:t>
      </w:r>
      <w:r/>
    </w:p>
    <w:p>
      <w:r/>
      <w:r>
        <w:t>The organisation began in 2014, founded by Marsha Aizumi, and became part of Little Tokyo Service Center in 2025. LTSC’s announcement about welcoming Okaeri shows how that move gives the programme a stronger organisational base while keeping its focus on compassionate community connections.</w:t>
      </w:r>
      <w:r/>
    </w:p>
    <w:p>
      <w:pPr>
        <w:pStyle w:val="Heading2"/>
      </w:pPr>
      <w:r>
        <w:t>What the next event says about the movement</w:t>
      </w:r>
      <w:r/>
    </w:p>
    <w:p>
      <w:r/>
      <w:r>
        <w:t>The next major gathering is Queer Obon, planned for Terasaki Budokan on 20 September from 4pm to 9pm. The event is designed to bring together the Nikkei LGBTQ+ community, celebrate connection and honour queer ancestors, with sliding-scale tickets intended to make participation more accessible.</w:t>
      </w:r>
      <w:r/>
    </w:p>
    <w:p>
      <w:r/>
      <w:r>
        <w:t>Obon already carries themes of remembrance and family, so a queer-focused version offers a thoughtful way to connect cultural tradition with lives and histories that have too often been left out of the frame. For anyone discovering Okaeri through the parade, it could be an easy next step into the community.</w:t>
      </w:r>
      <w:r/>
    </w:p>
    <w:p>
      <w:pPr>
        <w:pStyle w:val="Heading2"/>
      </w:pPr>
      <w:r>
        <w:t>A small march with a lasting message</w:t>
      </w:r>
      <w:r/>
    </w:p>
    <w:p>
      <w:r/>
      <w:r>
        <w:t>Historic firsts can look deceptively simple: a group gathers, flags wave and a parade moves on. But for LGBTQ+ Nikkei people and their families, Okaeri’s Nisei Week appearance makes belonging visible in a place where heritage is already being celebrated.</w:t>
      </w:r>
      <w:r/>
    </w:p>
    <w:p>
      <w:r/>
      <w:r>
        <w:t>As Little Tokyo’s cultural calendar continues to evolve, moments like this suggest that tradition isn't fixed. It can make room, listen better and feel more like home.</w:t>
      </w:r>
      <w:r/>
    </w:p>
    <w:p>
      <w:r/>
      <w:r>
        <w:t>It’s a bright step towards a more inclusive cultural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5">
        <w:r>
          <w:rPr>
            <w:color w:val="0000EE"/>
            <w:u w:val="single"/>
          </w:rPr>
          <w:t>[7]</w:t>
        </w:r>
      </w:hyperlink>
      <w:r>
        <w:t xml:space="preserve">, </w:t>
      </w:r>
      <w:hyperlink r:id="rId10">
        <w:r>
          <w:rPr>
            <w:color w:val="0000EE"/>
            <w:u w:val="single"/>
          </w:rPr>
          <w:t>[2]</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5">
        <w:r>
          <w:rPr>
            <w:color w:val="0000EE"/>
            <w:u w:val="single"/>
          </w:rPr>
          <w:t>[7]</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https://rafu.com/2026/09/ltscs-okaeri-is-first-lgbtq-group-to-join-nisei-week-parade/</w:t>
        </w:r>
      </w:hyperlink>
      <w:r>
        <w:t xml:space="preserve"> - Please view link - unable to able to access data</w:t>
      </w:r>
      <w:r/>
    </w:p>
    <w:p>
      <w:pPr>
        <w:pStyle w:val="ListNumber"/>
        <w:spacing w:line="240" w:lineRule="auto"/>
        <w:ind w:left="720"/>
      </w:pPr>
      <w:r/>
      <w:hyperlink r:id="rId10">
        <w:r>
          <w:rPr>
            <w:color w:val="0000EE"/>
            <w:u w:val="single"/>
          </w:rPr>
          <w:t>https://www.okaeri.org/</w:t>
        </w:r>
      </w:hyperlink>
      <w:r>
        <w:t xml:space="preserve"> - Okaeri’s homepage provides the most direct background on the group behind the parade story. It says Okaeri is a programme of Little Tokyo Service Center and a place for LGBTQ+ Japanese/Japanese Americans, parents and allies to find support and build community. It explains the name, traces the group back to Marsha Aizumi’s 2014 gathering, and notes her death in December 2025. It also points readers to Queer Obon and says the event includes games, food, an Obon altar and Bon Odori circle dancing. This is not reporting on the parade itself, but it is useful background for understanding why the Nisei Week appearance mattered.</w:t>
      </w:r>
      <w:r/>
    </w:p>
    <w:p>
      <w:pPr>
        <w:pStyle w:val="ListNumber"/>
        <w:spacing w:line="240" w:lineRule="auto"/>
        <w:ind w:left="720"/>
      </w:pPr>
      <w:r/>
      <w:hyperlink r:id="rId14">
        <w:r>
          <w:rPr>
            <w:color w:val="0000EE"/>
            <w:u w:val="single"/>
          </w:rPr>
          <w:t>https://www.culturalnews.com/?p=50878</w:t>
        </w:r>
      </w:hyperlink>
      <w:r>
        <w:t xml:space="preserve"> - Cultural News reports that Okaeri, the Nikkei LGBTQ+ programme of Little Tokyo Service Center, was the first LGBTQ+ group to walk in Little Tokyo’s Nisei Week Grand Parade on 16 August 2026. It adds the scale of the turnout, the parade’s 84th-festival context, and quotes Eric Arimoto on marching in coalition. It also notes the programme’s founding by Marsha Aizumi and its planned Queer Obon event on 20 September 2026.</w:t>
      </w:r>
      <w:r/>
    </w:p>
    <w:p>
      <w:pPr>
        <w:pStyle w:val="ListNumber"/>
        <w:spacing w:line="240" w:lineRule="auto"/>
        <w:ind w:left="720"/>
      </w:pPr>
      <w:r/>
      <w:hyperlink r:id="rId11">
        <w:r>
          <w:rPr>
            <w:color w:val="0000EE"/>
            <w:u w:val="single"/>
          </w:rPr>
          <w:t>https://rafu.com/2026/08/a-perfect-day-for-a-parade-at-nisei-week/</w:t>
        </w:r>
      </w:hyperlink>
      <w:r>
        <w:t xml:space="preserve"> - Rafu Shimpo provides a separate parade report on the same Nisei Week Grand Parade, giving a broader crowd-and-route account and adding details about weather, the more than 60 entries, and some of the groups and performances seen along the route. It does not focus on Okaeri, but it helps reconstruct the wider event in Little Tokyo on 16 August 2026.</w:t>
      </w:r>
      <w:r/>
    </w:p>
    <w:p>
      <w:pPr>
        <w:pStyle w:val="ListNumber"/>
        <w:spacing w:line="240" w:lineRule="auto"/>
        <w:ind w:left="720"/>
      </w:pPr>
      <w:r/>
      <w:hyperlink r:id="rId12">
        <w:r>
          <w:rPr>
            <w:color w:val="0000EE"/>
            <w:u w:val="single"/>
          </w:rPr>
          <w:t>https://culture.lacity.gov/event/nisei-week-grand-parade</w:t>
        </w:r>
      </w:hyperlink>
      <w:r>
        <w:t xml:space="preserve"> - The City of Los Angeles Department of Cultural Affairs event listing confirms the Nisei Week Grand Parade took place on Sunday 16 August 2026 in Little Tokyo. It is useful as a municipal source for the official time window and setting of the parade, though it does not mention Okaeri specifically.</w:t>
      </w:r>
      <w:r/>
    </w:p>
    <w:p>
      <w:pPr>
        <w:pStyle w:val="ListNumber"/>
        <w:spacing w:line="240" w:lineRule="auto"/>
        <w:ind w:left="720"/>
      </w:pPr>
      <w:r/>
      <w:hyperlink r:id="rId13">
        <w:r>
          <w:rPr>
            <w:color w:val="0000EE"/>
            <w:u w:val="single"/>
          </w:rPr>
          <w:t>https://www.kcrw.com/events/nisei-week-grand-parade-at-japanese-village-plaza</w:t>
        </w:r>
      </w:hyperlink>
      <w:r>
        <w:t xml:space="preserve"> - KCRW’s event listing also confirms the 16 August 2026 parade in Little Tokyo and adds the start time. It gives a concise description of the kinds of performers and community groups in the procession, making it a useful calendar source for the wider event backdrop.</w:t>
      </w:r>
      <w:r/>
    </w:p>
    <w:p>
      <w:pPr>
        <w:pStyle w:val="ListNumber"/>
        <w:spacing w:line="240" w:lineRule="auto"/>
        <w:ind w:left="720"/>
      </w:pPr>
      <w:r/>
      <w:hyperlink r:id="rId15">
        <w:r>
          <w:rPr>
            <w:color w:val="0000EE"/>
            <w:u w:val="single"/>
          </w:rPr>
          <w:t>https://www.ltsc.org/welcoming-okaeri-to-ltsc/</w:t>
        </w:r>
      </w:hyperlink>
      <w:r>
        <w:t xml:space="preserve"> - LTSC’s announcement explains when and how Okaeri became part of Little Tokyo Service Center, giving background that the article relies on. It says Okaeri was founded in 2014, fiscally sponsored by LTSC since January 2020, and formally joined as a programme in November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fu.com/2026/09/ltscs-okaeri-is-first-lgbtq-group-to-join-nisei-week-parade/" TargetMode="External"/><Relationship Id="rId10" Type="http://schemas.openxmlformats.org/officeDocument/2006/relationships/hyperlink" Target="https://www.okaeri.org/" TargetMode="External"/><Relationship Id="rId11" Type="http://schemas.openxmlformats.org/officeDocument/2006/relationships/hyperlink" Target="https://rafu.com/2026/08/a-perfect-day-for-a-parade-at-nisei-week/" TargetMode="External"/><Relationship Id="rId12" Type="http://schemas.openxmlformats.org/officeDocument/2006/relationships/hyperlink" Target="https://culture.lacity.gov/event/nisei-week-grand-parade" TargetMode="External"/><Relationship Id="rId13" Type="http://schemas.openxmlformats.org/officeDocument/2006/relationships/hyperlink" Target="https://www.kcrw.com/events/nisei-week-grand-parade-at-japanese-village-plaza" TargetMode="External"/><Relationship Id="rId14" Type="http://schemas.openxmlformats.org/officeDocument/2006/relationships/hyperlink" Target="https://www.culturalnews.com/?p=50878" TargetMode="External"/><Relationship Id="rId15" Type="http://schemas.openxmlformats.org/officeDocument/2006/relationships/hyperlink" Target="https://www.ltsc.org/welcoming-okaeri-to-lts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