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Louisville Melanin Pride Weekend Marks 10 Years of Black LGBTQ+ Celebration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Louisville’s Melanin Pride Weekend returns from 18 to 20 September for its tenth anniversary, bringing Black LGBTQ+ community members and allies together for performances, parties, vendors and a drag brunch. With events across the city, the weekend offers both ticketed and free ways to celebrate, connect and feel at home.</w:t>
      </w:r>
      <w:r/>
    </w:p>
    <w:p>
      <w:pPr>
        <w:pStyle w:val="Heading2"/>
      </w:pPr>
      <w:r>
        <w:t>Essential Takeaways</w:t>
      </w:r>
      <w:r/>
      <w:r/>
    </w:p>
    <w:p>
      <w:pPr>
        <w:pStyle w:val="ListBullet"/>
        <w:spacing w:line="240" w:lineRule="auto"/>
        <w:ind w:left="720"/>
      </w:pPr>
      <w:r/>
      <w:r>
        <w:rPr>
          <w:b/>
        </w:rPr>
        <w:t>Three-day celebration:</w:t>
      </w:r>
      <w:r>
        <w:t xml:space="preserve"> Melanin Pride Weekend runs from 18 to 20 September in Louisville.</w:t>
      </w:r>
      <w:r/>
    </w:p>
    <w:p>
      <w:pPr>
        <w:pStyle w:val="ListBullet"/>
        <w:spacing w:line="240" w:lineRule="auto"/>
        <w:ind w:left="720"/>
      </w:pPr>
      <w:r/>
      <w:r>
        <w:rPr>
          <w:b/>
        </w:rPr>
        <w:t>Community-led purpose:</w:t>
      </w:r>
      <w:r>
        <w:t xml:space="preserve"> Founder Desiree Carr created the event as a welcoming space for Black LGBTQ+ people.</w:t>
      </w:r>
      <w:r/>
    </w:p>
    <w:p>
      <w:pPr>
        <w:pStyle w:val="ListBullet"/>
        <w:spacing w:line="240" w:lineRule="auto"/>
        <w:ind w:left="720"/>
      </w:pPr>
      <w:r/>
      <w:r>
        <w:rPr>
          <w:b/>
        </w:rPr>
        <w:t>Varied programme:</w:t>
      </w:r>
      <w:r>
        <w:t xml:space="preserve"> Expect an open mic, day parties, local performers, vendors and a drag brunch.</w:t>
      </w:r>
      <w:r/>
    </w:p>
    <w:p>
      <w:pPr>
        <w:pStyle w:val="ListBullet"/>
        <w:spacing w:line="240" w:lineRule="auto"/>
        <w:ind w:left="720"/>
      </w:pPr>
      <w:r/>
      <w:r>
        <w:rPr>
          <w:b/>
        </w:rPr>
        <w:t>Multiple venues:</w:t>
      </w:r>
      <w:r>
        <w:t xml:space="preserve"> Events include Canvas &amp; Cocktails in Shively and Jubilee Field in the Meriwether neighbourhood.</w:t>
      </w:r>
      <w:r/>
    </w:p>
    <w:p>
      <w:pPr>
        <w:pStyle w:val="ListBullet"/>
        <w:spacing w:line="240" w:lineRule="auto"/>
        <w:ind w:left="720"/>
      </w:pPr>
      <w:r/>
      <w:r>
        <w:rPr>
          <w:b/>
        </w:rPr>
        <w:t>Plan ahead:</w:t>
      </w:r>
      <w:r>
        <w:t xml:space="preserve"> Some activities are free, while others require tickets or advance registration.</w:t>
      </w:r>
      <w:r/>
      <w:r/>
    </w:p>
    <w:p>
      <w:pPr>
        <w:pStyle w:val="Heading2"/>
      </w:pPr>
      <w:r>
        <w:t>Louisville’s Black LGBTQ+ celebration reaches a milestone</w:t>
      </w:r>
      <w:r/>
    </w:p>
    <w:p>
      <w:r/>
      <w:r>
        <w:t>There’s something especially warm about a festival that feels less like a formal occasion and more like a long-awaited reunion. Melanin Pride Weekend will return to Louisville from 18 to 20 September, marking ten years of celebrating the city’s Black LGBTQ+ community.</w:t>
      </w:r>
      <w:r/>
    </w:p>
    <w:p>
      <w:r/>
      <w:r>
        <w:t>The anniversary programme is designed to keep the atmosphere lively and varied, with music, spoken-word moments, social gatherings and plenty of reasons to dress up. Local performers and vendors will share the spotlight, while reality television guests from Now That’s TV are expected to bring an audience from beyond Kentucky.</w:t>
      </w:r>
      <w:r/>
    </w:p>
    <w:p>
      <w:pPr>
        <w:pStyle w:val="Heading2"/>
      </w:pPr>
      <w:r>
        <w:t>A safer, more comfortable space by design</w:t>
      </w:r>
      <w:r/>
    </w:p>
    <w:p>
      <w:r/>
      <w:r>
        <w:t>Founder Desiree Carr launched Melanin Pride Weekend to address a gap she saw in existing LGBTQ+ spaces. Her aim was to create an environment where Black LGBTQ+ people could show up without feeling like they had to explain or edit themselves.</w:t>
      </w:r>
      <w:r/>
    </w:p>
    <w:p>
      <w:r/>
      <w:r>
        <w:t>That focus remains central to the weekend’s appeal. It’s not simply a sequence of parties, but a community platform shaped around visibility, comfort and belonging. For many attendees, that sense of recognition may be the most important feature of all.</w:t>
      </w:r>
      <w:r/>
    </w:p>
    <w:p>
      <w:pPr>
        <w:pStyle w:val="Heading2"/>
      </w:pPr>
      <w:r>
        <w:t>What’s on the programme?</w:t>
      </w:r>
      <w:r/>
    </w:p>
    <w:p>
      <w:r/>
      <w:r>
        <w:t>The weekend will include an open mic, day parties, live local entertainment, vendors and a drag brunch. The mix means visitors can move between louder, high-energy gatherings and more intimate opportunities to meet people, support small businesses or enjoy performances.</w:t>
      </w:r>
      <w:r/>
    </w:p>
    <w:p>
      <w:r/>
      <w:r>
        <w:t>Canvas &amp; Cocktails in Shively and Jubilee Field in the Meriwether neighbourhood are among the featured locations. As with any multi-venue event, checking the latest schedule before setting off is sensible, particularly if you’re planning to attend more than one activity.</w:t>
      </w:r>
      <w:r/>
    </w:p>
    <w:p>
      <w:pPr>
        <w:pStyle w:val="Heading2"/>
      </w:pPr>
      <w:r>
        <w:t>Free events, ticketed gatherings and travel tips</w:t>
      </w:r>
      <w:r/>
    </w:p>
    <w:p>
      <w:r/>
      <w:r>
        <w:t>Some Melanin Pride Weekend events will be free, while others require tickets. That gives visitors a little flexibility, whether they’re committing to the full anniversary experience or sampling one event for the first time.</w:t>
      </w:r>
      <w:r/>
    </w:p>
    <w:p>
      <w:r/>
      <w:r>
        <w:t>If you’re travelling to Louisville, it’s worth checking venue details, start times and entry requirements early. Popular celebrations can fill quickly, especially when special guests are involved, so buying tickets in advance may save last-minute stress. Comfortable shoes probably won’t hurt either.</w:t>
      </w:r>
      <w:r/>
    </w:p>
    <w:p>
      <w:pPr>
        <w:pStyle w:val="Heading2"/>
      </w:pPr>
      <w:r>
        <w:t>Why the tenth anniversary matters</w:t>
      </w:r>
      <w:r/>
    </w:p>
    <w:p>
      <w:r/>
      <w:r>
        <w:t>A decade is a meaningful marker for any community event, particularly one built to answer a need that wasn’t being met. The continued enthusiasm from performers and returning attendees suggests Melanin Pride Weekend has become a fixture in Louisville’s cultural calendar.</w:t>
      </w:r>
      <w:r/>
    </w:p>
    <w:p>
      <w:r/>
      <w:r>
        <w:t>The anniversary also arrives at a moment when community-led celebrations remain vital. A weekend that combines joy, representation and practical support can leave a lasting impression long after the music stops. In that sense, Melanin Pride is both a party and a statement: there is room here, and people are making sure it stays visible.</w:t>
      </w:r>
      <w:r/>
    </w:p>
    <w:p>
      <w:r/>
      <w:r>
        <w:t>It's a milestone built around belonging, celebration and showing up as yourself.</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0">
        <w:r>
          <w:rPr>
            <w:color w:val="0000EE"/>
            <w:u w:val="single"/>
          </w:rPr>
          <w:t>[2]</w:t>
        </w:r>
      </w:hyperlink>
      <w:r>
        <w:t xml:space="preserve">, </w:t>
      </w:r>
      <w:hyperlink r:id="rId14">
        <w:r>
          <w:rPr>
            <w:color w:val="0000EE"/>
            <w:u w:val="single"/>
          </w:rPr>
          <w:t>[5]</w:t>
        </w:r>
      </w:hyperlink>
      <w:r>
        <w:t xml:space="preserve">- Paragraph 4: </w:t>
      </w:r>
      <w:hyperlink r:id="rId11">
        <w:r>
          <w:rPr>
            <w:color w:val="0000EE"/>
            <w:u w:val="single"/>
          </w:rPr>
          <w:t>[3]</w:t>
        </w:r>
      </w:hyperlink>
      <w:r>
        <w:t xml:space="preserve">, </w:t>
      </w:r>
      <w:hyperlink r:id="rId15">
        <w:r>
          <w:rPr>
            <w:color w:val="0000EE"/>
            <w:u w:val="single"/>
          </w:rPr>
          <w:t>[6]</w:t>
        </w:r>
      </w:hyperlink>
      <w:r>
        <w:t xml:space="preserve">- Paragraph 5: </w:t>
      </w:r>
      <w:hyperlink r:id="rId12">
        <w:r>
          <w:rPr>
            <w:color w:val="0000EE"/>
            <w:u w:val="single"/>
          </w:rPr>
          <w:t>[4]</w:t>
        </w:r>
      </w:hyperlink>
      <w:r>
        <w:t xml:space="preserve">, </w:t>
      </w:r>
      <w:hyperlink r:id="rId13">
        <w:r>
          <w:rPr>
            <w:color w:val="0000EE"/>
            <w:u w:val="single"/>
          </w:rPr>
          <w:t>[7]</w:t>
        </w:r>
      </w:hyperlink>
      <w:r>
        <w:t xml:space="preserve">- Paragraph 6: </w:t>
      </w:r>
      <w:hyperlink r:id="rId14">
        <w:r>
          <w:rPr>
            <w:color w:val="0000EE"/>
            <w:u w:val="single"/>
          </w:rPr>
          <w:t>[5]</w:t>
        </w:r>
      </w:hyperlink>
      <w:r>
        <w:t xml:space="preserve">, </w:t>
      </w:r>
      <w:hyperlink r:id="rId15">
        <w:r>
          <w:rPr>
            <w:color w:val="0000EE"/>
            <w:u w:val="single"/>
          </w:rPr>
          <w:t>[6]</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[7]</w:t>
        </w:r>
      </w:hyperlink>
      <w:r>
        <w:t xml:space="preserve">- Paragraph 9: </w:t>
      </w:r>
      <w:hyperlink r:id="rId14">
        <w:r>
          <w:rPr>
            <w:color w:val="0000EE"/>
            <w:u w:val="single"/>
          </w:rPr>
          <w:t>[5]</w:t>
        </w:r>
      </w:hyperlink>
      <w:r>
        <w:t xml:space="preserve">, </w:t>
      </w:r>
      <w:hyperlink r:id="rId15">
        <w:r>
          <w:rPr>
            <w:color w:val="0000EE"/>
            <w:u w:val="single"/>
          </w:rPr>
          <w:t>[6]</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[7]</w:t>
        </w:r>
      </w:hyperlink>
      <w:r>
        <w:t xml:space="preserve">- Paragraph 12: </w:t>
      </w:r>
      <w:hyperlink r:id="rId10">
        <w:r>
          <w:rPr>
            <w:color w:val="0000EE"/>
            <w:u w:val="single"/>
          </w:rPr>
          <w:t>[2]</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https://www.wlky.com/article/louisvilles-melanin-pride-10-years/73634434</w:t>
        </w:r>
      </w:hyperlink>
      <w:r>
        <w:t xml:space="preserve"> - Please view link - unable to able to access data</w:t>
      </w:r>
      <w:r/>
    </w:p>
    <w:p>
      <w:pPr>
        <w:pStyle w:val="ListNumber"/>
        <w:spacing w:line="240" w:lineRule="auto"/>
        <w:ind w:left="720"/>
      </w:pPr>
      <w:r/>
      <w:hyperlink r:id="rId10">
        <w:r>
          <w:rPr>
            <w:color w:val="0000EE"/>
            <w:u w:val="single"/>
          </w:rPr>
          <w:t>https://queerkentucky.com/melanin-pride-weekend-black-lgbtq-louisville/</w:t>
        </w:r>
      </w:hyperlink>
      <w:r>
        <w:t xml:space="preserve"> - Queer Kentucky says Melanin Pride Weekend 2026 is returning to Louisville for its 10th anniversary from 18–20 September 2026. It frames the event as a decade-long effort to create intentional spaces for Black LGBTQ+ people and allies. The page adds a fuller schedule than the WLKY item, including five events, named venues, times and a community focus. It also says the celebration is expected to be the biggest yet and that it will bring together thousands of attendees, entertainers, leaders, businesses, nonprofits and allies from across the region.</w:t>
      </w:r>
      <w:r/>
    </w:p>
    <w:p>
      <w:pPr>
        <w:pStyle w:val="ListNumber"/>
        <w:spacing w:line="240" w:lineRule="auto"/>
        <w:ind w:left="720"/>
      </w:pPr>
      <w:r/>
      <w:hyperlink r:id="rId11">
        <w:r>
          <w:rPr>
            <w:color w:val="0000EE"/>
            <w:u w:val="single"/>
          </w:rPr>
          <w:t>https://legacysaidso.com/louisville-lgbtq-september-every-queer-event-this-month/</w:t>
        </w:r>
      </w:hyperlink>
      <w:r>
        <w:t xml:space="preserve"> - Legacy Said So places Melanin Pride Weekend within a wider Louisville LGBTQ+ September calendar. It adds venue, schedule and programming details, including Jubilee Field, a closing panel, and associated events earlier in the month. The page frames the weekend as the city’s biggest queer event in September and supplies names of panel speakers and hosts not mentioned by WLKY. It also connects the event to adjacent LGBTQ+ community programming, giving a broader calendar context rather than just a stand-alone festival write-up.</w:t>
      </w:r>
      <w:r/>
    </w:p>
    <w:p>
      <w:pPr>
        <w:pStyle w:val="ListNumber"/>
        <w:spacing w:line="240" w:lineRule="auto"/>
        <w:ind w:left="720"/>
      </w:pPr>
      <w:r/>
      <w:hyperlink r:id="rId12">
        <w:r>
          <w:rPr>
            <w:color w:val="0000EE"/>
            <w:u w:val="single"/>
          </w:rPr>
          <w:t>https://www.gayout.com/usa-canada/united-states/louisville/events/eventbrite-1990343176018</w:t>
        </w:r>
      </w:hyperlink>
      <w:r>
        <w:t xml:space="preserve"> - GayOut reproduces an event listing for Melanin Pride Weekend 10 Years Strong in Louisville. It confirms the location as Jubilee Field and gives the event as a free-entry LGBTQ+ event on 18 September 2026. Compared with the WLKY article, it is much lighter on narrative but adds a concise event description that the weekend spans activities and gatherings for the community. It is useful as a secondary listing source for the venue and timing, though it contributes little reporting depth.</w:t>
      </w:r>
      <w:r/>
    </w:p>
    <w:p>
      <w:pPr>
        <w:pStyle w:val="ListNumber"/>
        <w:spacing w:line="240" w:lineRule="auto"/>
        <w:ind w:left="720"/>
      </w:pPr>
      <w:r/>
      <w:hyperlink r:id="rId14">
        <w:r>
          <w:rPr>
            <w:color w:val="0000EE"/>
            <w:u w:val="single"/>
          </w:rPr>
          <w:t>https://www.gotolouisville.com/events/all-shades-of-melanin-day-party/</w:t>
        </w:r>
      </w:hyperlink>
      <w:r>
        <w:t xml:space="preserve"> - GoToLouisville lists the All Shades of Melanin Day Party as a Louisville tourism event connected to the weekend. It adds an official destination-marketing description, exact date, time and location, and confirms the Palm Room as the venue. The page also notes the event’s email contact and describes it as a celebration of melanin’s beauty and diversity, encouraging guests to dress in brown shades. It is useful as an official local listing that supports the schedule and venue details.</w:t>
      </w:r>
      <w:r/>
    </w:p>
    <w:p>
      <w:pPr>
        <w:pStyle w:val="ListNumber"/>
        <w:spacing w:line="240" w:lineRule="auto"/>
        <w:ind w:left="720"/>
      </w:pPr>
      <w:r/>
      <w:hyperlink r:id="rId15">
        <w:r>
          <w:rPr>
            <w:color w:val="0000EE"/>
            <w:u w:val="single"/>
          </w:rPr>
          <w:t>https://form.jotform.com/261414835432050</w:t>
        </w:r>
      </w:hyperlink>
      <w:r>
        <w:t xml:space="preserve"> - This Jotform page is a vendor application for Melanin Pride Weekend. It adds operational details that are not in the WLKY article, including vendor pricing, food truck plans and the exact event-day breakdown. It confirms the weekend’s structure across Friday, Saturday and Sunday and provides organiser contact details. Although it is not journalism, it is a primary source for the event’s logistics and is useful for reconstructing the schedule and vendor model.</w:t>
      </w:r>
      <w:r/>
    </w:p>
    <w:p>
      <w:pPr>
        <w:pStyle w:val="ListNumber"/>
        <w:spacing w:line="240" w:lineRule="auto"/>
        <w:ind w:left="720"/>
      </w:pPr>
      <w:r/>
      <w:hyperlink r:id="rId13">
        <w:r>
          <w:rPr>
            <w:color w:val="0000EE"/>
            <w:u w:val="single"/>
          </w:rPr>
          <w:t>https://www.eventbrite.com/e/melanin-pride-weekend-10-years-strong-tickets-1990343176018</w:t>
        </w:r>
      </w:hyperlink>
      <w:r>
        <w:t xml:space="preserve"> - Eventbrite’s ticket page presents Melanin Pride Weekend 10 Years Strong as a free-entry, weekend-long event at Jubilee Field in Louisville. It adds a succinct overview of the programming, naming the open mic night, day party, drag brunch and community event. If accessible, it would be one of the strongest practical sources for ticketing, exact location and organiser attribution, but the page may be rate-limited in some environments. It is included because it directly matches the story and provides a ticketing source behind the announcement.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lky.com/article/louisvilles-melanin-pride-10-years/73634434" TargetMode="External"/><Relationship Id="rId10" Type="http://schemas.openxmlformats.org/officeDocument/2006/relationships/hyperlink" Target="https://queerkentucky.com/melanin-pride-weekend-black-lgbtq-louisville/" TargetMode="External"/><Relationship Id="rId11" Type="http://schemas.openxmlformats.org/officeDocument/2006/relationships/hyperlink" Target="https://legacysaidso.com/louisville-lgbtq-september-every-queer-event-this-month/" TargetMode="External"/><Relationship Id="rId12" Type="http://schemas.openxmlformats.org/officeDocument/2006/relationships/hyperlink" Target="https://www.gayout.com/usa-canada/united-states/louisville/events/eventbrite-1990343176018" TargetMode="External"/><Relationship Id="rId13" Type="http://schemas.openxmlformats.org/officeDocument/2006/relationships/hyperlink" Target="https://www.eventbrite.com/e/melanin-pride-weekend-10-years-strong-tickets-1990343176018" TargetMode="External"/><Relationship Id="rId14" Type="http://schemas.openxmlformats.org/officeDocument/2006/relationships/hyperlink" Target="https://www.gotolouisville.com/events/all-shades-of-melanin-day-party/" TargetMode="External"/><Relationship Id="rId15" Type="http://schemas.openxmlformats.org/officeDocument/2006/relationships/hyperlink" Target="https://form.jotform.com/26141483543205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