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One Gay College Baseball Player Found His Voice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Players, coaches and LGBTQ+ sports pioneers still draw strength from Matt Kaplon's decision to come out to his Drew University baseball team. His quiet, personal approach mattered because it challenged the old locker-room assumptions that had made honesty feel risky, while showing how one athlete's courage can change a team from the inside.</w:t>
      </w:r>
      <w:r/>
    </w:p>
    <w:p>
      <w:pPr>
        <w:pStyle w:val="Heading2"/>
      </w:pPr>
      <w:r>
        <w:t>Essential Takeaways</w:t>
      </w:r>
      <w:r/>
      <w:r/>
    </w:p>
    <w:p>
      <w:pPr>
        <w:pStyle w:val="ListBullet"/>
        <w:spacing w:line="240" w:lineRule="auto"/>
        <w:ind w:left="720"/>
      </w:pPr>
      <w:r/>
      <w:r>
        <w:rPr>
          <w:b/>
        </w:rPr>
        <w:t>A private decision:</w:t>
      </w:r>
      <w:r>
        <w:t xml:space="preserve"> Kaplon wanted teammates to hear the news directly from him, without turning it into a spectacle.</w:t>
      </w:r>
      <w:r/>
    </w:p>
    <w:p>
      <w:pPr>
        <w:pStyle w:val="ListBullet"/>
        <w:spacing w:line="240" w:lineRule="auto"/>
        <w:ind w:left="720"/>
      </w:pPr>
      <w:r/>
      <w:r>
        <w:rPr>
          <w:b/>
        </w:rPr>
        <w:t>Sport shaped the fear:</w:t>
      </w:r>
      <w:r>
        <w:t xml:space="preserve"> Years of casual homophobic language had convinced him that being openly gay might cost him acceptance.</w:t>
      </w:r>
      <w:r/>
    </w:p>
    <w:p>
      <w:pPr>
        <w:pStyle w:val="ListBullet"/>
        <w:spacing w:line="240" w:lineRule="auto"/>
        <w:ind w:left="720"/>
      </w:pPr>
      <w:r/>
      <w:r>
        <w:rPr>
          <w:b/>
        </w:rPr>
        <w:t>Support made the difference:</w:t>
      </w:r>
      <w:r>
        <w:t xml:space="preserve"> His coach and teammates responded warmly, with one player calling the announcement exceptionally brave.</w:t>
      </w:r>
      <w:r/>
    </w:p>
    <w:p>
      <w:pPr>
        <w:pStyle w:val="ListBullet"/>
        <w:spacing w:line="240" w:lineRule="auto"/>
        <w:ind w:left="720"/>
      </w:pPr>
      <w:r/>
      <w:r>
        <w:rPr>
          <w:b/>
        </w:rPr>
        <w:t>Visibility changes behaviour:</w:t>
      </w:r>
      <w:r>
        <w:t xml:space="preserve"> The coach believed knowing Kaplon personally would make the team more thoughtful about its language.</w:t>
      </w:r>
      <w:r/>
    </w:p>
    <w:p>
      <w:pPr>
        <w:pStyle w:val="ListBullet"/>
        <w:spacing w:line="240" w:lineRule="auto"/>
        <w:ind w:left="720"/>
      </w:pPr>
      <w:r/>
      <w:r>
        <w:rPr>
          <w:b/>
        </w:rPr>
        <w:t>The story still resonates:</w:t>
      </w:r>
      <w:r>
        <w:t xml:space="preserve"> Kaplon's experience remains part of the wider history of LGBTQ+ athletes changing sport culture.</w:t>
      </w:r>
      <w:r/>
      <w:r/>
    </w:p>
    <w:p>
      <w:pPr>
        <w:pStyle w:val="Heading2"/>
      </w:pPr>
      <w:r>
        <w:t>Coming out without making a spectacle</w:t>
      </w:r>
      <w:r/>
    </w:p>
    <w:p>
      <w:r/>
      <w:r>
        <w:t>There was no dramatic press conference and no carefully staged announcement. Instead, Matt Kaplon stood in front of his Drew University baseball team in a warm classroom and said four simple words: "I'm gay."</w:t>
      </w:r>
      <w:r/>
    </w:p>
    <w:p>
      <w:r/>
      <w:r>
        <w:t>The moment was understated, but the stakes were enormous. Kaplon was a respected catcher approaching the final season of his university career, yet he felt his teammates had only ever known part of him. As Outsports reported, he wanted to stop hiding before his remaining time with the team ran out.</w:t>
      </w:r>
      <w:r/>
    </w:p>
    <w:p>
      <w:r/>
      <w:r>
        <w:t>That choice still feels striking. In sport, where toughness is often performed loudly, quiet honesty can require more nerve than any grand gesture.</w:t>
      </w:r>
      <w:r/>
    </w:p>
    <w:p>
      <w:pPr>
        <w:pStyle w:val="Heading2"/>
      </w:pPr>
      <w:r>
        <w:t>Why baseball felt like a difficult place to be open</w:t>
      </w:r>
      <w:r/>
    </w:p>
    <w:p>
      <w:r/>
      <w:r>
        <w:t>Kaplon's anxiety didn't come from nowhere. He had grown up surrounded by sport, and he remembered hearing slurs and dismissive comments in school and baseball settings. Even when remarks weren't aimed at a specific person, they helped create an atmosphere in which being gay seemed incompatible with being a serious athlete.</w:t>
      </w:r>
      <w:r/>
    </w:p>
    <w:p>
      <w:r/>
      <w:r>
        <w:t>According to the University Herald, the pressure followed him into college. His sporting identity was central to his life, so there was no easy way to separate the fear from the team environment he relied on every day.</w:t>
      </w:r>
      <w:r/>
    </w:p>
    <w:p>
      <w:r/>
      <w:r>
        <w:t>A family holiday near Provincetown offered a rare contrast. Seeing openly gay people there helped Kaplon understand that he wasn't alone, but he still believed he might be the only gay athlete in his world. Stories about other LGBTQ+ players eventually gave him a more hopeful picture.</w:t>
      </w:r>
      <w:r/>
    </w:p>
    <w:p>
      <w:pPr>
        <w:pStyle w:val="Heading2"/>
      </w:pPr>
      <w:r>
        <w:t>The teammates who helped him take the next step</w:t>
      </w:r>
      <w:r/>
    </w:p>
    <w:p>
      <w:r/>
      <w:r>
        <w:t>Before speaking to the full squad, Kaplon told close friends and his coach. Their reactions gave him room to breathe. His coach, Brian Hirschberg, treated the news as another part of knowing an athlete he already regarded as family.</w:t>
      </w:r>
      <w:r/>
    </w:p>
    <w:p>
      <w:r/>
      <w:r>
        <w:t>That support mattered because coming out is rarely a single conversation. It's a series of calculations about safety, trust and belonging, often made while carrying on with training, travel and competition.</w:t>
      </w:r>
      <w:r/>
    </w:p>
    <w:p>
      <w:r/>
      <w:r>
        <w:t>One of Kaplon's closest teammates also responded positively, saying the disclosure brought them closer. Towleroad's coverage highlighted the central point: Kaplon hadn't become a different person. His teammates simply understood him more fully.</w:t>
      </w:r>
      <w:r/>
    </w:p>
    <w:p>
      <w:pPr>
        <w:pStyle w:val="Heading2"/>
      </w:pPr>
      <w:r>
        <w:t>A locker-room change starts with one familiar face</w:t>
      </w:r>
      <w:r/>
    </w:p>
    <w:p>
      <w:r/>
      <w:r>
        <w:t>The team's reaction was immediate and encouraging. After a brief silence, one teammate stood, shook Kaplon's hand and praised the courage it had taken. The squad then applauded.</w:t>
      </w:r>
      <w:r/>
    </w:p>
    <w:p>
      <w:r/>
      <w:r>
        <w:t>That response did more than reassure one player. It gave the team a human connection to a subject that had previously been treated as an abstract joke or insult. Hirschberg said the experience would make players more aware of the language they used, because words now had a clear personal consequence.</w:t>
      </w:r>
      <w:r/>
    </w:p>
    <w:p>
      <w:r/>
      <w:r>
        <w:t>This is one of the most practical lessons from Kaplon's story. Culture doesn't change only through policies or speeches. It changes when people recognise that someone they respect can be affected by the behaviour they've normalised.</w:t>
      </w:r>
      <w:r/>
    </w:p>
    <w:p>
      <w:pPr>
        <w:pStyle w:val="Heading2"/>
      </w:pPr>
      <w:r>
        <w:t>Why LGBTQ+ sports pioneers still matter</w:t>
      </w:r>
      <w:r/>
    </w:p>
    <w:p>
      <w:r/>
      <w:r>
        <w:t>Kaplon's story belongs to a broader line of athletes who made it easier for others to imagine an open sporting life. The Advocate later included him among baseball figures who helped challenge the idea that gay athletes had to remain invisible.</w:t>
      </w:r>
      <w:r/>
    </w:p>
    <w:p>
      <w:r/>
      <w:r>
        <w:t>That doesn't mean one coming-out story solved every problem. Sport still has uneven records on inclusion, and the pressure to fit a narrow version of masculinity hasn't disappeared. But visibility can shift the boundaries of what teammates, coaches and younger players believe is possible.</w:t>
      </w:r>
      <w:r/>
    </w:p>
    <w:p>
      <w:r/>
      <w:r>
        <w:t>Kaplon also wanted to pass on the encouragement he had received from other athletes. His hope was simple: that the next player wouldn't have to spend three and a half years hiding before feeling able to be honest.</w:t>
      </w:r>
      <w:r/>
    </w:p>
    <w:p>
      <w:r/>
      <w:r>
        <w:t>It's a reminder that sometimes the most influential teammate is the one who finally gets to be fully himself.</w:t>
      </w:r>
      <w:r/>
    </w:p>
    <w:p>
      <w:r/>
      <w:r>
        <w:t>Coming out can change one locker room, but its effect can travel much further.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https://www.outsports.com/2014/2/24/5443428/matt-kaplon-gay-drew-university-baseball/</w:t>
        </w:r>
      </w:hyperlink>
      <w:r>
        <w:t xml:space="preserve"> - Please view link - unable to able to access data</w:t>
      </w:r>
      <w:r/>
    </w:p>
    <w:p>
      <w:pPr>
        <w:pStyle w:val="ListNumber"/>
        <w:spacing w:line="240" w:lineRule="auto"/>
        <w:ind w:left="720"/>
      </w:pPr>
      <w:r/>
      <w:hyperlink r:id="rId10">
        <w:r>
          <w:rPr>
            <w:color w:val="0000EE"/>
            <w:u w:val="single"/>
          </w:rPr>
          <w:t>https://www.towleroad.com/2014/03/drew-university-baseball-player-comes-out-to-his-team/</w:t>
        </w:r>
      </w:hyperlink>
      <w:r>
        <w:t xml:space="preserve"> - Short follow-up on Matt Kaplon’s coming out, framed as another step forward for visibility of gay athletes. It adds little new reporting of its own, but it confirms that Kaplon came out to Drew University teammates, that Derek Schell inspired him, and that coach Brian Hirschberg reacted supportively. The page is useful mainly because it repeats the central quotes and shows how the story circulated beyond Outsports in early March 2014.</w:t>
      </w:r>
      <w:r/>
    </w:p>
    <w:p>
      <w:pPr>
        <w:pStyle w:val="ListNumber"/>
        <w:spacing w:line="240" w:lineRule="auto"/>
        <w:ind w:left="720"/>
      </w:pPr>
      <w:r/>
      <w:hyperlink r:id="rId12">
        <w:r>
          <w:rPr>
            <w:color w:val="0000EE"/>
            <w:u w:val="single"/>
          </w:rPr>
          <w:t>https://www.universityherald.com/articles/7738/20140225/drew-s-star-football-player-comes-out-gay.htm</w:t>
        </w:r>
      </w:hyperlink>
      <w:r>
        <w:t xml:space="preserve"> - This article gives a compact mainstream-news version of Kaplon’s coming out and is useful because it places the announcement in the wake of Michael Sam’s news. It adds the classroom-setting detail, identifies Kaplon as a 21-year-old from Palisades Park, and includes the response of coach Brian Hirschberg and teammate Anthony Feltre. It is less detailed than the original, but it confirms the positive reaction and the timing before the team’s community service outing.</w:t>
      </w:r>
      <w:r/>
    </w:p>
    <w:p>
      <w:pPr>
        <w:pStyle w:val="ListNumber"/>
        <w:spacing w:line="240" w:lineRule="auto"/>
        <w:ind w:left="720"/>
      </w:pPr>
      <w:r/>
      <w:hyperlink r:id="rId11">
        <w:r>
          <w:rPr>
            <w:color w:val="0000EE"/>
            <w:u w:val="single"/>
          </w:rPr>
          <w:t>https://sfbaytimes.com/national-and-local-news-brief/</w:t>
        </w:r>
      </w:hyperlink>
      <w:r>
        <w:t xml:space="preserve"> - This roundup republishes the Outsports reporting in condensed form, but it preserves several key details useful for reconstruction: the reason Kaplon delayed a formal team meeting, his three-year starter status, his high-school background, and the role of Derek Schell. It also carries Hirschberg’s supportive quote and Kaplon’s line about sports stigma. The item is useful as a secondary outlet carrying the story for a broader LGBTQ readership.</w:t>
      </w:r>
      <w:r/>
    </w:p>
    <w:p>
      <w:pPr>
        <w:pStyle w:val="ListNumber"/>
        <w:spacing w:line="240" w:lineRule="auto"/>
        <w:ind w:left="720"/>
      </w:pPr>
      <w:r/>
      <w:hyperlink r:id="rId14">
        <w:r>
          <w:rPr>
            <w:color w:val="0000EE"/>
            <w:u w:val="single"/>
          </w:rPr>
          <w:t>https://www.advocate.com/sports/2017/8/30/17-baseball-heroes-who-came-out-gay</w:t>
        </w:r>
      </w:hyperlink>
      <w:r>
        <w:t xml:space="preserve"> - This later Advocate feature is not a straight rewrite of the 2014 story, but it places Kaplon within a wider history of baseball players who came out. The page is useful because it identifies how the story was remembered later and links Kaplon to a broader list of openly gay baseball figures. It adds a later framing rather than new event detail, so it is best used as contextual background rather than a primary reconstruction source.</w:t>
      </w:r>
      <w:r/>
    </w:p>
    <w:p>
      <w:pPr>
        <w:pStyle w:val="ListNumber"/>
        <w:spacing w:line="240" w:lineRule="auto"/>
        <w:ind w:left="720"/>
      </w:pPr>
      <w:r/>
      <w:hyperlink r:id="rId13">
        <w:r>
          <w:rPr>
            <w:color w:val="0000EE"/>
            <w:u w:val="single"/>
          </w:rPr>
          <w:t>https://dish.andrewsullivan.com/2014/03/page/2/</w:t>
        </w:r>
      </w:hyperlink>
      <w:r>
        <w:t xml:space="preserve"> - This page is a blog-roundup item that mentions Kaplon alongside several other openly gay athletes in early March 2014. It adds little original reporting, but it is useful as evidence of how quickly the story entered wider commentary circles. The value here is contextual: Kaplon is grouped with Jason Collins, Michael Sam, Conner Mertens and others as part of a broader coming-out moment in sport.</w:t>
      </w:r>
      <w:r/>
    </w:p>
    <w:p>
      <w:pPr>
        <w:pStyle w:val="ListNumber"/>
        <w:spacing w:line="240" w:lineRule="auto"/>
        <w:ind w:left="720"/>
      </w:pPr>
      <w:r/>
      <w:hyperlink r:id="rId15">
        <w:r>
          <w:rPr>
            <w:color w:val="0000EE"/>
            <w:u w:val="single"/>
          </w:rPr>
          <w:t>https://www.thewrap.com/logo-tvs-trailblazers-to-honor-nbas-jason-collins-n/</w:t>
        </w:r>
      </w:hyperlink>
      <w:r>
        <w:t xml:space="preserve"> - This entertainment-industry report is useful because it shows Kaplon’s story had already made him a visible figure beyond sports writing by June 2014. It does not cover the Drew University coming-out itself, but it confirms he was named as an openly gay college athlete appearing on Logo TV’s Trailblazers special, alongside Jason Collins, Tegan and Sara, Laura Jane Grace and Wade Davis. That helps date the broader public reach of the 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4/2/24/5443428/matt-kaplon-gay-drew-university-baseball/" TargetMode="External"/><Relationship Id="rId10" Type="http://schemas.openxmlformats.org/officeDocument/2006/relationships/hyperlink" Target="https://www.towleroad.com/2014/03/drew-university-baseball-player-comes-out-to-his-team/" TargetMode="External"/><Relationship Id="rId11" Type="http://schemas.openxmlformats.org/officeDocument/2006/relationships/hyperlink" Target="https://sfbaytimes.com/national-and-local-news-brief/" TargetMode="External"/><Relationship Id="rId12" Type="http://schemas.openxmlformats.org/officeDocument/2006/relationships/hyperlink" Target="https://www.universityherald.com/articles/7738/20140225/drew-s-star-football-player-comes-out-gay.htm" TargetMode="External"/><Relationship Id="rId13" Type="http://schemas.openxmlformats.org/officeDocument/2006/relationships/hyperlink" Target="https://dish.andrewsullivan.com/2014/03/page/2/" TargetMode="External"/><Relationship Id="rId14" Type="http://schemas.openxmlformats.org/officeDocument/2006/relationships/hyperlink" Target="https://www.advocate.com/sports/2017/8/30/17-baseball-heroes-who-came-out-gay" TargetMode="External"/><Relationship Id="rId15" Type="http://schemas.openxmlformats.org/officeDocument/2006/relationships/hyperlink" Target="https://www.thewrap.com/logo-tvs-trailblazers-to-honor-nbas-jason-collins-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