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Greensboro Pride Parade Returns After Nearly 30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Greensboro is getting ready for a major Pride weekend, with a new downtown parade joining the popular annual festival. The free event will bring community groups, performers, businesses and thousands of visitors to central Greensboro, North Carolina, while a packed programme of arts, worship, nightlife and entertainment gives the city’s 20th anniversary celebration extra momentum.</w:t>
      </w:r>
      <w:r/>
    </w:p>
    <w:p>
      <w:pPr>
        <w:pStyle w:val="Heading2"/>
      </w:pPr>
      <w:r>
        <w:t>Essential Takeaways</w:t>
      </w:r>
      <w:r/>
      <w:r/>
    </w:p>
    <w:p>
      <w:pPr>
        <w:pStyle w:val="ListBullet"/>
        <w:spacing w:line="240" w:lineRule="auto"/>
        <w:ind w:left="720"/>
      </w:pPr>
      <w:r/>
      <w:r>
        <w:rPr>
          <w:b/>
        </w:rPr>
        <w:t>Parade return:</w:t>
      </w:r>
      <w:r>
        <w:t xml:space="preserve"> The procession is scheduled to travel along Elm Street, marking the first Greensboro Pride-organised parade.</w:t>
      </w:r>
      <w:r/>
    </w:p>
    <w:p>
      <w:pPr>
        <w:pStyle w:val="ListBullet"/>
        <w:spacing w:line="240" w:lineRule="auto"/>
        <w:ind w:left="720"/>
      </w:pPr>
      <w:r/>
      <w:r>
        <w:rPr>
          <w:b/>
        </w:rPr>
        <w:t>Festival highlights:</w:t>
      </w:r>
      <w:r>
        <w:t xml:space="preserve"> Expect more than 300 exhibitors, food and drink stalls, nonprofits, live entertainment and community groups.</w:t>
      </w:r>
      <w:r/>
    </w:p>
    <w:p>
      <w:pPr>
        <w:pStyle w:val="ListBullet"/>
        <w:spacing w:line="240" w:lineRule="auto"/>
        <w:ind w:left="720"/>
      </w:pPr>
      <w:r/>
      <w:r>
        <w:rPr>
          <w:b/>
        </w:rPr>
        <w:t>Big crowds:</w:t>
      </w:r>
      <w:r>
        <w:t xml:space="preserve"> Organisers expect tens of thousands of participants and spectators across the day.</w:t>
      </w:r>
      <w:r/>
    </w:p>
    <w:p>
      <w:pPr>
        <w:pStyle w:val="ListBullet"/>
        <w:spacing w:line="240" w:lineRule="auto"/>
        <w:ind w:left="720"/>
      </w:pPr>
      <w:r/>
      <w:r>
        <w:rPr>
          <w:b/>
        </w:rPr>
        <w:t>Free entry:</w:t>
      </w:r>
      <w:r>
        <w:t xml:space="preserve"> The parade and festival are open to everyone, with no admission charge.</w:t>
      </w:r>
      <w:r/>
    </w:p>
    <w:p>
      <w:pPr>
        <w:pStyle w:val="ListBullet"/>
        <w:spacing w:line="240" w:lineRule="auto"/>
        <w:ind w:left="720"/>
      </w:pPr>
      <w:r/>
      <w:r>
        <w:rPr>
          <w:b/>
        </w:rPr>
        <w:t>Check timings:</w:t>
      </w:r>
      <w:r>
        <w:t xml:space="preserve"> Published festival closing times differ, so visitors should confirm details before travelling.</w:t>
      </w:r>
      <w:r/>
      <w:r/>
    </w:p>
    <w:p>
      <w:pPr>
        <w:pStyle w:val="Heading2"/>
      </w:pPr>
      <w:r>
        <w:t>A long-awaited parade is coming back downtown</w:t>
      </w:r>
      <w:r/>
    </w:p>
    <w:p>
      <w:r/>
      <w:r>
        <w:t>The strongest image from Greensboro's Pride weekend may be the simplest: a colourful procession moving down Elm Street, with music, banners and cheering crowds filling the city centre. After nearly three decades without a Pride parade, the return feels like more than another item on the events calendar.</w:t>
      </w:r>
      <w:r/>
    </w:p>
    <w:p>
      <w:r/>
      <w:r>
        <w:t>The parade is due to start at 10am near East McGee Street and South Elm Street before making its way through downtown. According to Downtown Greensboro, the wider event is expected to rank among the city's largest single-day gatherings, so visitors should expect a lively, busy atmosphere rather than a small community march.</w:t>
      </w:r>
      <w:r/>
    </w:p>
    <w:p>
      <w:r/>
      <w:r>
        <w:t>This is the first parade organised by Greensboro Pride itself. The city last hosted a Pride parade in 1996, when it staged NC Pride, a rotating statewide event. That history explains why some descriptions call the new procession Greensboro's first, while others describe it as the first in nearly 30 years.</w:t>
      </w:r>
      <w:r/>
    </w:p>
    <w:p>
      <w:pPr>
        <w:pStyle w:val="Heading2"/>
      </w:pPr>
      <w:r>
        <w:t>What to expect from Greensboro Pride Festival</w:t>
      </w:r>
      <w:r/>
    </w:p>
    <w:p>
      <w:r/>
      <w:r>
        <w:t>Once the parade finishes, attention will turn to LeBauer Park, City Center Park and the surrounding downtown streets. The festival is expected to stretch along North Church Street, North Davie Street, East Lindsay Avenue and East Friendly Avenue, creating a broad walkable area packed with activity.</w:t>
      </w:r>
      <w:r/>
    </w:p>
    <w:p>
      <w:r/>
      <w:r>
        <w:t>Visitors can browse more than 300 exhibitors, meet nonprofit organisations, watch live performances and pick up food and drinks from vendors. The atmosphere should suit both first-time attendees and regulars who want to linger, browse and bump into half the city along the way.</w:t>
      </w:r>
      <w:r/>
    </w:p>
    <w:p>
      <w:r/>
      <w:r>
        <w:t>Greensboro Pride describes the weekend as its largest expansion yet, while IMPACT Greensboro's event information highlights the parade and festival as central parts of the city's broader Pride programme. For anyone planning to attend, comfortable shoes and a refillable water bottle are sensible additions, particularly if the September sunshine appears.</w:t>
      </w:r>
      <w:r/>
    </w:p>
    <w:p>
      <w:pPr>
        <w:pStyle w:val="Heading2"/>
      </w:pPr>
      <w:r>
        <w:t>Why this year's celebration matters</w:t>
      </w:r>
      <w:r/>
    </w:p>
    <w:p>
      <w:r/>
      <w:r>
        <w:t>Greensboro Pride began as a local festival in 2006 and is now marking its 20th anniversary. Adding a parade gives the organisation a highly visible way to celebrate that milestone, while placing LGBTQIA2+ communities and allies directly in the heart of downtown.</w:t>
      </w:r>
      <w:r/>
    </w:p>
    <w:p>
      <w:r/>
      <w:r>
        <w:t>The event also reflects how Pride celebrations have grown beyond a single stage or afternoon gathering. Alongside the main festival, the programme includes arts, trivia, nightlife, religious services and community activities, giving people different ways to participate.</w:t>
      </w:r>
      <w:r/>
    </w:p>
    <w:p>
      <w:r/>
      <w:r>
        <w:t>That variety matters. Some visitors will come for the marching bands and performers, while others may feel more at home at an exhibition, a worship service or a quieter community event. Pride is at its most welcoming when it offers room for all of those experiences.</w:t>
      </w:r>
      <w:r/>
    </w:p>
    <w:p>
      <w:pPr>
        <w:pStyle w:val="Heading2"/>
      </w:pPr>
      <w:r>
        <w:t>A full week of events surrounds the main day</w:t>
      </w:r>
      <w:r/>
    </w:p>
    <w:p>
      <w:r/>
      <w:r>
        <w:t>The parade and festival are the headline attractions, but they sit within a longer Pride Week programme. Events include a Pride pageant, an LGBTQ+ art show, Pride-themed trivia, a Friday night dance party at Chemistry Nightclub and an official afterparty on Saturday evening.</w:t>
      </w:r>
      <w:r/>
    </w:p>
    <w:p>
      <w:r/>
      <w:r>
        <w:t>Faith communities are also part of the weekend. Holy Trinity Episcopal Church is scheduled to host an outdoor Pride Eucharist on Friday evening, followed by a prayer walk, while College Place United Methodist Church plans a Pride Weekend worship service and lunch on Sunday.</w:t>
      </w:r>
      <w:r/>
    </w:p>
    <w:p>
      <w:r/>
      <w:r>
        <w:t>West Market Street United Methodist Church has also promoted its connection with Greensboro's Pride activities. The range of gatherings means visitors can shape the weekend around their own interests, rather than treating the parade as the only reason to visit.</w:t>
      </w:r>
      <w:r/>
    </w:p>
    <w:p>
      <w:pPr>
        <w:pStyle w:val="Heading2"/>
      </w:pPr>
      <w:r>
        <w:t>Plan ahead for crowds and changing details</w:t>
      </w:r>
      <w:r/>
    </w:p>
    <w:p>
      <w:r/>
      <w:r>
        <w:t>The parade route and staging information are expected to be released closer to the event. That means anyone travelling into downtown should check the latest guidance before setting off, particularly if they need parking, accessible routes or a quieter viewing position.</w:t>
      </w:r>
      <w:r/>
    </w:p>
    <w:p>
      <w:r/>
      <w:r>
        <w:t>There is also a small but important timing discrepancy. Greensboro's official calendar lists the festival as ending at 6pm, while Greensboro Pride and Downtown Greensboro list a 7pm finish. Until organisers confirm the final schedule, it's wise to allow flexibility and check the official event pages on the day.</w:t>
      </w:r>
      <w:r/>
    </w:p>
    <w:p>
      <w:r/>
      <w:r>
        <w:t>With free entry and tens of thousands of people expected, arriving early should make the day easier. Choose a meeting point in advance, keep phones charged and remember that a busy parade route can be tiring, especially for children, older visitors and anyone sensitive to noise.</w:t>
      </w:r>
      <w:r/>
    </w:p>
    <w:p>
      <w:r/>
      <w:r>
        <w:t>Greensboro's return to the parade route is both a celebration and a statement of confidence. For local residents, it may feel like a long-awaited homecoming; for visitors, it's an inviting reason to spend a day exploring downtown.</w:t>
      </w:r>
      <w:r/>
    </w:p>
    <w:p>
      <w:r/>
      <w:r>
        <w:t>It's a colourful new chapter for one of the region's biggest Pride celebrations.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https://www.rhinotimes.com/news/greensboro-pride-parade-returning-for-first-time-in-nearly-30-years/</w:t>
        </w:r>
      </w:hyperlink>
      <w:r>
        <w:t xml:space="preserve"> - Please view link - unable to able to access data</w:t>
      </w:r>
      <w:r/>
    </w:p>
    <w:p>
      <w:pPr>
        <w:pStyle w:val="ListNumber"/>
        <w:spacing w:line="240" w:lineRule="auto"/>
        <w:ind w:left="720"/>
      </w:pPr>
      <w:r/>
      <w:hyperlink r:id="rId10">
        <w:r>
          <w:rPr>
            <w:color w:val="0000EE"/>
            <w:u w:val="single"/>
          </w:rPr>
          <w:t>https://qnotescarolinas.com/greensboro-pride-prepares-for-its-first-parade/</w:t>
        </w:r>
      </w:hyperlink>
      <w:r>
        <w:t xml:space="preserve"> - Qnotes reports that Greensboro Pride will add a downtown parade on 12 September 2026, framing it as both a 20th anniversary milestone and a march rooted in LGBTQ+ protest history. The piece adds organiser perspective from co-director Harden, including the internal timing decisions that pushed the parade to 2026 and the reasoning for routing it along Elm Street. It also gives scale details, saying more than 40 entries are expected and that participation was intentionally capped for the first year. (</w:t>
      </w:r>
      <w:hyperlink r:id="rId10">
        <w:r>
          <w:rPr>
            <w:color w:val="0000EE"/>
            <w:u w:val="single"/>
          </w:rPr>
          <w:t>qnotescarolinas.com</w:t>
        </w:r>
      </w:hyperlink>
      <w:r>
        <w:t>)</w:t>
      </w:r>
      <w:r/>
    </w:p>
    <w:p>
      <w:pPr>
        <w:pStyle w:val="ListNumber"/>
        <w:spacing w:line="240" w:lineRule="auto"/>
        <w:ind w:left="720"/>
      </w:pPr>
      <w:r/>
      <w:hyperlink r:id="rId11">
        <w:r>
          <w:rPr>
            <w:color w:val="0000EE"/>
            <w:u w:val="single"/>
          </w:rPr>
          <w:t>https://www.downtowngreensboro.org/do/greensboro-pride-parade-and-festival</w:t>
        </w:r>
      </w:hyperlink>
      <w:r>
        <w:t xml:space="preserve"> - Downtown Greensboro Inc says the 2026 event is a first-ever Pride Parade for the city and one of Greensboro’s largest single-day events. It adds footprint and logistics details that the newspaper article only partly covers, including the full downtown boundary for the festival, the promise of multiple entertainment areas, VIP access and an expected economic impact. The listing also reinforces the expected crowd size and positions the parade as a region-wide cultural moment rather than only a local celebration. (</w:t>
      </w:r>
      <w:hyperlink r:id="rId11">
        <w:r>
          <w:rPr>
            <w:color w:val="0000EE"/>
            <w:u w:val="single"/>
          </w:rPr>
          <w:t>downtowngreensboro.org</w:t>
        </w:r>
      </w:hyperlink>
      <w:r>
        <w:t>)</w:t>
      </w:r>
      <w:r/>
    </w:p>
    <w:p>
      <w:pPr>
        <w:pStyle w:val="ListNumber"/>
        <w:spacing w:line="240" w:lineRule="auto"/>
        <w:ind w:left="720"/>
      </w:pPr>
      <w:r/>
      <w:hyperlink r:id="rId12">
        <w:r>
          <w:rPr>
            <w:color w:val="0000EE"/>
            <w:u w:val="single"/>
          </w:rPr>
          <w:t>https://www.impaqtgso.org/parade</w:t>
        </w:r>
      </w:hyperlink>
      <w:r>
        <w:t xml:space="preserve"> - IMPAQT GSO’s parade page is the clearest primary source on the route and participation rules. It confirms the parade time, route start and finish, says the official map is still to come, and explains who can participate, how large groups may be, and that floats and vehicles are allowed. It also gives accessibility and parking guidance. This page adds operational detail that the newspaper story does not include. (</w:t>
      </w:r>
      <w:hyperlink r:id="rId12">
        <w:r>
          <w:rPr>
            <w:color w:val="0000EE"/>
            <w:u w:val="single"/>
          </w:rPr>
          <w:t>impaqtgso.org</w:t>
        </w:r>
      </w:hyperlink>
      <w:r>
        <w:t>)</w:t>
      </w:r>
      <w:r/>
    </w:p>
    <w:p>
      <w:pPr>
        <w:pStyle w:val="ListNumber"/>
        <w:spacing w:line="240" w:lineRule="auto"/>
        <w:ind w:left="720"/>
      </w:pPr>
      <w:r/>
      <w:hyperlink r:id="rId14">
        <w:r>
          <w:rPr>
            <w:color w:val="0000EE"/>
            <w:u w:val="single"/>
          </w:rPr>
          <w:t>https://www.impaqtgso.org/pride</w:t>
        </w:r>
      </w:hyperlink>
      <w:r>
        <w:t xml:space="preserve"> - IMPAQT GSO’s festival page adds the full Pride Week programme, including the pageant, art show, trivia night, kickoff dance party, afterparty and Sunday worship service. It confirms the 20th anniversary framing and the 10 a.m. parade followed by the 11 a.m. to 7 p.m. festival. The page also gives vendor, sponsorship and cancellation details, which make it useful for rebuilding the event from scratch rather than just repeating the headline. (</w:t>
      </w:r>
      <w:hyperlink r:id="rId14">
        <w:r>
          <w:rPr>
            <w:color w:val="0000EE"/>
            <w:u w:val="single"/>
          </w:rPr>
          <w:t>impaqtgso.org</w:t>
        </w:r>
      </w:hyperlink>
      <w:r>
        <w:t>)</w:t>
      </w:r>
      <w:r/>
    </w:p>
    <w:p>
      <w:pPr>
        <w:pStyle w:val="ListNumber"/>
        <w:spacing w:line="240" w:lineRule="auto"/>
        <w:ind w:left="720"/>
      </w:pPr>
      <w:r/>
      <w:hyperlink r:id="rId13">
        <w:r>
          <w:rPr>
            <w:color w:val="0000EE"/>
            <w:u w:val="single"/>
          </w:rPr>
          <w:t>https://www.greensboro-nc.gov/services/vision-components/event-list-view/-date-20180209035502/-sortn-EName/-toggle-next30days/-sortd-asc/-npage-20</w:t>
        </w:r>
      </w:hyperlink>
      <w:r>
        <w:t xml:space="preserve"> - The City of Greensboro’s event list confirms the festival listing in the official calendar and gives the city’s end time of 6 p.m., which differs from the 7 p.m. time on organiser and downtown listings. It helps establish the reporting discrepancy and shows the event is officially recognised by the city government. (</w:t>
      </w:r>
      <w:hyperlink r:id="rId13">
        <w:r>
          <w:rPr>
            <w:color w:val="0000EE"/>
            <w:u w:val="single"/>
          </w:rPr>
          <w:t>greensboro-nc.gov</w:t>
        </w:r>
      </w:hyperlink>
      <w:r>
        <w:t>)</w:t>
      </w:r>
      <w:r/>
    </w:p>
    <w:p>
      <w:pPr>
        <w:pStyle w:val="ListNumber"/>
        <w:spacing w:line="240" w:lineRule="auto"/>
        <w:ind w:left="720"/>
      </w:pPr>
      <w:r/>
      <w:hyperlink r:id="rId15">
        <w:r>
          <w:rPr>
            <w:color w:val="0000EE"/>
            <w:u w:val="single"/>
          </w:rPr>
          <w:t>https://www.westmarketchurch.org/events/united-methodists-at-gso-pride-festival</w:t>
        </w:r>
      </w:hyperlink>
      <w:r>
        <w:t xml:space="preserve"> - West Market Street United Methodist Church confirms church involvement in Pride weekend and gives a second, independent 11 a.m. to 7 p.m. time window for the festival. It adds a faith-community angle, showing that the event has organised religious participation on Church Street near the Church Street Parking Deck. The page is useful because it corroborates the larger turnout and downtown footprint while adding local church mobilisation. (</w:t>
      </w:r>
      <w:hyperlink r:id="rId15">
        <w:r>
          <w:rPr>
            <w:color w:val="0000EE"/>
            <w:u w:val="single"/>
          </w:rPr>
          <w:t>westmarketchurch.org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hinotimes.com/news/greensboro-pride-parade-returning-for-first-time-in-nearly-30-years/" TargetMode="External"/><Relationship Id="rId10" Type="http://schemas.openxmlformats.org/officeDocument/2006/relationships/hyperlink" Target="https://qnotescarolinas.com/greensboro-pride-prepares-for-its-first-parade/" TargetMode="External"/><Relationship Id="rId11" Type="http://schemas.openxmlformats.org/officeDocument/2006/relationships/hyperlink" Target="https://www.downtowngreensboro.org/do/greensboro-pride-parade-and-festival" TargetMode="External"/><Relationship Id="rId12" Type="http://schemas.openxmlformats.org/officeDocument/2006/relationships/hyperlink" Target="https://www.impaqtgso.org/parade" TargetMode="External"/><Relationship Id="rId13" Type="http://schemas.openxmlformats.org/officeDocument/2006/relationships/hyperlink" Target="https://www.greensboro-nc.gov/services/vision-components/event-list-view/-date-20180209035502/-sortn-EName/-toggle-next30days/-sortd-asc/-npage-20" TargetMode="External"/><Relationship Id="rId14" Type="http://schemas.openxmlformats.org/officeDocument/2006/relationships/hyperlink" Target="https://www.impaqtgso.org/pride" TargetMode="External"/><Relationship Id="rId15" Type="http://schemas.openxmlformats.org/officeDocument/2006/relationships/hyperlink" Target="https://www.westmarketchurch.org/events/united-methodists-at-gso-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