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Dallas Stars Fans Create Unofficial Pride Night After NHL Event Ends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 Stars fans are organising their own Pride Night in Dallas after the team removed its annual LGBTQ+ celebration from the 2026-27 promotional calendar. The 14 November gathering will support Dallas Hope Charities, bringing queer supporters, performers and allies together when the Stars face the Buffalo Sabres.</w:t>
      </w:r>
      <w:r/>
    </w:p>
    <w:p>
      <w:pPr>
        <w:pStyle w:val="Heading2"/>
      </w:pPr>
      <w:r>
        <w:t>Essential Takeaways</w:t>
      </w:r>
      <w:r/>
      <w:r/>
    </w:p>
    <w:p>
      <w:pPr>
        <w:pStyle w:val="ListBullet"/>
        <w:spacing w:line="240" w:lineRule="auto"/>
        <w:ind w:left="720"/>
      </w:pPr>
      <w:r/>
      <w:r>
        <w:rPr>
          <w:b/>
        </w:rPr>
        <w:t>Fan-led celebration:</w:t>
      </w:r>
      <w:r>
        <w:t xml:space="preserve"> Tori Copeland and fellow supporter Jason are organising an unofficial Pride Night for 14 November.</w:t>
      </w:r>
      <w:r/>
    </w:p>
    <w:p>
      <w:pPr>
        <w:pStyle w:val="ListBullet"/>
        <w:spacing w:line="240" w:lineRule="auto"/>
        <w:ind w:left="720"/>
      </w:pPr>
      <w:r/>
      <w:r>
        <w:rPr>
          <w:b/>
        </w:rPr>
        <w:t>Community fundraiser:</w:t>
      </w:r>
      <w:r>
        <w:t xml:space="preserve"> Proceeds and support will benefit Dallas Hope Charities, which helps LGBTQ+ young people experiencing homelessness.</w:t>
      </w:r>
      <w:r/>
    </w:p>
    <w:p>
      <w:pPr>
        <w:pStyle w:val="ListBullet"/>
        <w:spacing w:line="240" w:lineRule="auto"/>
        <w:ind w:left="720"/>
      </w:pPr>
      <w:r/>
      <w:r>
        <w:rPr>
          <w:b/>
        </w:rPr>
        <w:t>A notable omission:</w:t>
      </w:r>
      <w:r>
        <w:t xml:space="preserve"> Pride Night has disappeared from the Stars' schedule for the first time in five seasons.</w:t>
      </w:r>
      <w:r/>
    </w:p>
    <w:p>
      <w:pPr>
        <w:pStyle w:val="ListBullet"/>
        <w:spacing w:line="240" w:lineRule="auto"/>
        <w:ind w:left="720"/>
      </w:pPr>
      <w:r/>
      <w:r>
        <w:rPr>
          <w:b/>
        </w:rPr>
        <w:t>Support is growing:</w:t>
      </w:r>
      <w:r>
        <w:t xml:space="preserve"> Fans have offered tickets and merchandise, while drag performers and a local bar are exploring ways to join in.</w:t>
      </w:r>
      <w:r/>
    </w:p>
    <w:p>
      <w:pPr>
        <w:pStyle w:val="ListBullet"/>
        <w:spacing w:line="240" w:lineRule="auto"/>
        <w:ind w:left="720"/>
      </w:pPr>
      <w:r/>
      <w:r>
        <w:rPr>
          <w:b/>
        </w:rPr>
        <w:t>A wider conversation:</w:t>
      </w:r>
      <w:r>
        <w:t xml:space="preserve"> The decision has prompted questions about LGBTQ+ visibility across professional sport.</w:t>
      </w:r>
      <w:r/>
      <w:r/>
    </w:p>
    <w:p>
      <w:pPr>
        <w:pStyle w:val="Heading2"/>
      </w:pPr>
      <w:r>
        <w:t>Fans are filling the gap left by the Dallas Stars</w:t>
      </w:r>
      <w:r/>
    </w:p>
    <w:p>
      <w:r/>
      <w:r>
        <w:t>The strongest message from Dallas isn't coming from the team's promotional calendar. It's coming from the stands.</w:t>
      </w:r>
      <w:r/>
    </w:p>
    <w:p>
      <w:r/>
      <w:r>
        <w:t>After noticing that Pride Night was missing from the Dallas Stars' 2026-27 schedule, longtime supporter Tori Copeland said she'd organise one herself. The idea quickly gathered momentum, with trans fan Jason joining the effort and other queer and trans supporters offering practical help.</w:t>
      </w:r>
      <w:r/>
    </w:p>
    <w:p>
      <w:r/>
      <w:r>
        <w:t>The unofficial Pride Night will take place during the Stars' home game against the Buffalo Sabres on 14 November. According to the Dallas Voice, the event will support Dallas Hope Charities, giving the evening a purpose beyond colourful signs and themed merchandise.</w:t>
      </w:r>
      <w:r/>
    </w:p>
    <w:p>
      <w:pPr>
        <w:pStyle w:val="Heading2"/>
      </w:pPr>
      <w:r>
        <w:t>Why the cancelled Pride Night matters</w:t>
      </w:r>
      <w:r/>
    </w:p>
    <w:p>
      <w:r/>
      <w:r>
        <w:t>The Stars' new calendar still includes Star Wars Night, Anime Night, Black History Night, Noche Mexicana and Military Appreciation Night. It also introduces Hockey Unites Us: Women's Sports Night in March 2027.</w:t>
      </w:r>
      <w:r/>
    </w:p>
    <w:p>
      <w:r/>
      <w:r>
        <w:t>The team has said the Hockey Unites format is intended to support a different under-represented community each season, but it hasn't specifically explained why Pride Night was removed. Outsports reported that the change has left some fans questioning whether LGBTQ+ inclusion is being treated as a limited, rotating slot rather than a continuing part of the club's identity.</w:t>
      </w:r>
      <w:r/>
    </w:p>
    <w:p>
      <w:r/>
      <w:r>
        <w:t>That framing hasn't landed comfortably with supporters. Copeland's point is straightforward: celebrating women in sport and celebrating LGBTQ+ fans aren't mutually exclusive. A busy promotional calendar can make room for both, especially when Pride Night has already been part of the team's relationship with its community.</w:t>
      </w:r>
      <w:r/>
    </w:p>
    <w:p>
      <w:pPr>
        <w:pStyle w:val="Heading2"/>
      </w:pPr>
      <w:r>
        <w:t>A fan protest is becoming a proper community event</w:t>
      </w:r>
      <w:r/>
    </w:p>
    <w:p>
      <w:r/>
      <w:r>
        <w:t>What began as an online expression of disappointment is now taking on the feel of a full evening out. Supporters have offered tickets and merchandise, drag performers have volunteered, and Dallas lesbian bar Sue Ellen's has shown interest in hosting an afterparty.</w:t>
      </w:r>
      <w:r/>
    </w:p>
    <w:p>
      <w:r/>
      <w:r>
        <w:t>According to Out magazine, the response has been striking because the event isn't being built solely as an act of opposition. It gives queer hockey fans a visible place in the arena and creates the warm, slightly scrappy atmosphere that official events can sometimes struggle to manufacture.</w:t>
      </w:r>
      <w:r/>
    </w:p>
    <w:p>
      <w:r/>
      <w:r>
        <w:t>There is, of course, a practical lesson here for anyone planning a fan-led Pride Night. Start with a clear date, make the beneficiary obvious and give supporters simple ways to help, whether that's donating tickets, promoting the event or arranging a safe meeting place afterwards.</w:t>
      </w:r>
      <w:r/>
    </w:p>
    <w:p>
      <w:pPr>
        <w:pStyle w:val="Heading2"/>
      </w:pPr>
      <w:r>
        <w:t>The Stars have a complicated LGBTQ+ history</w:t>
      </w:r>
      <w:r/>
    </w:p>
    <w:p>
      <w:r/>
      <w:r>
        <w:t>The decision feels sharper because the Stars have previously been seen as comparatively supportive of LGBTQ+ inclusion in Texas sport. The team staged annual Pride Nights and, in 2017, became the first major professional sports organisation in Texas to publicly oppose proposed legislation concerning bathroom access for transgender people.</w:t>
      </w:r>
      <w:r/>
    </w:p>
    <w:p>
      <w:r/>
      <w:r>
        <w:t>The Dallas Voice noted that this history has made the omission especially disappointing for longtime supporters. It isn't simply that one themed evening has vanished. For some fans, the change feels like a retreat from a relationship they thought had been established.</w:t>
      </w:r>
      <w:r/>
    </w:p>
    <w:p>
      <w:r/>
      <w:r>
        <w:t>That sense of disappointment is understandable. Fans don't only buy tickets for the action on the ice; they also invest emotionally in what a club says about belonging. When that signal changes, even quietly, people notice.</w:t>
      </w:r>
      <w:r/>
    </w:p>
    <w:p>
      <w:pPr>
        <w:pStyle w:val="Heading2"/>
      </w:pPr>
      <w:r>
        <w:t>Could Dallas inspire more NHL fan events?</w:t>
      </w:r>
      <w:r/>
    </w:p>
    <w:p>
      <w:r/>
      <w:r>
        <w:t>The response is already spreading beyond Texas. Supporters connected to the Carolina Hurricanes have reportedly contacted Copeland for advice about organising their own LGBTQ+ event, suggesting that the idea could travel even where official Pride programming is reduced or absent.</w:t>
      </w:r>
      <w:r/>
    </w:p>
    <w:p>
      <w:r/>
      <w:r>
        <w:t>The NHL has promoted Pride-related initiatives in the past, including an official Dallas Stars Pride Night in 2023, according to the league's own coverage. But the latest fan response shows that visibility isn't something supporters are prepared to leave entirely to annual marketing calendars.</w:t>
      </w:r>
      <w:r/>
    </w:p>
    <w:p>
      <w:r/>
      <w:r>
        <w:t>Jason's message, as reported by Gay Express, captures the mood neatly: queer fans aren't disappearing because one event has. If anything, the missing night has reminded them how much community can be built from the ground up.</w:t>
      </w:r>
      <w:r/>
    </w:p>
    <w:p>
      <w:r/>
      <w:r>
        <w:t>It's a small victory for fan power, but a meaningful one.</w:t>
      </w:r>
      <w:r/>
    </w:p>
    <w:p>
      <w:pPr>
        <w:pStyle w:val="Heading2"/>
      </w:pPr>
      <w:r>
        <w:t>Closing Line</w:t>
      </w:r>
      <w:r/>
    </w:p>
    <w:p>
      <w:r/>
      <w:r>
        <w:t>When official Pride Night disappears, determined fans can still keep the welcome shining.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5">
        <w:r>
          <w:rPr>
            <w:color w:val="0000EE"/>
            <w:u w:val="single"/>
          </w:rPr>
          <w:t>[7]</w:t>
        </w:r>
      </w:hyperlink>
      <w:r>
        <w:t xml:space="preserve">- Paragraph 12: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https://gayexpress.co.nz/2026/09/nhl-fans-create-their-own-pride-night-after-teams-drops-official-event/?utm_source=rss&amp;utm_medium=rss&amp;utm_campaign=nhl-fans-create-their-own-pride-night-after-teams-drops-official-event</w:t>
        </w:r>
      </w:hyperlink>
      <w:r>
        <w:t xml:space="preserve"> - Please view link - unable to able to access data</w:t>
      </w:r>
      <w:r/>
    </w:p>
    <w:p>
      <w:pPr>
        <w:pStyle w:val="ListNumber"/>
        <w:spacing w:line="240" w:lineRule="auto"/>
        <w:ind w:left="720"/>
      </w:pPr>
      <w:r/>
      <w:hyperlink r:id="rId10">
        <w:r>
          <w:rPr>
            <w:color w:val="0000EE"/>
            <w:u w:val="single"/>
          </w:rPr>
          <w:t>https://www.chron.com/culture/article/dallas-stars-fans-pride-night-22414346.php</w:t>
        </w:r>
      </w:hyperlink>
      <w:r>
        <w:t xml:space="preserve"> - This Houston Chronicle piece adds first-hand reaction from Dallas Stars fans and expands on the fan-led response. It explains that Tori Copeland and Jason began organising an unofficial Pride Night after noticing the omission from the 2026–27 schedule, and it describes the growing community support around the event. The article also gives more background on why the omission hurt some fans, including Jason’s view that the team’s decision felt like a betrayal after years of public support. It is useful for the social and emotional aftermath, plus the emerging charity and afterparty plans.</w:t>
      </w:r>
      <w:r/>
    </w:p>
    <w:p>
      <w:pPr>
        <w:pStyle w:val="ListNumber"/>
        <w:spacing w:line="240" w:lineRule="auto"/>
        <w:ind w:left="720"/>
      </w:pPr>
      <w:r/>
      <w:hyperlink r:id="rId11">
        <w:r>
          <w:rPr>
            <w:color w:val="0000EE"/>
            <w:u w:val="single"/>
          </w:rPr>
          <w:t>https://www.outsports.com/2026/9/1/24142547/dallas-stars-pride-night-nhl-gay-lgbtq-hockey-texas-rangers-heated-rivalry/</w:t>
        </w:r>
      </w:hyperlink>
      <w:r>
        <w:t xml:space="preserve"> - Outsports frames the omission as part of a wider backlash against Pride in sports and gives sharper, more openly critical reaction from LGBTQ+ hockey fans. It confirms that the Stars’ 2026–27 calendar drops Pride Night in favour of a generic “Hockey Unites Night” on 23 March 2027, and it quotes a young fan describing the decision as a betrayal. The article also points to the team’s official explanation, which says the new night will let the organisation support a different underrepresented community each season. It adds commentary on the team’s social-media response and the anger in the comments.</w:t>
      </w:r>
      <w:r/>
    </w:p>
    <w:p>
      <w:pPr>
        <w:pStyle w:val="ListNumber"/>
        <w:spacing w:line="240" w:lineRule="auto"/>
        <w:ind w:left="720"/>
      </w:pPr>
      <w:r/>
      <w:hyperlink r:id="rId12">
        <w:r>
          <w:rPr>
            <w:color w:val="0000EE"/>
            <w:u w:val="single"/>
          </w:rPr>
          <w:t>https://www.out.com/gay-lifestyle/dallas-stars-pride-night-canceled</w:t>
        </w:r>
      </w:hyperlink>
      <w:r>
        <w:t xml:space="preserve"> - Out.com adds concise context and confirms the calendar details behind the controversy. It places the story alongside the team’s “women in sports” night and a romantasy charity event, and it explains that the missed Pride Night is the first absent one in five years. The piece also identifies Copeland as the organiser of a fan-run alternative for queer and trans fans, and it repeats that the fan event is linked to the Stars’ 2026–27 promotional schedule. It is a short but useful secondary report that connects the omitted Pride Night to the broader fan response and to earlier team-run Pride celebrations.</w:t>
      </w:r>
      <w:r/>
    </w:p>
    <w:p>
      <w:pPr>
        <w:pStyle w:val="ListNumber"/>
        <w:spacing w:line="240" w:lineRule="auto"/>
        <w:ind w:left="720"/>
      </w:pPr>
      <w:r/>
      <w:hyperlink r:id="rId13">
        <w:r>
          <w:rPr>
            <w:color w:val="0000EE"/>
            <w:u w:val="single"/>
          </w:rPr>
          <w:t>https://www.thedallas.org/news/dallas-stars-won-t-host-a-pride-night-for-the-first-time-in-years</w:t>
        </w:r>
      </w:hyperlink>
      <w:r>
        <w:t xml:space="preserve"> - This curated local summary points readers to the Dallas Observer report and confirms that the original story was published on 28 August 2026. It does not add much reporting of its own, but it cleanly verifies the existence, authorship and timing of the original piece. It is useful as a testable mirror of the Dallas Observer report because it identifies the byline, the source publication and the basic theme: the Stars are not hosting Pride Night this year, which has upset some fans. It also confirms that the underlying story involves a rift between the team and part of its fan base.</w:t>
      </w:r>
      <w:r/>
    </w:p>
    <w:p>
      <w:pPr>
        <w:pStyle w:val="ListNumber"/>
        <w:spacing w:line="240" w:lineRule="auto"/>
        <w:ind w:left="720"/>
      </w:pPr>
      <w:r/>
      <w:hyperlink r:id="rId14">
        <w:r>
          <w:rPr>
            <w:color w:val="0000EE"/>
            <w:u w:val="single"/>
          </w:rPr>
          <w:t>https://www.ap.org/news-highlights/spotlights/2024/the-texas-rangers-are-frustrating-lgbtq-advocates-as-the-only-mlb-team-without-a-pride-night/</w:t>
        </w:r>
      </w:hyperlink>
      <w:r>
        <w:t xml:space="preserve"> - This Associated Press feature is not about the Stars’ dropped Pride Night itself, but it gives strong background on the wider North Texas LGBTQ-sports context. It shows that Stars Pride celebrations have previously been visible and meaningful to local fans, and it contrasts that with the Rangers’ continued absence of a Pride Night. The article also names Dallas-area LGBTQ advocate Rafael McDonnell and Resource Center, and it describes how another Dallas Stars fan wore a Pride jersey to a Rangers game. It is valuable for rebuilders because it places the Stars’ history of inclusion against the region’s broader sports landscape.</w:t>
      </w:r>
      <w:r/>
    </w:p>
    <w:p>
      <w:pPr>
        <w:pStyle w:val="ListNumber"/>
        <w:spacing w:line="240" w:lineRule="auto"/>
        <w:ind w:left="720"/>
      </w:pPr>
      <w:r/>
      <w:hyperlink r:id="rId15">
        <w:r>
          <w:rPr>
            <w:color w:val="0000EE"/>
            <w:u w:val="single"/>
          </w:rPr>
          <w:t>https://www.nhl.com/stars/news/dallas-stars-to-host-annual-pride-night-on-tuesday-march-21-vs-kraken-342377612</w:t>
        </w:r>
      </w:hyperlink>
      <w:r>
        <w:t xml:space="preserve"> - This official Dallas Stars/NHL release is a strong primary source for the team’s previous Pride Night format. It shows that Pride Night was a formal, recurring team event, not a one-off fan invention, and it details what the team used to do: themed warm-up jerseys, a pregame Pride celebration, merchandise, a bucket-hat giveaway and charity fundraising. It also names the beneficiaries and the anthem performer. For rebuilding the new story, this is useful as a baseline that shows what was removed in 2026–27 and what Pride Night had previously involved.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nhl-fans-create-their-own-pride-night-after-teams-drops-official-event/?utm_source=rss&amp;utm_medium=rss&amp;utm_campaign=nhl-fans-create-their-own-pride-night-after-teams-drops-official-event" TargetMode="External"/><Relationship Id="rId10" Type="http://schemas.openxmlformats.org/officeDocument/2006/relationships/hyperlink" Target="https://www.chron.com/culture/article/dallas-stars-fans-pride-night-22414346.php" TargetMode="External"/><Relationship Id="rId11" Type="http://schemas.openxmlformats.org/officeDocument/2006/relationships/hyperlink" Target="https://www.outsports.com/2026/9/1/24142547/dallas-stars-pride-night-nhl-gay-lgbtq-hockey-texas-rangers-heated-rivalry/" TargetMode="External"/><Relationship Id="rId12" Type="http://schemas.openxmlformats.org/officeDocument/2006/relationships/hyperlink" Target="https://www.out.com/gay-lifestyle/dallas-stars-pride-night-canceled" TargetMode="External"/><Relationship Id="rId13" Type="http://schemas.openxmlformats.org/officeDocument/2006/relationships/hyperlink" Target="https://www.thedallas.org/news/dallas-stars-won-t-host-a-pride-night-for-the-first-time-in-years" TargetMode="External"/><Relationship Id="rId14" Type="http://schemas.openxmlformats.org/officeDocument/2006/relationships/hyperlink" Target="https://www.ap.org/news-highlights/spotlights/2024/the-texas-rangers-are-frustrating-lgbtq-advocates-as-the-only-mlb-team-without-a-pride-night/" TargetMode="External"/><Relationship Id="rId15" Type="http://schemas.openxmlformats.org/officeDocument/2006/relationships/hyperlink" Target="https://www.nhl.com/stars/news/dallas-stars-to-host-annual-pride-night-on-tuesday-march-21-vs-kraken-3423776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