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PowerPoint show in Brisbane brings chaos to the stage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Brisbane audiences can catch Queer PowerPoint at the Powerhouse Theatre on 28 October, where artists and wonderfully committed oddballs turn ten-minute presentations into comedy, confession and cultural commentary. The popular Melt event matters because it transforms a familiar office format into something playful, personal and gloriously unpredictable.</w:t>
      </w:r>
      <w:r/>
    </w:p>
    <w:p>
      <w:pPr>
        <w:pStyle w:val="Heading2"/>
      </w:pPr>
      <w:r>
        <w:t>Essential Takeaways</w:t>
      </w:r>
      <w:r/>
      <w:r/>
    </w:p>
    <w:p>
      <w:pPr>
        <w:pStyle w:val="ListBullet"/>
        <w:spacing w:line="240" w:lineRule="auto"/>
        <w:ind w:left="720"/>
      </w:pPr>
      <w:r/>
      <w:r>
        <w:rPr>
          <w:b/>
        </w:rPr>
        <w:t>One night, many obsessions:</w:t>
      </w:r>
      <w:r>
        <w:t xml:space="preserve"> Presenters have just ten minutes to explore a subject of their choosing.</w:t>
      </w:r>
      <w:r/>
    </w:p>
    <w:p>
      <w:pPr>
        <w:pStyle w:val="ListBullet"/>
        <w:spacing w:line="240" w:lineRule="auto"/>
        <w:ind w:left="720"/>
      </w:pPr>
      <w:r/>
      <w:r>
        <w:rPr>
          <w:b/>
        </w:rPr>
        <w:t>Expect anything:</w:t>
      </w:r>
      <w:r>
        <w:t xml:space="preserve"> Talks may involve personal stories, strange theories, cultural criticism, memes or niche passions.</w:t>
      </w:r>
      <w:r/>
    </w:p>
    <w:p>
      <w:pPr>
        <w:pStyle w:val="ListBullet"/>
        <w:spacing w:line="240" w:lineRule="auto"/>
        <w:ind w:left="720"/>
      </w:pPr>
      <w:r/>
      <w:r>
        <w:rPr>
          <w:b/>
        </w:rPr>
        <w:t>The format is deliberately familiar:</w:t>
      </w:r>
      <w:r>
        <w:t xml:space="preserve"> Corporate-style slides and dramatic transitions become part of the joke.</w:t>
      </w:r>
      <w:r/>
    </w:p>
    <w:p>
      <w:pPr>
        <w:pStyle w:val="ListBullet"/>
        <w:spacing w:line="240" w:lineRule="auto"/>
        <w:ind w:left="720"/>
      </w:pPr>
      <w:r/>
      <w:r>
        <w:rPr>
          <w:b/>
        </w:rPr>
        <w:t>Brisbane is the next stop:</w:t>
      </w:r>
      <w:r>
        <w:t xml:space="preserve"> The show takes place at Powerhouse Theatre on 28 October at 7.30pm.</w:t>
      </w:r>
      <w:r/>
    </w:p>
    <w:p>
      <w:pPr>
        <w:pStyle w:val="ListBullet"/>
        <w:spacing w:line="240" w:lineRule="auto"/>
        <w:ind w:left="720"/>
      </w:pPr>
      <w:r/>
      <w:r>
        <w:rPr>
          <w:b/>
        </w:rPr>
        <w:t>It has genuine staying power:</w:t>
      </w:r>
      <w:r>
        <w:t xml:space="preserve"> Queer PowerPoint has toured festivals and venues across Australia, building a loyal following.</w:t>
      </w:r>
      <w:r/>
      <w:r/>
    </w:p>
    <w:p>
      <w:pPr>
        <w:pStyle w:val="Heading2"/>
      </w:pPr>
      <w:r>
        <w:t>Ten minutes is all it takes to derail a slideshow</w:t>
      </w:r>
      <w:r/>
    </w:p>
    <w:p>
      <w:r/>
      <w:r>
        <w:t>The best presentations usually begin with a simple question. Queer PowerPoint starts there too, then takes a sharp turn into the wonderfully specific, the deeply personal or the completely unhinged.</w:t>
      </w:r>
      <w:r/>
    </w:p>
    <w:p>
      <w:r/>
      <w:r>
        <w:t xml:space="preserve">Each presenter gets ten minutes, a screen and the sort of confidence normally reserved for a boardroom update. According to Brisbane Powerhouse, the event is built around the unpredictable energy of artists and thinkers pursuing their own ideas, with no promise that the audience will see the punchline coming. </w:t>
      </w:r>
      <w:hyperlink r:id="rId9">
        <w:r>
          <w:rPr>
            <w:color w:val="0000EE"/>
            <w:u w:val="single"/>
          </w:rPr>
          <w:t>[2]</w:t>
        </w:r>
      </w:hyperlink>
      <w:r/>
    </w:p>
    <w:p>
      <w:r/>
      <w:r>
        <w:t>That uncertainty is the appeal. One speaker might arrive with a serious piece of cultural analysis, while another brings a theory so niche it sounds invented on the spot. Sometimes the most ridiculous-looking slide turns out to contain the evening's sharpest observation.</w:t>
      </w:r>
      <w:r/>
    </w:p>
    <w:p>
      <w:pPr>
        <w:pStyle w:val="Heading2"/>
      </w:pPr>
      <w:r>
        <w:t>Why queer audiences have made the format their own</w:t>
      </w:r>
      <w:r/>
    </w:p>
    <w:p>
      <w:r/>
      <w:r>
        <w:t>Queer PowerPoint was created by Xanthe Dobbie, Harriet Gillies and Thom Smyth through Unfunded Empathy. The concept gives presenters space to analyse, confess, joke and obsess without forcing them into a conventional stand-up routine.</w:t>
      </w:r>
      <w:r/>
    </w:p>
    <w:p>
      <w:r/>
      <w:r>
        <w:t xml:space="preserve">The event has become part of the wider Melt programme in Brisbane, a festival known for presenting queer performance, art and ideas in a lively, welcoming setting. Melt's programme announcements have positioned Queer PowerPoint alongside work that celebrates experimentation, identity and community. </w:t>
      </w:r>
      <w:hyperlink r:id="rId10">
        <w:r>
          <w:rPr>
            <w:color w:val="0000EE"/>
            <w:u w:val="single"/>
          </w:rPr>
          <w:t>[3]</w:t>
        </w:r>
      </w:hyperlink>
      <w:r>
        <w:t xml:space="preserve"> </w:t>
      </w:r>
      <w:hyperlink r:id="rId11">
        <w:r>
          <w:rPr>
            <w:color w:val="0000EE"/>
            <w:u w:val="single"/>
          </w:rPr>
          <w:t>[4]</w:t>
        </w:r>
      </w:hyperlink>
      <w:r/>
    </w:p>
    <w:p>
      <w:r/>
      <w:r>
        <w:t>There is something particularly satisfying about taking the language of meetings, targets and quarterly reports, then filling it with secret fixations and emotional over-sharing. The blank corporate slide becomes a kind of invitation: go on, explain the thing nobody asked about.</w:t>
      </w:r>
      <w:r/>
    </w:p>
    <w:p>
      <w:pPr>
        <w:pStyle w:val="Heading2"/>
      </w:pPr>
      <w:r>
        <w:t>Expect memes, theories and a few spectacular transitions</w:t>
      </w:r>
      <w:r/>
    </w:p>
    <w:p>
      <w:r/>
      <w:r>
        <w:t>The visual language is knowingly ordinary. Charts, bullet points, questionable citations and overenthusiastic slide effects all help create the show's comic tension. A star wipe might be entirely unnecessary, but that doesn't mean it won't be used with total conviction.</w:t>
      </w:r>
      <w:r/>
    </w:p>
    <w:p>
      <w:r/>
      <w:r>
        <w:t xml:space="preserve">The format has also travelled well. Listings for Queer PowerPoint at Horizon Festival and HOTA show how the event has moved beyond its original setting, carrying the same basic structure into different venues and audiences. </w:t>
      </w:r>
      <w:hyperlink r:id="rId12">
        <w:r>
          <w:rPr>
            <w:color w:val="0000EE"/>
            <w:u w:val="single"/>
          </w:rPr>
          <w:t>[6]</w:t>
        </w:r>
      </w:hyperlink>
      <w:r>
        <w:t xml:space="preserve"> </w:t>
      </w:r>
      <w:hyperlink r:id="rId13">
        <w:r>
          <w:rPr>
            <w:color w:val="0000EE"/>
            <w:u w:val="single"/>
          </w:rPr>
          <w:t>[7]</w:t>
        </w:r>
      </w:hyperlink>
      <w:r/>
    </w:p>
    <w:p>
      <w:r/>
      <w:r>
        <w:t>That portability is useful because the show depends less on scenery than on personality. The presenters provide the atmosphere, while the slides give their ideas a strange little stage of their own. It's part lecture, part variety show and part group chat projected at full size.</w:t>
      </w:r>
      <w:r/>
    </w:p>
    <w:p>
      <w:pPr>
        <w:pStyle w:val="Heading2"/>
      </w:pPr>
      <w:r>
        <w:t>What makes a good presentation?</w:t>
      </w:r>
      <w:r/>
    </w:p>
    <w:p>
      <w:r/>
      <w:r>
        <w:t>There isn't a practical checklist for choosing the perfect topic, which is probably the point. The strongest talks are likely to begin with something the presenter genuinely cares about, whether that's an obscure pop-culture detail, a personal memory or a theory that has been quietly gathering evidence for years.</w:t>
      </w:r>
      <w:r/>
    </w:p>
    <w:p>
      <w:r/>
      <w:r>
        <w:t>For audiences, the best approach is to arrive open-minded and avoid expecting a neat narrative. The event's appeal lies in the switches between comedy and insight, especially when a silly premise suddenly becomes persuasive.</w:t>
      </w:r>
      <w:r/>
    </w:p>
    <w:p>
      <w:r/>
      <w:r>
        <w:t xml:space="preserve">Harriet Gillies' project information describes the format as a space for queer presenters to share ideas through PowerPoint, reinforcing the balance between performance, research and personal enthusiasm. </w:t>
      </w:r>
      <w:hyperlink r:id="rId14">
        <w:r>
          <w:rPr>
            <w:color w:val="0000EE"/>
            <w:u w:val="single"/>
          </w:rPr>
          <w:t>[5]</w:t>
        </w:r>
      </w:hyperlink>
      <w:r>
        <w:t xml:space="preserve"> If you're the sort of person who enjoys a passionate explanation of a subject you didn't know existed, this is very much your territory.</w:t>
      </w:r>
      <w:r/>
    </w:p>
    <w:p>
      <w:pPr>
        <w:pStyle w:val="Heading2"/>
      </w:pPr>
      <w:r>
        <w:t>Brisbane gets a new home for familiar chaos</w:t>
      </w:r>
      <w:r/>
    </w:p>
    <w:p>
      <w:r/>
      <w:r>
        <w:t>Brisbane audiences have already encountered Queer PowerPoint through Melt, but this edition moves into the Powerhouse Theatre at Brisbane Powerhouse. The new setting gives the event room to feel bigger while keeping its intimate, presenter-led spirit.</w:t>
      </w:r>
      <w:r/>
    </w:p>
    <w:p>
      <w:r/>
      <w:r>
        <w:t xml:space="preserve">The Brisbane Powerhouse listing places the performance on 28 October at 7.30pm. </w:t>
      </w:r>
      <w:hyperlink r:id="rId9">
        <w:r>
          <w:rPr>
            <w:color w:val="0000EE"/>
            <w:u w:val="single"/>
          </w:rPr>
          <w:t>[2]</w:t>
        </w:r>
      </w:hyperlink>
      <w:r>
        <w:t xml:space="preserve"> It is a handy date to put in the diary if you like live comedy with a little cultural analysis attached, or if you simply want to see what happens when queer imagination meets office software.</w:t>
      </w:r>
      <w:r/>
    </w:p>
    <w:p>
      <w:r/>
      <w:r>
        <w:t>The show works because it doesn't treat silliness and intelligence as opposites. A ridiculous transition can lead to a sharp insight, and a serious idea can become much funnier when it's surrounded by bad graphics and excessive enthusiasm. You may never look at bullet points quite the same way again.</w:t>
      </w:r>
      <w:r/>
    </w:p>
    <w:p>
      <w:r/>
      <w:r>
        <w:t>It's a small, chaotic reminder that any subject can become fascinating when someone cares about it enough.</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[3]</w:t>
        </w:r>
      </w:hyperlink>
      <w:r>
        <w:t xml:space="preserve">, </w:t>
      </w:r>
      <w:hyperlink r:id="rId14">
        <w:r>
          <w:rPr>
            <w:color w:val="0000EE"/>
            <w:u w:val="single"/>
          </w:rPr>
          <w:t>[5]</w:t>
        </w:r>
      </w:hyperlink>
      <w:r>
        <w:t xml:space="preserve">- Paragraph 3: </w:t>
      </w:r>
      <w:hyperlink r:id="rId12">
        <w:r>
          <w:rPr>
            <w:color w:val="0000EE"/>
            <w:u w:val="single"/>
          </w:rPr>
          <w:t>[6]</w:t>
        </w:r>
      </w:hyperlink>
      <w:r>
        <w:t xml:space="preserve">, </w:t>
      </w:r>
      <w:hyperlink r:id="rId13">
        <w:r>
          <w:rPr>
            <w:color w:val="0000EE"/>
            <w:u w:val="single"/>
          </w:rPr>
          <w:t>[7]</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14">
        <w:r>
          <w:rPr>
            <w:color w:val="0000EE"/>
            <w:u w:val="single"/>
          </w:rPr>
          <w:t>[5]</w:t>
        </w:r>
      </w:hyperlink>
      <w:r>
        <w:t xml:space="preserve">, </w:t>
      </w:r>
      <w:hyperlink r:id="rId12">
        <w:r>
          <w:rPr>
            <w:color w:val="0000EE"/>
            <w:u w:val="single"/>
          </w:rPr>
          <w:t>[6]</w:t>
        </w:r>
      </w:hyperlink>
      <w:r>
        <w:t xml:space="preserve">- Paragraph 6: </w:t>
      </w:r>
      <w:hyperlink r:id="rId9">
        <w:r>
          <w:rPr>
            <w:color w:val="0000EE"/>
            <w:u w:val="single"/>
          </w:rPr>
          <w:t>[2]</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https://www.starobserver.com.au/news/queer-powerpoint-a-star-wipe-for-your-thoughts/243769</w:t>
        </w:r>
      </w:hyperlink>
      <w:r>
        <w:t xml:space="preserve"> - Please view link - unable to able to access data</w:t>
      </w:r>
      <w:r/>
    </w:p>
    <w:p>
      <w:pPr>
        <w:pStyle w:val="ListNumber"/>
        <w:spacing w:line="240" w:lineRule="auto"/>
        <w:ind w:left="720"/>
      </w:pPr>
      <w:r/>
      <w:hyperlink r:id="rId9">
        <w:r>
          <w:rPr>
            <w:color w:val="0000EE"/>
            <w:u w:val="single"/>
          </w:rPr>
          <w:t>https://brisbanepowerhouse.org/events/queer-powerpoint/</w:t>
        </w:r>
      </w:hyperlink>
      <w:r>
        <w:t xml:space="preserve"> - Official Brisbane Powerhouse event page for the 28 October 2026 Brisbane season of Queer PowerPoint. It adds concrete ticketing, venue and content details: 7:30pm at Powerhouse Theatre, 60 minutes, 18+ only, and warnings for adult themes, partial nudity, coarse language, sexual references and drug references. It also names Unfunded Empathy as producer and Brisbane Powerhouse as presenter. The page frames the show as a return in a brand new venue and repeats the format’s core premise: queer presenters using PowerPoint to explore niche obsessions, with a mix of surprise, speculation and fabrication.</w:t>
      </w:r>
      <w:r/>
    </w:p>
    <w:p>
      <w:pPr>
        <w:pStyle w:val="ListNumber"/>
        <w:spacing w:line="240" w:lineRule="auto"/>
        <w:ind w:left="720"/>
      </w:pPr>
      <w:r/>
      <w:hyperlink r:id="rId10">
        <w:r>
          <w:rPr>
            <w:color w:val="0000EE"/>
            <w:u w:val="single"/>
          </w:rPr>
          <w:t>https://brisbanepowerhouse.org/melt-2025-full-program-announce/</w:t>
        </w:r>
      </w:hyperlink>
      <w:r>
        <w:t xml:space="preserve"> - Brisbane Powerhouse’s 2025 Melt announcement adds festival-scale background to the story, including that Melt spans hundreds of performances and events across more than 60 venues over 18 days. It quotes executive producer Emmie Paranthoiene on queer joy, protest and pride, and it places Queer PowerPoint among returning audience favourites. The page also introduces Melting Pot, a pop-up venue at Brisbane Powerhouse created with QUIVR, giving extra context to the festival’s queer nightlife and community programming. It is useful for understanding how Queer PowerPoint sits inside the wider Melt brand and programming strategy.</w:t>
      </w:r>
      <w:r/>
    </w:p>
    <w:p>
      <w:pPr>
        <w:pStyle w:val="ListNumber"/>
        <w:spacing w:line="240" w:lineRule="auto"/>
        <w:ind w:left="720"/>
      </w:pPr>
      <w:r/>
      <w:hyperlink r:id="rId11">
        <w:r>
          <w:rPr>
            <w:color w:val="0000EE"/>
            <w:u w:val="single"/>
          </w:rPr>
          <w:t>https://www.melt.org.au/melt-2025-is-coming-in-hot-first-program-announcement-revealed/</w:t>
        </w:r>
      </w:hyperlink>
      <w:r>
        <w:t xml:space="preserve"> - Official Melt first-program announcement for 2025, giving broader festival context and a different angle on the show’s role in the line-up. It describes Melt as a city-wide celebration of queer arts and culture and highlights big-ticket events such as Bernadette Peters and 1000 Voices. For Queer PowerPoint, it adds wording about “hilariously gay PowerPoint nights” and frames the event as part of a larger push to make Brisbane a destination for queer arts. This source is useful for festival positioning rather than the individual event listing.</w:t>
      </w:r>
      <w:r/>
    </w:p>
    <w:p>
      <w:pPr>
        <w:pStyle w:val="ListNumber"/>
        <w:spacing w:line="240" w:lineRule="auto"/>
        <w:ind w:left="720"/>
      </w:pPr>
      <w:r/>
      <w:hyperlink r:id="rId14">
        <w:r>
          <w:rPr>
            <w:color w:val="0000EE"/>
            <w:u w:val="single"/>
          </w:rPr>
          <w:t>https://www.harrietgillies.com/queerppt</w:t>
        </w:r>
      </w:hyperlink>
      <w:r>
        <w:t xml:space="preserve"> - Harriet Gillies’s project page adds history and provenance. It presents Queer PPT as the inaugural outing of Queer PowerPoint and names the creators as Xanthe Dobbie, Harriet Gillies and Thom Smyth. The page says the format began in Sydney, ran a sold-out season at 107 Projects in 2021 and later had an encore at the Museum of Contemporary Art as part of the 23rd Biennale of Sydney in 2022. It is useful for establishing the project’s origins, the creators’ roles and its earlier success beyond Brisbane.</w:t>
      </w:r>
      <w:r/>
    </w:p>
    <w:p>
      <w:pPr>
        <w:pStyle w:val="ListNumber"/>
        <w:spacing w:line="240" w:lineRule="auto"/>
        <w:ind w:left="720"/>
      </w:pPr>
      <w:r/>
      <w:hyperlink r:id="rId12">
        <w:r>
          <w:rPr>
            <w:color w:val="0000EE"/>
            <w:u w:val="single"/>
          </w:rPr>
          <w:t>https://www.horizonfestival.com.au/events/queer-powerpoint</w:t>
        </w:r>
      </w:hyperlink>
      <w:r>
        <w:t xml:space="preserve"> - Horizon Festival’s event page gives a different presentation of the format, including a direct endorsement quote and a fuller creative-team profile. It says creators Xanthe Dobbie and Harriet Gillies host the event, with Thom Smyth as co-creator and creative producer. It adds that the show is a 10-minute performance lecture about anything, created for queer artists, and that it is presented in English and AUSLAN in an indoor licensed venue. The page also includes access notes and a warning about bright screens, potential nudity, coarse language, amplified sound and the event being strictly 18+.</w:t>
      </w:r>
      <w:r/>
    </w:p>
    <w:p>
      <w:pPr>
        <w:pStyle w:val="ListNumber"/>
        <w:spacing w:line="240" w:lineRule="auto"/>
        <w:ind w:left="720"/>
      </w:pPr>
      <w:r/>
      <w:hyperlink r:id="rId13">
        <w:r>
          <w:rPr>
            <w:color w:val="0000EE"/>
            <w:u w:val="single"/>
          </w:rPr>
          <w:t>https://hota.com.au/events/bleach-26-queer-powerpoint</w:t>
        </w:r>
      </w:hyperlink>
      <w:r>
        <w:t xml:space="preserve"> - HOTA’s Bleach event page adds Gold Coast coverage and a more compact description of the format. It confirms the same core creative duo, Xanthe Dobbie and Harriet Gillies, and repeats the 10-minute PowerPoint lecture concept. It also invites audiences to apply to present, which is useful because it shows the show is participatory rather than a fixed cast. Compared with the Brisbane listing, it is more of a promotional overview but still helps establish that the format is touring through major Queensland arts festivals.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risbanepowerhouse.org/events/queer-powerpoint/" TargetMode="External"/><Relationship Id="rId10" Type="http://schemas.openxmlformats.org/officeDocument/2006/relationships/hyperlink" Target="https://brisbanepowerhouse.org/melt-2025-full-program-announce/" TargetMode="External"/><Relationship Id="rId11" Type="http://schemas.openxmlformats.org/officeDocument/2006/relationships/hyperlink" Target="https://www.melt.org.au/melt-2025-is-coming-in-hot-first-program-announcement-revealed/" TargetMode="External"/><Relationship Id="rId12" Type="http://schemas.openxmlformats.org/officeDocument/2006/relationships/hyperlink" Target="https://www.horizonfestival.com.au/events/queer-powerpoint" TargetMode="External"/><Relationship Id="rId13" Type="http://schemas.openxmlformats.org/officeDocument/2006/relationships/hyperlink" Target="https://hota.com.au/events/bleach-26-queer-powerpoint" TargetMode="External"/><Relationship Id="rId14" Type="http://schemas.openxmlformats.org/officeDocument/2006/relationships/hyperlink" Target="https://www.harrietgillies.com/queerppt" TargetMode="External"/><Relationship Id="rId15" Type="http://schemas.openxmlformats.org/officeDocument/2006/relationships/hyperlink" Target="https://www.starobserver.com.au/news/queer-powerpoint-a-star-wipe-for-your-thoughts/24376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