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Duluth-Superior Pride Parade Moments Celebrate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filled Tower Avenue in bright sunshine for the Duluth-Superior Pride Parade, where colourful floats, motorcycles, music and plenty of pride dogs turned the annual celebration into a joyful showcase of community, visibility and belonging. The growing event also offered a timely reminder of why LGBTQ+ festivals still matter.</w:t>
      </w:r>
      <w:r/>
    </w:p>
    <w:p>
      <w:pPr>
        <w:pStyle w:val="Heading2"/>
      </w:pPr>
      <w:r>
        <w:t>Essential Takeaways</w:t>
      </w:r>
      <w:r/>
      <w:r/>
    </w:p>
    <w:p>
      <w:pPr>
        <w:pStyle w:val="ListBullet"/>
        <w:spacing w:line="240" w:lineRule="auto"/>
        <w:ind w:left="720"/>
      </w:pPr>
      <w:r/>
      <w:r>
        <w:rPr>
          <w:b/>
        </w:rPr>
        <w:t>A lively turnout:</w:t>
      </w:r>
      <w:r>
        <w:t xml:space="preserve"> Hundreds watched the parade along Tower Avenue as organisations brought floats, performers and music.</w:t>
      </w:r>
      <w:r/>
    </w:p>
    <w:p>
      <w:pPr>
        <w:pStyle w:val="ListBullet"/>
        <w:spacing w:line="240" w:lineRule="auto"/>
        <w:ind w:left="720"/>
      </w:pPr>
      <w:r/>
      <w:r>
        <w:rPr>
          <w:b/>
        </w:rPr>
        <w:t>Plenty of colour:</w:t>
      </w:r>
      <w:r>
        <w:t xml:space="preserve"> Gold body glitter, pink temporary hair dye, rainbow displays and waving fans created a wonderfully vivid atmosphere.</w:t>
      </w:r>
      <w:r/>
    </w:p>
    <w:p>
      <w:pPr>
        <w:pStyle w:val="ListBullet"/>
        <w:spacing w:line="240" w:lineRule="auto"/>
        <w:ind w:left="720"/>
      </w:pPr>
      <w:r/>
      <w:r>
        <w:rPr>
          <w:b/>
        </w:rPr>
        <w:t>A family-friendly feeling:</w:t>
      </w:r>
      <w:r>
        <w:t xml:space="preserve"> Children, teenagers and dogs were all part of the crowd, adding to the event's open, welcoming mood.</w:t>
      </w:r>
      <w:r/>
    </w:p>
    <w:p>
      <w:pPr>
        <w:pStyle w:val="ListBullet"/>
        <w:spacing w:line="240" w:lineRule="auto"/>
        <w:ind w:left="720"/>
      </w:pPr>
      <w:r/>
      <w:r>
        <w:rPr>
          <w:b/>
        </w:rPr>
        <w:t>A growing tradition:</w:t>
      </w:r>
      <w:r>
        <w:t xml:space="preserve"> Long-time attendees said the parade has expanded noticeably, with more familiar faces and younger visitors each year.</w:t>
      </w:r>
      <w:r/>
    </w:p>
    <w:p>
      <w:pPr>
        <w:pStyle w:val="ListBullet"/>
        <w:spacing w:line="240" w:lineRule="auto"/>
        <w:ind w:left="720"/>
      </w:pPr>
      <w:r/>
      <w:r>
        <w:rPr>
          <w:b/>
        </w:rPr>
        <w:t>More than a celebration:</w:t>
      </w:r>
      <w:r>
        <w:t xml:space="preserve"> Speakers and attendees connected the parade with LGBTQ+ rights, freedom and the importance of living openly.</w:t>
      </w:r>
      <w:r/>
      <w:r/>
    </w:p>
    <w:p>
      <w:pPr>
        <w:pStyle w:val="Heading2"/>
      </w:pPr>
      <w:r>
        <w:t>Tower Avenue turns into a rainbow stage</w:t>
      </w:r>
      <w:r/>
    </w:p>
    <w:p>
      <w:r/>
      <w:r>
        <w:t xml:space="preserve">The strongest image from the Duluth-Superior Pride Parade was Tower Avenue transformed into a moving, noisy celebration. Motorcycle engines rumbled, fire truck sirens sounded and music rolled through the sunny afternoon as rainbow floats passed the watching crowd. According to WDIO, hundreds of people gathered along the route, making the street feel less like a thoroughfare and more like a giant outdoor festival. </w:t>
      </w:r>
      <w:hyperlink r:id="rId9">
        <w:r>
          <w:rPr>
            <w:color w:val="0000EE"/>
            <w:u w:val="single"/>
          </w:rPr>
          <w:t>[2]</w:t>
        </w:r>
      </w:hyperlink>
      <w:r/>
    </w:p>
    <w:p>
      <w:r/>
      <w:r>
        <w:t xml:space="preserve">The parade had no shortage of personality. Dancers performed, drag queens waved oversized fans and one exuberant pizza character greeted the crowd. Superior Mayor Jim Paine joined the procession on a motorcycle, adding a local political touch to an event that was otherwise unapologetically playful. </w:t>
      </w:r>
      <w:hyperlink r:id="rId10">
        <w:r>
          <w:rPr>
            <w:color w:val="0000EE"/>
            <w:u w:val="single"/>
          </w:rPr>
          <w:t>[3]</w:t>
        </w:r>
      </w:hyperlink>
      <w:r/>
    </w:p>
    <w:p>
      <w:pPr>
        <w:pStyle w:val="Heading2"/>
      </w:pPr>
      <w:r>
        <w:t>A bigger parade with a younger feel</w:t>
      </w:r>
      <w:r/>
    </w:p>
    <w:p>
      <w:r/>
      <w:r>
        <w:t xml:space="preserve">For returning attendees, the most noticeable change wasn't simply the size of the crowd. It was the mix of ages and the number of people appearing to feel comfortable being themselves in public. One long-time participant described seeing more children and teenagers taking part freely, a detail that captures the parade's emotional importance as much as its spectacle. </w:t>
      </w:r>
      <w:hyperlink r:id="rId11">
        <w:r>
          <w:rPr>
            <w:color w:val="0000EE"/>
            <w:u w:val="single"/>
          </w:rPr>
          <w:t>[4]</w:t>
        </w:r>
      </w:hyperlink>
      <w:r/>
    </w:p>
    <w:p>
      <w:r/>
      <w:r>
        <w:t xml:space="preserve">That sense of growth fits the wider role Pride events play in smaller cities. They can be celebration, reunion and public statement all at once. The Duluth-Superior event brings together residents from two neighbouring communities, while giving local organisations a visible way to support LGBTQ+ people throughout the region. </w:t>
      </w:r>
      <w:hyperlink r:id="rId12">
        <w:r>
          <w:rPr>
            <w:color w:val="0000EE"/>
            <w:u w:val="single"/>
          </w:rPr>
          <w:t>[7]</w:t>
        </w:r>
      </w:hyperlink>
      <w:r/>
    </w:p>
    <w:p>
      <w:pPr>
        <w:pStyle w:val="Heading2"/>
      </w:pPr>
      <w:r>
        <w:t>Why Pride dogs may have stolen the show</w:t>
      </w:r>
      <w:r/>
    </w:p>
    <w:p>
      <w:r/>
      <w:r>
        <w:t>Every parade has its unofficial stars, and here they appeared to have four legs. Attendees singled out the dogs in the crowd as a favourite feature, with pets dressed for the occasion or simply enjoying the attention from the pavement. It’s a small detail, but it says plenty about the relaxed, community-led atmosphere.</w:t>
      </w:r>
      <w:r/>
    </w:p>
    <w:p>
      <w:r/>
      <w:r>
        <w:t xml:space="preserve">For visitors bringing a dog, sensible preparation still matters. A sunny parade route can mean warm pavement, loud noises and a lot of stimulation, so water, shade and a secure lead are useful basics. Festival information from Visit Duluth also highlights the event as part of the area's broader Pride weekend, where planning ahead can make the day easier for both people and pets. </w:t>
      </w:r>
      <w:hyperlink r:id="rId13">
        <w:r>
          <w:rPr>
            <w:color w:val="0000EE"/>
            <w:u w:val="single"/>
          </w:rPr>
          <w:t>[5]</w:t>
        </w:r>
      </w:hyperlink>
      <w:r/>
    </w:p>
    <w:p>
      <w:pPr>
        <w:pStyle w:val="Heading2"/>
      </w:pPr>
      <w:r>
        <w:t>More than bright colours and cheering crowds</w:t>
      </w:r>
      <w:r/>
    </w:p>
    <w:p>
      <w:r/>
      <w:r>
        <w:t xml:space="preserve">The parade's joy sits alongside a serious purpose. Attendees spoke about the need to protect rights and freedoms, particularly at a time when LGBTQ+ communities continue to face political pressure and hostile public debate. That contrast is part of what gives Pride its particular energy: the glitter is real, but so is the determination behind it. </w:t>
      </w:r>
      <w:hyperlink r:id="rId11">
        <w:r>
          <w:rPr>
            <w:color w:val="0000EE"/>
            <w:u w:val="single"/>
          </w:rPr>
          <w:t>[4]</w:t>
        </w:r>
      </w:hyperlink>
      <w:r/>
    </w:p>
    <w:p>
      <w:r/>
      <w:r>
        <w:t xml:space="preserve">One attendee described the gathering as a reminder that people are simply trying to live ordinary, decent lives. Another spoke about continuing to coexist with those who don't accept LGBTQ+ people, while responding with openness rather than retreat. Those comments give the celebration a grounded quality, even as the floats and costumes keep the mood light. </w:t>
      </w:r>
      <w:hyperlink r:id="rId9">
        <w:r>
          <w:rPr>
            <w:color w:val="0000EE"/>
            <w:u w:val="single"/>
          </w:rPr>
          <w:t>[2]</w:t>
        </w:r>
      </w:hyperlink>
      <w:r/>
    </w:p>
    <w:p>
      <w:pPr>
        <w:pStyle w:val="Heading2"/>
      </w:pPr>
      <w:r>
        <w:t>A local tradition that keeps moving forward</w:t>
      </w:r>
      <w:r/>
    </w:p>
    <w:p>
      <w:r/>
      <w:r>
        <w:t xml:space="preserve">The Duluth-Superior Pride Parade has become an important fixture in the regional calendar, supported by civic leaders, community groups and returning spectators. Parade information and local event listings show how the celebration sits within a wider programme of Pride activities, rather than being a one-day occasion. </w:t>
      </w:r>
      <w:hyperlink r:id="rId13">
        <w:r>
          <w:rPr>
            <w:color w:val="0000EE"/>
            <w:u w:val="single"/>
          </w:rPr>
          <w:t>[5]</w:t>
        </w:r>
      </w:hyperlink>
      <w:r/>
    </w:p>
    <w:p>
      <w:r/>
      <w:r>
        <w:t xml:space="preserve">There’s also a practical side to an event of this scale. Route changes and public transport adjustments are typically needed when crowds and floats take over city streets, with Duluth Transit publishing parade-related detour information for affected services. That behind-the-scenes planning is easy to overlook, but it helps the celebration run smoothly. </w:t>
      </w:r>
      <w:hyperlink r:id="rId14">
        <w:r>
          <w:rPr>
            <w:color w:val="0000EE"/>
            <w:u w:val="single"/>
          </w:rPr>
          <w:t>[6]</w:t>
        </w:r>
      </w:hyperlink>
      <w:r/>
    </w:p>
    <w:p>
      <w:r/>
      <w:r>
        <w:t>For many attendees, though, the lasting memory will be simpler: sunshine, music, friends and the sight of younger people enjoying a public space without apology. That may be the parade's clearest measure of success.</w:t>
      </w:r>
      <w:r/>
    </w:p>
    <w:p>
      <w:r/>
      <w:r>
        <w:t>It's a joyful street festival, but also a visible promise that everyone deserves room to belong.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2">
        <w:r>
          <w:rPr>
            <w:color w:val="0000EE"/>
            <w:u w:val="single"/>
          </w:rPr>
          <w:t>[7]</w:t>
        </w:r>
      </w:hyperlink>
      <w:r>
        <w:t xml:space="preserve">- Paragraph 8: </w:t>
      </w:r>
      <w:hyperlink r:id="rId14">
        <w:r>
          <w:rPr>
            <w:color w:val="0000EE"/>
            <w:u w:val="single"/>
          </w:rPr>
          <w:t>[6]</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https://www.wdio.com/top-stories/hundreds-hit-tower-avenue-for-duluth-superior-pride-parade/</w:t>
        </w:r>
      </w:hyperlink>
      <w:r>
        <w:t xml:space="preserve"> - Please view link - unable to able to access data</w:t>
      </w:r>
      <w:r/>
    </w:p>
    <w:p>
      <w:pPr>
        <w:pStyle w:val="ListNumber"/>
        <w:spacing w:line="240" w:lineRule="auto"/>
        <w:ind w:left="720"/>
      </w:pPr>
      <w:r/>
      <w:hyperlink r:id="rId9">
        <w:r>
          <w:rPr>
            <w:color w:val="0000EE"/>
            <w:u w:val="single"/>
          </w:rPr>
          <w:t>https://www.northernnewsnow.com/2026/09/04/duluth-superior-mayors-kick-off-40th-pride-weekend/</w:t>
        </w:r>
      </w:hyperlink>
      <w:r>
        <w:t xml:space="preserve"> - Northern News Now reports on the opening of the 40th Pride weekend in the Twin Ports, with Duluth and Superior mayors holding a proclamation at the Saint Louis County Depot. It adds that Mayor Roger Reinert said he had been involved since Herb Bergson’s first mayoral Pride reception in 2005, making this year’s event especially meaningful. The report frames the weekend as a broader celebration of inclusivity and notes that additional free events include a festival at Bayfront on Saturday and the parade in Superior.</w:t>
      </w:r>
      <w:r/>
    </w:p>
    <w:p>
      <w:pPr>
        <w:pStyle w:val="ListNumber"/>
        <w:spacing w:line="240" w:lineRule="auto"/>
        <w:ind w:left="720"/>
      </w:pPr>
      <w:r/>
      <w:hyperlink r:id="rId10">
        <w:r>
          <w:rPr>
            <w:color w:val="0000EE"/>
            <w:u w:val="single"/>
          </w:rPr>
          <w:t>https://wdsm710.com/2026/09/04/932494/</w:t>
        </w:r>
      </w:hyperlink>
      <w:r>
        <w:t xml:space="preserve"> - WDSM gives a concise round-up of the 40th Duluth-Superior Pride Festival, adding the detail that the weekend began with a Thursday welcoming reception at the Depot hosted by the two mayors. It states that Friday’s art show is at Prøve Gallery in Canal Park, and that Saturday’s Bayfront festival will include hundreds of vendors, food trucks, information booths, shopping and live entertainment. For the parade itself, WDSM specifies the route down Tower Avenue between Broadway and 13th Street in Superior.</w:t>
      </w:r>
      <w:r/>
    </w:p>
    <w:p>
      <w:pPr>
        <w:pStyle w:val="ListNumber"/>
        <w:spacing w:line="240" w:lineRule="auto"/>
        <w:ind w:left="720"/>
      </w:pPr>
      <w:r/>
      <w:hyperlink r:id="rId11">
        <w:r>
          <w:rPr>
            <w:color w:val="0000EE"/>
            <w:u w:val="single"/>
          </w:rPr>
          <w:t>https://www.wpr.org/news/pride-superiors-main-club-offered-place-belong-areas-lgbq-residents</w:t>
        </w:r>
      </w:hyperlink>
      <w:r>
        <w:t xml:space="preserve"> - Wisconsin Public Radio provides useful background by situating Pride in Superior within the city’s longer LGBTQ+ history. Its focus is The Main Club on Tower Avenue, described as the region’s oldest LGBTQ bar and a major site in the local rights movement since 1983. The article also introduces the book Remember the Main and its author Meg Gorzycki, adding context that the Pride parade coverage does not contain. This is less about the parade day itself than the cultural history behind the celebration.</w:t>
      </w:r>
      <w:r/>
    </w:p>
    <w:p>
      <w:pPr>
        <w:pStyle w:val="ListNumber"/>
        <w:spacing w:line="240" w:lineRule="auto"/>
        <w:ind w:left="720"/>
      </w:pPr>
      <w:r/>
      <w:hyperlink r:id="rId13">
        <w:r>
          <w:rPr>
            <w:color w:val="0000EE"/>
            <w:u w:val="single"/>
          </w:rPr>
          <w:t>https://visitduluth.com/event/duluth-superior-pride-festival/2026-09-04/</w:t>
        </w:r>
      </w:hyperlink>
      <w:r>
        <w:t xml:space="preserve"> - Visit Duluth supplies a full event schedule for Pride weekend, including the mayors’ reception, the art show, the festival at Bayfront Park and the parade in Superior. It adds venue addresses, times and the family-friendly framing, plus a note that the festival will feature beer tents, food trucks, exhibitors, merchandise vendors, children’s activities and main-stage entertainment. It also points readers to the organiser’s website, making it a strong primary-source reconstruction aid.</w:t>
      </w:r>
      <w:r/>
    </w:p>
    <w:p>
      <w:pPr>
        <w:pStyle w:val="ListNumber"/>
        <w:spacing w:line="240" w:lineRule="auto"/>
        <w:ind w:left="720"/>
      </w:pPr>
      <w:r/>
      <w:hyperlink r:id="rId14">
        <w:r>
          <w:rPr>
            <w:color w:val="0000EE"/>
            <w:u w:val="single"/>
          </w:rPr>
          <w:t>https://www.duluthtransit.com/alerts/routes-16-17-detour-duluth-superior-pride-parade-sunday-sept-1st/</w:t>
        </w:r>
      </w:hyperlink>
      <w:r>
        <w:t xml:space="preserve"> - Duluth Transit Authority provides a practical service notice connected to the parade, showing how the event affects local transport. It states that Tower Avenue and Broadway will be closed for several hours, forcing Routes 16 and 17 to detour and changing the usual transfer point. This adds operational detail absent from the parade coverage and helps pin down the route closure window. It is also a good source for the parade’s timing and road impact.</w:t>
      </w:r>
      <w:r/>
    </w:p>
    <w:p>
      <w:pPr>
        <w:pStyle w:val="ListNumber"/>
        <w:spacing w:line="240" w:lineRule="auto"/>
        <w:ind w:left="720"/>
      </w:pPr>
      <w:r/>
      <w:hyperlink r:id="rId12">
        <w:r>
          <w:rPr>
            <w:color w:val="0000EE"/>
            <w:u w:val="single"/>
          </w:rPr>
          <w:t>https://www.dspride.org/</w:t>
        </w:r>
      </w:hyperlink>
      <w:r>
        <w:t xml:space="preserve"> - The Duluth-Superior Pride site is the organiser’s own source for the 2026 weekend and confirms the 40-year milestone, the Labor Day weekend timing and the sequence of events. It says the annual festival in Duluth is followed by the parade on Tower Avenue in Superior on Sunday. This is the best primary source for the official framing of the event and for confirming the organisation behind it, even though it gives fewer human details than the news reports.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rthernnewsnow.com/2026/09/04/duluth-superior-mayors-kick-off-40th-pride-weekend/" TargetMode="External"/><Relationship Id="rId10" Type="http://schemas.openxmlformats.org/officeDocument/2006/relationships/hyperlink" Target="https://wdsm710.com/2026/09/04/932494/" TargetMode="External"/><Relationship Id="rId11" Type="http://schemas.openxmlformats.org/officeDocument/2006/relationships/hyperlink" Target="https://www.wpr.org/news/pride-superiors-main-club-offered-place-belong-areas-lgbq-residents" TargetMode="External"/><Relationship Id="rId12" Type="http://schemas.openxmlformats.org/officeDocument/2006/relationships/hyperlink" Target="https://www.dspride.org/" TargetMode="External"/><Relationship Id="rId13" Type="http://schemas.openxmlformats.org/officeDocument/2006/relationships/hyperlink" Target="https://visitduluth.com/event/duluth-superior-pride-festival/2026-09-04/" TargetMode="External"/><Relationship Id="rId14" Type="http://schemas.openxmlformats.org/officeDocument/2006/relationships/hyperlink" Target="https://www.duluthtransit.com/alerts/routes-16-17-detour-duluth-superior-pride-parade-sunday-sept-1st/" TargetMode="External"/><Relationship Id="rId15" Type="http://schemas.openxmlformats.org/officeDocument/2006/relationships/hyperlink" Target="https://www.wdio.com/top-stories/hundreds-hit-tower-avenue-for-duluth-superior-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