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Calgary Pride Parade 2026 Highlights Draw Thousands Downtown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Rain failed to dampen Calgary Pride Parade 2026, as thousands gathered downtown to celebrate LGBTQ2S+ community, creativity and belonging. From bright costumes to buoyant street energy, the event offered a welcome burst of joy during a tense year, while reminding visitors why Calgary Pride remains a standout date on the city’s cultural calendar.</w:t>
      </w:r>
      <w:r/>
    </w:p>
    <w:p>
      <w:pPr>
        <w:pStyle w:val="Heading2"/>
      </w:pPr>
      <w:r>
        <w:t>Essential Takeaways</w:t>
      </w:r>
      <w:r/>
      <w:r/>
    </w:p>
    <w:p>
      <w:pPr>
        <w:pStyle w:val="ListBullet"/>
        <w:spacing w:line="240" w:lineRule="auto"/>
        <w:ind w:left="720"/>
      </w:pPr>
      <w:r/>
      <w:r>
        <w:rPr>
          <w:b/>
        </w:rPr>
        <w:t>Large crowds turned out:</w:t>
      </w:r>
      <w:r>
        <w:t xml:space="preserve"> Thousands gathered in Calgary’s downtown core despite wet weather.</w:t>
      </w:r>
      <w:r/>
    </w:p>
    <w:p>
      <w:pPr>
        <w:pStyle w:val="ListBullet"/>
        <w:spacing w:line="240" w:lineRule="auto"/>
        <w:ind w:left="720"/>
      </w:pPr>
      <w:r/>
      <w:r>
        <w:rPr>
          <w:b/>
        </w:rPr>
        <w:t>Joy led the mood:</w:t>
      </w:r>
      <w:r>
        <w:t xml:space="preserve"> Parade-goers described the atmosphere as spirited, welcoming and uplifting.</w:t>
      </w:r>
      <w:r/>
    </w:p>
    <w:p>
      <w:pPr>
        <w:pStyle w:val="ListBullet"/>
        <w:spacing w:line="240" w:lineRule="auto"/>
        <w:ind w:left="720"/>
      </w:pPr>
      <w:r/>
      <w:r>
        <w:rPr>
          <w:b/>
        </w:rPr>
        <w:t>Costumes made a splash:</w:t>
      </w:r>
      <w:r>
        <w:t xml:space="preserve"> Bold outfits and playful accessories added plenty of colour to the streets.</w:t>
      </w:r>
      <w:r/>
    </w:p>
    <w:p>
      <w:pPr>
        <w:pStyle w:val="ListBullet"/>
        <w:spacing w:line="240" w:lineRule="auto"/>
        <w:ind w:left="720"/>
      </w:pPr>
      <w:r/>
      <w:r>
        <w:rPr>
          <w:b/>
        </w:rPr>
        <w:t>Community stayed central:</w:t>
      </w:r>
      <w:r>
        <w:t xml:space="preserve"> The celebration offered a visible space for people to be themselves.</w:t>
      </w:r>
      <w:r/>
    </w:p>
    <w:p>
      <w:pPr>
        <w:pStyle w:val="ListBullet"/>
        <w:spacing w:line="240" w:lineRule="auto"/>
        <w:ind w:left="720"/>
      </w:pPr>
      <w:r/>
      <w:r>
        <w:rPr>
          <w:b/>
        </w:rPr>
        <w:t>Planning matters:</w:t>
      </w:r>
      <w:r>
        <w:t xml:space="preserve"> Visitors should check official event information for routes, timings and accessibility details.</w:t>
      </w:r>
      <w:r/>
      <w:r/>
    </w:p>
    <w:p>
      <w:pPr>
        <w:pStyle w:val="Heading2"/>
      </w:pPr>
      <w:r>
        <w:t>Rainy skies, bright spirits</w:t>
      </w:r>
      <w:r/>
    </w:p>
    <w:p>
      <w:r/>
      <w:r>
        <w:t>A grey forecast couldn't compete with the colour on Calgary's streets. Thousands of people arrived for the annual Pride parade, bringing umbrellas, cheerful noise and an unmistakable sense that the day was worth showing up for.</w:t>
      </w:r>
      <w:r/>
    </w:p>
    <w:p>
      <w:r/>
      <w:r>
        <w:t>According to CityNews, attendees said the appeal went beyond watching floats pass by. The gathering offered energy, friendship and a temporary escape from the pressures of everyday life. That's no small thing when the wider news cycle feels heavy.</w:t>
      </w:r>
      <w:r/>
    </w:p>
    <w:p>
      <w:r/>
      <w:r>
        <w:t>Calgary Pride's official parade information provides the practical details visitors need, including event guidance and updates. For anyone planning to attend in future, checking those details before setting off is a sensible first step.</w:t>
      </w:r>
      <w:r/>
    </w:p>
    <w:p>
      <w:pPr>
        <w:pStyle w:val="Heading2"/>
      </w:pPr>
      <w:r>
        <w:t>Why the crowd keeps coming back</w:t>
      </w:r>
      <w:r/>
    </w:p>
    <w:p>
      <w:r/>
      <w:r>
        <w:t>For many spectators, the most memorable part wasn't one particular float or performance. It was the shared feeling of being surrounded by people who could relax, celebrate and express themselves openly.</w:t>
      </w:r>
      <w:r/>
    </w:p>
    <w:p>
      <w:r/>
      <w:r>
        <w:t>One attendee told CityNews that the event created a strong sense of community and allowed people to be themselves. Another highlighted the fun and spirited atmosphere, describing Pride as a chance to focus on happiness and joy.</w:t>
      </w:r>
      <w:r/>
    </w:p>
    <w:p>
      <w:r/>
      <w:r>
        <w:t>That emotional lift helps explain the parade's enduring popularity. Visit Calgary lists Pride among the city's important arts and culture experiences, placing it alongside the festivals and events that help define Calgary beyond its usual tourist shorthand.</w:t>
      </w:r>
      <w:r/>
    </w:p>
    <w:p>
      <w:pPr>
        <w:pStyle w:val="Heading2"/>
      </w:pPr>
      <w:r>
        <w:t>Costumes, creativity and plenty of personality</w:t>
      </w:r>
      <w:r/>
    </w:p>
    <w:p>
      <w:r/>
      <w:r>
        <w:t>The parade also delivered the visual theatre people expect from Pride. Spectators admired flamboyant outfits, inventive accessories and the kind of personal styling that turns a wet afternoon into a moving fashion show.</w:t>
      </w:r>
      <w:r/>
    </w:p>
    <w:p>
      <w:r/>
      <w:r>
        <w:t>One attendee's Pokémon hat became a small but telling example of the mood: playful, individual and entirely unbothered by the rain. In a crowd like this, the details matter, whether it's a sequinned jacket, a rainbow flag or a brilliantly impractical pair of shoes.</w:t>
      </w:r>
      <w:r/>
    </w:p>
    <w:p>
      <w:r/>
      <w:r>
        <w:t>Todo Canada includes Calgary Pride among the city's notable event listings, while the official Pride site remains the best place to check current parade information. Visitors keen to dress up should still think practically, with waterproof layers and comfortable footwear likely to win the day.</w:t>
      </w:r>
      <w:r/>
    </w:p>
    <w:p>
      <w:pPr>
        <w:pStyle w:val="Heading2"/>
      </w:pPr>
      <w:r>
        <w:t>A celebration with a wider purpose</w:t>
      </w:r>
      <w:r/>
    </w:p>
    <w:p>
      <w:r/>
      <w:r>
        <w:t>Behind the music and pageantry, Calgary Pride also depends on community support. The organisation's donation information highlights the role of contributions in sustaining its work and events, making the festival more than a single afternoon of entertainment.</w:t>
      </w:r>
      <w:r/>
    </w:p>
    <w:p>
      <w:r/>
      <w:r>
        <w:t>That context matters in a year when local reporting has pointed to financial pressure around the event. LiveWire Calgary reported on the organisation's financial turbulence and its efforts to adapt, adding a more complicated layer to an otherwise joyful public celebration.</w:t>
      </w:r>
      <w:r/>
    </w:p>
    <w:p>
      <w:r/>
      <w:r>
        <w:t>For attendees, the message is straightforward: turning up matters, but so does supporting the organisation when possible. A parade can look effortless from the pavement, yet it takes planning, volunteers and funding to bring thousands of people together safely.</w:t>
      </w:r>
      <w:r/>
    </w:p>
    <w:p>
      <w:pPr>
        <w:pStyle w:val="Heading2"/>
      </w:pPr>
      <w:r>
        <w:t>What visitors should know next time</w:t>
      </w:r>
      <w:r/>
    </w:p>
    <w:p>
      <w:r/>
      <w:r>
        <w:t>Anyone planning a future Calgary Pride visit should monitor the official event page for route details, timings and updates. Calgary's Labour Day weekend services can also affect transport, parking and access around the city centre, so checking municipal information before travelling is worthwhile.</w:t>
      </w:r>
      <w:r/>
    </w:p>
    <w:p>
      <w:r/>
      <w:r>
        <w:t>Arrive early if you want a clear viewing spot, and allow extra time for busy streets. Bring rain protection, water and a phone charger, because the best parade moments tend to happen when you're already comfortably settled in the crowd.</w:t>
      </w:r>
      <w:r/>
    </w:p>
    <w:p>
      <w:r/>
      <w:r>
        <w:t>The bigger lesson is perhaps the simplest. Even with rain overhead, people came out for connection, colour and a little relief from the everyday. That's a powerful reason for Calgary Pride to remain firmly on the calendar.</w:t>
      </w:r>
      <w:r/>
    </w:p>
    <w:p>
      <w:r/>
      <w:r>
        <w:t>A wet parade still made for a bright day in Calgary.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1">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https://calgary.citynews.ca/2026/09/07/thousands-show-up-for-calgary-pride-parade-2026/</w:t>
        </w:r>
      </w:hyperlink>
      <w:r>
        <w:t xml:space="preserve"> - Please view link - unable to able to access data</w:t>
      </w:r>
      <w:r/>
    </w:p>
    <w:p>
      <w:pPr>
        <w:pStyle w:val="ListNumber"/>
        <w:spacing w:line="240" w:lineRule="auto"/>
        <w:ind w:left="720"/>
      </w:pPr>
      <w:r/>
      <w:hyperlink r:id="rId10">
        <w:r>
          <w:rPr>
            <w:color w:val="0000EE"/>
            <w:u w:val="single"/>
          </w:rPr>
          <w:t>https://livewirecalgary.com/2026/09/01/calgary-pride-raises-flag-as-financial-turbulence-pivots-2026-event/</w:t>
        </w:r>
      </w:hyperlink>
      <w:r>
        <w:t xml:space="preserve"> - LiveWire Calgary’s report adds the financial backstory behind Calgary Pride’s 2026 parade, which still went ahead despite wider uncertainty. It explains that Pride has shifted from a single central festival to a citywide model of ‘threads’, and says the organisation had asked for $250,000 in donations after more than $300,000 in lost sponsorships and grants. The piece also adds a political angle, including a city hall Pride-flag poll and comments from board member Nazer Louden-Khan about integration, visibility and the possibility that future Pride events may have to downsize if funding does not improve.</w:t>
      </w:r>
      <w:r/>
    </w:p>
    <w:p>
      <w:pPr>
        <w:pStyle w:val="ListNumber"/>
        <w:spacing w:line="240" w:lineRule="auto"/>
        <w:ind w:left="720"/>
      </w:pPr>
      <w:r/>
      <w:hyperlink r:id="rId12">
        <w:r>
          <w:rPr>
            <w:color w:val="0000EE"/>
            <w:u w:val="single"/>
          </w:rPr>
          <w:t>https://calgarypride.ca/donate/</w:t>
        </w:r>
      </w:hyperlink>
      <w:r>
        <w:t xml:space="preserve"> - Calgary Pride’s donation page gives the clearest primary-source explanation for the organisation’s financial pressure in 2026. It confirms the target amount of $250,000 and says the charity is seeking additional funding to deliver the 2026 festival and strengthen its position heading into 2027. The page also sets out the organisation’s defence: that grants are harder to secure, corporate sponsorships have fallen, some firms have scaled back DEI commitments, and production costs have risen. It adds that all events are still going ahead, while warning that the 2027 parade and festival could be affected if the target is not met.</w:t>
      </w:r>
      <w:r/>
    </w:p>
    <w:p>
      <w:pPr>
        <w:pStyle w:val="ListNumber"/>
        <w:spacing w:line="240" w:lineRule="auto"/>
        <w:ind w:left="720"/>
      </w:pPr>
      <w:r/>
      <w:hyperlink r:id="rId13">
        <w:r>
          <w:rPr>
            <w:color w:val="0000EE"/>
            <w:u w:val="single"/>
          </w:rPr>
          <w:t>https://calgarypride.ca/event/pride-parade/</w:t>
        </w:r>
      </w:hyperlink>
      <w:r>
        <w:t xml:space="preserve"> - Calgary Pride’s parade listing adds route, date and purpose details that are not in the CityNews piece. It confirms the parade date as 6 September 2026 and places it in downtown Calgary along 9th Avenue SW, starting at 5th Street SW and ending at 4th Street SE in East Village. The page frames the event as an act of advocacy, not just celebration, and says the parade brings together community groups, artists, organisations and allies. It also reinforces that thousands are expected to march and that the start time would be announced on social media.</w:t>
      </w:r>
      <w:r/>
    </w:p>
    <w:p>
      <w:pPr>
        <w:pStyle w:val="ListNumber"/>
        <w:spacing w:line="240" w:lineRule="auto"/>
        <w:ind w:left="720"/>
      </w:pPr>
      <w:r/>
      <w:hyperlink r:id="rId11">
        <w:r>
          <w:rPr>
            <w:color w:val="0000EE"/>
            <w:u w:val="single"/>
          </w:rPr>
          <w:t>https://www.visitcalgary.com/things-to-do/arts-and-culture/calgary-pride</w:t>
        </w:r>
      </w:hyperlink>
      <w:r>
        <w:t xml:space="preserve"> - Tourism Calgary’s listing gives a broader visitor-facing description of Calgary Pride and adds useful scale. It says the festival runs from 31 August to 6 September 2026 and that the signature parade is one of the city’s most colourful celebrations. The page says the family-friendly parade draws 60,000 spectators and nearly 150 entries, and describes the festival as a free outdoor party with community groups, merchandise, beer gardens, food trucks and live music. It also confirms Pride’s family zone and positions the event as a major city attraction rather than only a community march.</w:t>
      </w:r>
      <w:r/>
    </w:p>
    <w:p>
      <w:pPr>
        <w:pStyle w:val="ListNumber"/>
        <w:spacing w:line="240" w:lineRule="auto"/>
        <w:ind w:left="720"/>
      </w:pPr>
      <w:r/>
      <w:hyperlink r:id="rId14">
        <w:r>
          <w:rPr>
            <w:color w:val="0000EE"/>
            <w:u w:val="single"/>
          </w:rPr>
          <w:t>https://newsroom.calgary.ca/city-services-labour-day-2026/</w:t>
        </w:r>
      </w:hyperlink>
      <w:r>
        <w:t xml:space="preserve"> - The City of Calgary’s Labour Day notice does not cover the parade socially, but it confirms the civic impact of the event. It says parts of downtown will be closed because of the Calgary Pride Parade on Sunday 6 September, with bus routes affected and detours posted through Calgary Transit. The page also lists the main road closures, including 9 Avenue SW for staging and the parade route, and notes that closures will remain until the event is safely cleared. It is useful as a primary source for route timing and city operations, though it does not add quotes or human reaction.</w:t>
      </w:r>
      <w:r/>
    </w:p>
    <w:p>
      <w:pPr>
        <w:pStyle w:val="ListNumber"/>
        <w:spacing w:line="240" w:lineRule="auto"/>
        <w:ind w:left="720"/>
      </w:pPr>
      <w:r/>
      <w:hyperlink r:id="rId15">
        <w:r>
          <w:rPr>
            <w:color w:val="0000EE"/>
            <w:u w:val="single"/>
          </w:rPr>
          <w:t>https://www.todocanada.ca/city/calgary/event/calgary-pride/</w:t>
        </w:r>
      </w:hyperlink>
      <w:r>
        <w:t xml:space="preserve"> - TodoCanada’s event listing adds festival structure and practical visitor details. It confirms that Calgary Pride Festival and Parade take place over the Labour Day long weekend, with thousands gathering in celebration of gender and sexual diversity. It sets out a two-day programme of free and ticketed events, including Pride on the Island, an all-ages celebration, the Queer Arts market and the Sunday parade. It also gives the parade route and states that the festival is held at Prince’s Island Park, which makes it a useful public listing for dates, venues and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citynews.ca/2026/09/07/thousands-show-up-for-calgary-pride-parade-2026/" TargetMode="External"/><Relationship Id="rId10" Type="http://schemas.openxmlformats.org/officeDocument/2006/relationships/hyperlink" Target="https://livewirecalgary.com/2026/09/01/calgary-pride-raises-flag-as-financial-turbulence-pivots-2026-event/" TargetMode="External"/><Relationship Id="rId11" Type="http://schemas.openxmlformats.org/officeDocument/2006/relationships/hyperlink" Target="https://www.visitcalgary.com/things-to-do/arts-and-culture/calgary-pride" TargetMode="External"/><Relationship Id="rId12" Type="http://schemas.openxmlformats.org/officeDocument/2006/relationships/hyperlink" Target="https://calgarypride.ca/donate/" TargetMode="External"/><Relationship Id="rId13" Type="http://schemas.openxmlformats.org/officeDocument/2006/relationships/hyperlink" Target="https://calgarypride.ca/event/pride-parade/" TargetMode="External"/><Relationship Id="rId14" Type="http://schemas.openxmlformats.org/officeDocument/2006/relationships/hyperlink" Target="https://newsroom.calgary.ca/city-services-labour-day-2026/" TargetMode="External"/><Relationship Id="rId15" Type="http://schemas.openxmlformats.org/officeDocument/2006/relationships/hyperlink" Target="https://www.todocanada.ca/city/calgary/event/calgary-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